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5A005C" w14:textId="01EC1B8D" w:rsidR="76CC46B3" w:rsidRPr="00D403A6" w:rsidRDefault="00D403A6" w:rsidP="00D403A6">
      <w:pPr>
        <w:jc w:val="center"/>
        <w:rPr>
          <w:b/>
          <w:bCs/>
          <w:sz w:val="36"/>
          <w:szCs w:val="36"/>
          <w:lang w:val="it-IT"/>
        </w:rPr>
      </w:pPr>
      <w:r w:rsidRPr="00D403A6">
        <w:rPr>
          <w:b/>
          <w:bCs/>
          <w:sz w:val="36"/>
          <w:szCs w:val="36"/>
          <w:lang w:val="it-IT"/>
        </w:rPr>
        <w:t>RELAZIONE ASSE</w:t>
      </w:r>
      <w:r w:rsidR="000021FB">
        <w:rPr>
          <w:b/>
          <w:bCs/>
          <w:sz w:val="36"/>
          <w:szCs w:val="36"/>
          <w:lang w:val="it-IT"/>
        </w:rPr>
        <w:t>M</w:t>
      </w:r>
      <w:r w:rsidRPr="00D403A6">
        <w:rPr>
          <w:b/>
          <w:bCs/>
          <w:sz w:val="36"/>
          <w:szCs w:val="36"/>
          <w:lang w:val="it-IT"/>
        </w:rPr>
        <w:t>BLEA 2 OTTOBRE 2026</w:t>
      </w:r>
    </w:p>
    <w:p w14:paraId="6537BD89" w14:textId="28E22307" w:rsidR="02CB9CDE" w:rsidRDefault="02CB9CDE" w:rsidP="02CB9CDE">
      <w:pPr>
        <w:jc w:val="both"/>
        <w:rPr>
          <w:b/>
          <w:bCs/>
          <w:sz w:val="28"/>
          <w:szCs w:val="28"/>
          <w:lang w:val="it-IT"/>
        </w:rPr>
      </w:pPr>
    </w:p>
    <w:p w14:paraId="59516CCF" w14:textId="2F1803EB" w:rsidR="00547916" w:rsidRPr="0001102D" w:rsidRDefault="058B6553" w:rsidP="00E94764">
      <w:pPr>
        <w:spacing w:after="140" w:line="259" w:lineRule="auto"/>
        <w:jc w:val="both"/>
        <w:rPr>
          <w:sz w:val="28"/>
          <w:szCs w:val="28"/>
          <w:lang w:val="it-IT"/>
        </w:rPr>
      </w:pPr>
      <w:r w:rsidRPr="1AB022FE">
        <w:rPr>
          <w:sz w:val="28"/>
          <w:szCs w:val="28"/>
          <w:lang w:val="it-IT"/>
        </w:rPr>
        <w:t xml:space="preserve"> </w:t>
      </w:r>
      <w:r w:rsidR="00940FA4" w:rsidRPr="1AB022FE">
        <w:rPr>
          <w:sz w:val="28"/>
          <w:szCs w:val="28"/>
          <w:lang w:val="it-IT"/>
        </w:rPr>
        <w:t>Illustri Autorità, gentili Ospiti, car</w:t>
      </w:r>
      <w:r w:rsidR="3DCF5646" w:rsidRPr="1AB022FE">
        <w:rPr>
          <w:sz w:val="28"/>
          <w:szCs w:val="28"/>
          <w:lang w:val="it-IT"/>
        </w:rPr>
        <w:t>e</w:t>
      </w:r>
      <w:r w:rsidR="00940FA4" w:rsidRPr="1AB022FE">
        <w:rPr>
          <w:sz w:val="28"/>
          <w:szCs w:val="28"/>
          <w:lang w:val="it-IT"/>
        </w:rPr>
        <w:t xml:space="preserve"> </w:t>
      </w:r>
      <w:r w:rsidR="33C146F4" w:rsidRPr="1AB022FE">
        <w:rPr>
          <w:sz w:val="28"/>
          <w:szCs w:val="28"/>
          <w:lang w:val="it-IT"/>
        </w:rPr>
        <w:t>I</w:t>
      </w:r>
      <w:r w:rsidR="00940FA4" w:rsidRPr="1AB022FE">
        <w:rPr>
          <w:sz w:val="28"/>
          <w:szCs w:val="28"/>
          <w:lang w:val="it-IT"/>
        </w:rPr>
        <w:t>mprenditrici</w:t>
      </w:r>
      <w:r w:rsidR="3DCF5646" w:rsidRPr="1AB022FE">
        <w:rPr>
          <w:sz w:val="28"/>
          <w:szCs w:val="28"/>
          <w:lang w:val="it-IT"/>
        </w:rPr>
        <w:t xml:space="preserve"> e</w:t>
      </w:r>
      <w:r w:rsidR="6319A690" w:rsidRPr="1AB022FE">
        <w:rPr>
          <w:sz w:val="28"/>
          <w:szCs w:val="28"/>
          <w:lang w:val="it-IT"/>
        </w:rPr>
        <w:t xml:space="preserve"> I</w:t>
      </w:r>
      <w:r w:rsidR="00940FA4" w:rsidRPr="1AB022FE">
        <w:rPr>
          <w:sz w:val="28"/>
          <w:szCs w:val="28"/>
          <w:lang w:val="it-IT"/>
        </w:rPr>
        <w:t>mprenditori, è con vivo piacere che desidero esprimervi un caloroso benvenuto alla nostra Assemblea pubblica.</w:t>
      </w:r>
    </w:p>
    <w:p w14:paraId="23C815DF" w14:textId="240ED62F" w:rsidR="00547916" w:rsidRPr="0001102D" w:rsidRDefault="00940FA4" w:rsidP="00E94764">
      <w:pPr>
        <w:spacing w:after="140" w:line="259" w:lineRule="auto"/>
        <w:jc w:val="both"/>
        <w:rPr>
          <w:sz w:val="28"/>
          <w:szCs w:val="28"/>
          <w:lang w:val="it-IT"/>
        </w:rPr>
      </w:pPr>
      <w:r w:rsidRPr="0001102D">
        <w:rPr>
          <w:sz w:val="28"/>
          <w:szCs w:val="28"/>
          <w:lang w:val="it-IT"/>
        </w:rPr>
        <w:t xml:space="preserve">Una occasione importante per </w:t>
      </w:r>
      <w:r w:rsidR="00B02E98">
        <w:rPr>
          <w:sz w:val="28"/>
          <w:szCs w:val="28"/>
          <w:lang w:val="it-IT"/>
        </w:rPr>
        <w:t>esprimere</w:t>
      </w:r>
      <w:r w:rsidRPr="0001102D">
        <w:rPr>
          <w:sz w:val="28"/>
          <w:szCs w:val="28"/>
          <w:lang w:val="it-IT"/>
        </w:rPr>
        <w:t xml:space="preserve"> alle Istituzioni e all’intera comunità le nostre considerazioni sull’andamento economico della Romagna con uno sguardo al Paese</w:t>
      </w:r>
      <w:r w:rsidR="008E09B3">
        <w:rPr>
          <w:sz w:val="28"/>
          <w:szCs w:val="28"/>
          <w:lang w:val="it-IT"/>
        </w:rPr>
        <w:t>.</w:t>
      </w:r>
    </w:p>
    <w:p w14:paraId="7E9DACCA" w14:textId="5100A478" w:rsidR="00F21B66" w:rsidRPr="0001102D" w:rsidRDefault="00B1452F" w:rsidP="00E94764">
      <w:pPr>
        <w:spacing w:after="140" w:line="259" w:lineRule="auto"/>
        <w:jc w:val="both"/>
        <w:rPr>
          <w:sz w:val="28"/>
          <w:szCs w:val="28"/>
          <w:lang w:val="it-IT"/>
        </w:rPr>
      </w:pPr>
      <w:r>
        <w:rPr>
          <w:sz w:val="28"/>
          <w:szCs w:val="28"/>
          <w:lang w:val="it-IT"/>
        </w:rPr>
        <w:t>Grazie</w:t>
      </w:r>
      <w:r w:rsidR="00940FA4" w:rsidRPr="0001102D">
        <w:rPr>
          <w:sz w:val="28"/>
          <w:szCs w:val="28"/>
          <w:lang w:val="it-IT"/>
        </w:rPr>
        <w:t xml:space="preserve"> al Sindaco Barattoni che ci ha accolti </w:t>
      </w:r>
      <w:r w:rsidR="00A158B3">
        <w:rPr>
          <w:sz w:val="28"/>
          <w:szCs w:val="28"/>
          <w:lang w:val="it-IT"/>
        </w:rPr>
        <w:t xml:space="preserve">con </w:t>
      </w:r>
      <w:r w:rsidR="00940FA4" w:rsidRPr="0001102D">
        <w:rPr>
          <w:sz w:val="28"/>
          <w:szCs w:val="28"/>
          <w:lang w:val="it-IT"/>
        </w:rPr>
        <w:t>fattiva collaborazione</w:t>
      </w:r>
      <w:r w:rsidR="008F5830">
        <w:rPr>
          <w:sz w:val="28"/>
          <w:szCs w:val="28"/>
          <w:lang w:val="it-IT"/>
        </w:rPr>
        <w:t>, al Vescovo Ghizzoni per le sue parole</w:t>
      </w:r>
      <w:r w:rsidR="00940FA4" w:rsidRPr="0001102D">
        <w:rPr>
          <w:sz w:val="28"/>
          <w:szCs w:val="28"/>
          <w:lang w:val="it-IT"/>
        </w:rPr>
        <w:t xml:space="preserve"> e al Presidente De Pascale che ancora una volta ci onora della sua partecipazione e di un aperto dialogo sulla centralità delle imprese e dei grandi temi dello</w:t>
      </w:r>
      <w:r w:rsidR="00513923">
        <w:rPr>
          <w:sz w:val="28"/>
          <w:szCs w:val="28"/>
          <w:lang w:val="it-IT"/>
        </w:rPr>
        <w:t xml:space="preserve"> </w:t>
      </w:r>
      <w:r w:rsidR="00F21B66" w:rsidRPr="0001102D">
        <w:rPr>
          <w:sz w:val="28"/>
          <w:szCs w:val="28"/>
          <w:lang w:val="it-IT"/>
        </w:rPr>
        <w:t>sviluppo industriale.</w:t>
      </w:r>
    </w:p>
    <w:p w14:paraId="01FAAF02" w14:textId="009D4152" w:rsidR="00F21B66" w:rsidRPr="0001102D" w:rsidRDefault="00F21B66" w:rsidP="00E94764">
      <w:pPr>
        <w:spacing w:after="140" w:line="259" w:lineRule="auto"/>
        <w:jc w:val="both"/>
        <w:rPr>
          <w:sz w:val="28"/>
          <w:szCs w:val="28"/>
          <w:lang w:val="it-IT"/>
        </w:rPr>
      </w:pPr>
      <w:r w:rsidRPr="0001102D">
        <w:rPr>
          <w:sz w:val="28"/>
          <w:szCs w:val="28"/>
          <w:lang w:val="it-IT"/>
        </w:rPr>
        <w:t>Il più vivo</w:t>
      </w:r>
      <w:r w:rsidR="00B57DD4">
        <w:rPr>
          <w:sz w:val="28"/>
          <w:szCs w:val="28"/>
          <w:lang w:val="it-IT"/>
        </w:rPr>
        <w:t xml:space="preserve"> ringraziament</w:t>
      </w:r>
      <w:r w:rsidR="004D7ED8">
        <w:rPr>
          <w:sz w:val="28"/>
          <w:szCs w:val="28"/>
          <w:lang w:val="it-IT"/>
        </w:rPr>
        <w:t>o</w:t>
      </w:r>
      <w:r w:rsidR="00B57DD4">
        <w:rPr>
          <w:sz w:val="28"/>
          <w:szCs w:val="28"/>
          <w:lang w:val="it-IT"/>
        </w:rPr>
        <w:t xml:space="preserve"> e</w:t>
      </w:r>
      <w:r w:rsidRPr="0001102D">
        <w:rPr>
          <w:sz w:val="28"/>
          <w:szCs w:val="28"/>
          <w:lang w:val="it-IT"/>
        </w:rPr>
        <w:t xml:space="preserve"> </w:t>
      </w:r>
      <w:r w:rsidR="00D6600B">
        <w:rPr>
          <w:sz w:val="28"/>
          <w:szCs w:val="28"/>
          <w:lang w:val="it-IT"/>
        </w:rPr>
        <w:t xml:space="preserve">caloroso </w:t>
      </w:r>
      <w:r w:rsidRPr="0001102D">
        <w:rPr>
          <w:sz w:val="28"/>
          <w:szCs w:val="28"/>
          <w:lang w:val="it-IT"/>
        </w:rPr>
        <w:t xml:space="preserve">saluto al nostro Presidente Orsini, a cui Vi invito a rivolgere un </w:t>
      </w:r>
      <w:r w:rsidR="00B57DD4">
        <w:rPr>
          <w:sz w:val="28"/>
          <w:szCs w:val="28"/>
          <w:lang w:val="it-IT"/>
        </w:rPr>
        <w:t xml:space="preserve">forte </w:t>
      </w:r>
      <w:r w:rsidRPr="0001102D">
        <w:rPr>
          <w:sz w:val="28"/>
          <w:szCs w:val="28"/>
          <w:lang w:val="it-IT"/>
        </w:rPr>
        <w:t>applauso di benvenuto ed apprezzamento per la sua incessante ed incisiva azione di guida di Confindustria.</w:t>
      </w:r>
    </w:p>
    <w:p w14:paraId="09188951" w14:textId="529EEE08" w:rsidR="00F21B66" w:rsidRPr="0001102D" w:rsidRDefault="00F21B66" w:rsidP="00E94764">
      <w:pPr>
        <w:spacing w:after="140" w:line="259" w:lineRule="auto"/>
        <w:jc w:val="both"/>
        <w:rPr>
          <w:sz w:val="28"/>
          <w:szCs w:val="28"/>
          <w:lang w:val="it-IT"/>
        </w:rPr>
      </w:pPr>
      <w:r w:rsidRPr="1AB022FE">
        <w:rPr>
          <w:sz w:val="28"/>
          <w:szCs w:val="28"/>
          <w:lang w:val="it-IT"/>
        </w:rPr>
        <w:t xml:space="preserve">Le sue opinioni, le sue previsioni e soprattutto </w:t>
      </w:r>
      <w:r w:rsidR="00B1452F">
        <w:rPr>
          <w:sz w:val="28"/>
          <w:szCs w:val="28"/>
          <w:lang w:val="it-IT"/>
        </w:rPr>
        <w:t>gli</w:t>
      </w:r>
      <w:r w:rsidRPr="1AB022FE">
        <w:rPr>
          <w:sz w:val="28"/>
          <w:szCs w:val="28"/>
          <w:lang w:val="it-IT"/>
        </w:rPr>
        <w:t xml:space="preserve"> stimoli </w:t>
      </w:r>
      <w:r w:rsidR="00B1452F">
        <w:rPr>
          <w:sz w:val="28"/>
          <w:szCs w:val="28"/>
          <w:lang w:val="it-IT"/>
        </w:rPr>
        <w:t xml:space="preserve">che </w:t>
      </w:r>
      <w:r w:rsidR="005A7B7A">
        <w:rPr>
          <w:sz w:val="28"/>
          <w:szCs w:val="28"/>
          <w:lang w:val="it-IT"/>
        </w:rPr>
        <w:t xml:space="preserve">farà emergere, </w:t>
      </w:r>
      <w:r w:rsidR="004F3BD0">
        <w:rPr>
          <w:sz w:val="28"/>
          <w:szCs w:val="28"/>
          <w:lang w:val="it-IT"/>
        </w:rPr>
        <w:t xml:space="preserve">nell’intervista condotta dal </w:t>
      </w:r>
      <w:r w:rsidR="00C026A0">
        <w:rPr>
          <w:sz w:val="28"/>
          <w:szCs w:val="28"/>
          <w:lang w:val="it-IT"/>
        </w:rPr>
        <w:t>D</w:t>
      </w:r>
      <w:r w:rsidR="004F3BD0">
        <w:rPr>
          <w:sz w:val="28"/>
          <w:szCs w:val="28"/>
          <w:lang w:val="it-IT"/>
        </w:rPr>
        <w:t xml:space="preserve">ott. Orioli, </w:t>
      </w:r>
      <w:r w:rsidR="00BA3313">
        <w:rPr>
          <w:sz w:val="28"/>
          <w:szCs w:val="28"/>
          <w:lang w:val="it-IT"/>
        </w:rPr>
        <w:t xml:space="preserve">noto e apprezzato giornalista, </w:t>
      </w:r>
      <w:r w:rsidR="005A7B7A">
        <w:rPr>
          <w:sz w:val="28"/>
          <w:szCs w:val="28"/>
          <w:lang w:val="it-IT"/>
        </w:rPr>
        <w:t>arricch</w:t>
      </w:r>
      <w:r w:rsidR="0068212C">
        <w:rPr>
          <w:sz w:val="28"/>
          <w:szCs w:val="28"/>
          <w:lang w:val="it-IT"/>
        </w:rPr>
        <w:t>iranno</w:t>
      </w:r>
      <w:r w:rsidR="005A7B7A">
        <w:rPr>
          <w:sz w:val="28"/>
          <w:szCs w:val="28"/>
          <w:lang w:val="it-IT"/>
        </w:rPr>
        <w:t xml:space="preserve"> </w:t>
      </w:r>
      <w:r w:rsidRPr="1AB022FE">
        <w:rPr>
          <w:sz w:val="28"/>
          <w:szCs w:val="28"/>
          <w:lang w:val="it-IT"/>
        </w:rPr>
        <w:t>i contenuti della nostra Assemblea.</w:t>
      </w:r>
    </w:p>
    <w:p w14:paraId="1E7FA242" w14:textId="5DC8465C" w:rsidR="00547916" w:rsidRPr="0001102D" w:rsidRDefault="005A7B7A" w:rsidP="00E94764">
      <w:pPr>
        <w:jc w:val="both"/>
        <w:rPr>
          <w:sz w:val="28"/>
          <w:szCs w:val="28"/>
          <w:lang w:val="it-IT"/>
        </w:rPr>
      </w:pPr>
      <w:r>
        <w:rPr>
          <w:sz w:val="28"/>
          <w:szCs w:val="28"/>
          <w:lang w:val="it-IT"/>
        </w:rPr>
        <w:t>Ringrazio infine</w:t>
      </w:r>
      <w:r w:rsidR="00C22228">
        <w:rPr>
          <w:sz w:val="28"/>
          <w:szCs w:val="28"/>
          <w:lang w:val="it-IT"/>
        </w:rPr>
        <w:t xml:space="preserve"> </w:t>
      </w:r>
      <w:r w:rsidR="0068212C">
        <w:rPr>
          <w:sz w:val="28"/>
          <w:szCs w:val="28"/>
          <w:lang w:val="it-IT"/>
        </w:rPr>
        <w:t xml:space="preserve">il </w:t>
      </w:r>
      <w:r w:rsidR="0068212C" w:rsidRPr="0001102D">
        <w:rPr>
          <w:sz w:val="28"/>
          <w:szCs w:val="28"/>
          <w:lang w:val="it-IT"/>
        </w:rPr>
        <w:t>Prof.</w:t>
      </w:r>
      <w:r w:rsidR="00F21B66" w:rsidRPr="0001102D">
        <w:rPr>
          <w:sz w:val="28"/>
          <w:szCs w:val="28"/>
          <w:lang w:val="it-IT"/>
        </w:rPr>
        <w:t xml:space="preserve"> Carnevale Maffè, Professore della SDA Business School della </w:t>
      </w:r>
      <w:r w:rsidR="00440A0A">
        <w:rPr>
          <w:sz w:val="28"/>
          <w:szCs w:val="28"/>
          <w:lang w:val="it-IT"/>
        </w:rPr>
        <w:t xml:space="preserve">Università </w:t>
      </w:r>
      <w:r w:rsidR="00F21B66" w:rsidRPr="0001102D">
        <w:rPr>
          <w:sz w:val="28"/>
          <w:szCs w:val="28"/>
          <w:lang w:val="it-IT"/>
        </w:rPr>
        <w:t xml:space="preserve">Bocconi, per aver accolto con entusiasmo l’invito a portare la sua esperienza e la sua visione sullo sviluppo </w:t>
      </w:r>
      <w:r w:rsidR="00C22228">
        <w:rPr>
          <w:sz w:val="28"/>
          <w:szCs w:val="28"/>
          <w:lang w:val="it-IT"/>
        </w:rPr>
        <w:t>tecnologico delle imprese</w:t>
      </w:r>
      <w:r w:rsidR="00513923">
        <w:rPr>
          <w:sz w:val="28"/>
          <w:szCs w:val="28"/>
          <w:lang w:val="it-IT"/>
        </w:rPr>
        <w:t xml:space="preserve"> </w:t>
      </w:r>
      <w:r w:rsidR="00940FA4" w:rsidRPr="0001102D">
        <w:rPr>
          <w:sz w:val="28"/>
          <w:szCs w:val="28"/>
          <w:lang w:val="it-IT"/>
        </w:rPr>
        <w:t>e del sistema produttivo della Romagna.</w:t>
      </w:r>
    </w:p>
    <w:p w14:paraId="218082D6" w14:textId="47A713C2" w:rsidR="00547916" w:rsidRPr="0001102D" w:rsidRDefault="00940FA4" w:rsidP="00E94764">
      <w:pPr>
        <w:spacing w:after="140" w:line="259" w:lineRule="auto"/>
        <w:jc w:val="both"/>
        <w:rPr>
          <w:sz w:val="28"/>
          <w:szCs w:val="28"/>
          <w:lang w:val="it-IT"/>
        </w:rPr>
      </w:pPr>
      <w:r w:rsidRPr="0001102D">
        <w:rPr>
          <w:sz w:val="28"/>
          <w:szCs w:val="28"/>
          <w:lang w:val="it-IT"/>
        </w:rPr>
        <w:t>L’anno scorso avevamo espresso la complessità del quadro economico internazionale</w:t>
      </w:r>
      <w:r w:rsidR="00D6600B">
        <w:rPr>
          <w:sz w:val="28"/>
          <w:szCs w:val="28"/>
          <w:lang w:val="it-IT"/>
        </w:rPr>
        <w:t xml:space="preserve"> e</w:t>
      </w:r>
      <w:r w:rsidRPr="0001102D">
        <w:rPr>
          <w:sz w:val="28"/>
          <w:szCs w:val="28"/>
          <w:lang w:val="it-IT"/>
        </w:rPr>
        <w:t xml:space="preserve"> le difficoltà che le imprese si trovavano ad affrontare</w:t>
      </w:r>
      <w:r w:rsidR="00D6600B">
        <w:rPr>
          <w:sz w:val="28"/>
          <w:szCs w:val="28"/>
          <w:lang w:val="it-IT"/>
        </w:rPr>
        <w:t>,</w:t>
      </w:r>
      <w:r w:rsidRPr="0001102D">
        <w:rPr>
          <w:sz w:val="28"/>
          <w:szCs w:val="28"/>
          <w:lang w:val="it-IT"/>
        </w:rPr>
        <w:t xml:space="preserve"> pur esprimendo fiducia nell</w:t>
      </w:r>
      <w:r w:rsidR="00090F26">
        <w:rPr>
          <w:sz w:val="28"/>
          <w:szCs w:val="28"/>
          <w:lang w:val="it-IT"/>
        </w:rPr>
        <w:t>e proprie</w:t>
      </w:r>
      <w:r w:rsidRPr="0001102D">
        <w:rPr>
          <w:sz w:val="28"/>
          <w:szCs w:val="28"/>
          <w:lang w:val="it-IT"/>
        </w:rPr>
        <w:t xml:space="preserve"> capacità e nello spirito </w:t>
      </w:r>
      <w:r w:rsidR="008A1E84" w:rsidRPr="0001102D">
        <w:rPr>
          <w:sz w:val="28"/>
          <w:szCs w:val="28"/>
          <w:lang w:val="it-IT"/>
        </w:rPr>
        <w:t>incessante di impegno</w:t>
      </w:r>
      <w:r w:rsidRPr="0001102D">
        <w:rPr>
          <w:sz w:val="28"/>
          <w:szCs w:val="28"/>
          <w:lang w:val="it-IT"/>
        </w:rPr>
        <w:t xml:space="preserve"> e costru</w:t>
      </w:r>
      <w:r w:rsidR="008A1E84" w:rsidRPr="0001102D">
        <w:rPr>
          <w:sz w:val="28"/>
          <w:szCs w:val="28"/>
          <w:lang w:val="it-IT"/>
        </w:rPr>
        <w:t>zione</w:t>
      </w:r>
      <w:r w:rsidRPr="0001102D">
        <w:rPr>
          <w:sz w:val="28"/>
          <w:szCs w:val="28"/>
          <w:lang w:val="it-IT"/>
        </w:rPr>
        <w:t xml:space="preserve"> dei nostri imprenditori.</w:t>
      </w:r>
    </w:p>
    <w:p w14:paraId="15960754" w14:textId="77777777" w:rsidR="008A1E84" w:rsidRPr="0001102D" w:rsidRDefault="00940FA4" w:rsidP="00E94764">
      <w:pPr>
        <w:spacing w:after="140" w:line="259" w:lineRule="auto"/>
        <w:jc w:val="both"/>
        <w:rPr>
          <w:sz w:val="28"/>
          <w:szCs w:val="28"/>
          <w:lang w:val="it-IT"/>
        </w:rPr>
      </w:pPr>
      <w:r w:rsidRPr="0001102D">
        <w:rPr>
          <w:sz w:val="28"/>
          <w:szCs w:val="28"/>
          <w:lang w:val="it-IT"/>
        </w:rPr>
        <w:t>Più lontani, più int</w:t>
      </w:r>
      <w:r w:rsidR="008A1E84" w:rsidRPr="0001102D">
        <w:rPr>
          <w:sz w:val="28"/>
          <w:szCs w:val="28"/>
          <w:lang w:val="it-IT"/>
        </w:rPr>
        <w:t>rapren</w:t>
      </w:r>
      <w:r w:rsidRPr="0001102D">
        <w:rPr>
          <w:sz w:val="28"/>
          <w:szCs w:val="28"/>
          <w:lang w:val="it-IT"/>
        </w:rPr>
        <w:t xml:space="preserve">denti. </w:t>
      </w:r>
    </w:p>
    <w:p w14:paraId="5A2822CF" w14:textId="213F5469" w:rsidR="00547916" w:rsidRPr="0001102D" w:rsidRDefault="00940FA4" w:rsidP="00E94764">
      <w:pPr>
        <w:spacing w:after="140" w:line="259" w:lineRule="auto"/>
        <w:jc w:val="both"/>
        <w:rPr>
          <w:sz w:val="28"/>
          <w:szCs w:val="28"/>
          <w:lang w:val="it-IT"/>
        </w:rPr>
      </w:pPr>
      <w:r w:rsidRPr="0001102D">
        <w:rPr>
          <w:sz w:val="28"/>
          <w:szCs w:val="28"/>
          <w:lang w:val="it-IT"/>
        </w:rPr>
        <w:t>Più vicini, più coesi.</w:t>
      </w:r>
    </w:p>
    <w:p w14:paraId="50CC3B96" w14:textId="47B8AE54" w:rsidR="00547916" w:rsidRPr="0001102D" w:rsidRDefault="00090F26" w:rsidP="00E94764">
      <w:pPr>
        <w:spacing w:after="140" w:line="259" w:lineRule="auto"/>
        <w:jc w:val="both"/>
        <w:rPr>
          <w:sz w:val="28"/>
          <w:szCs w:val="28"/>
          <w:lang w:val="it-IT"/>
        </w:rPr>
      </w:pPr>
      <w:r>
        <w:rPr>
          <w:sz w:val="28"/>
          <w:szCs w:val="28"/>
          <w:lang w:val="it-IT"/>
        </w:rPr>
        <w:lastRenderedPageBreak/>
        <w:t>Questo i</w:t>
      </w:r>
      <w:r w:rsidR="008A1E84" w:rsidRPr="0001102D">
        <w:rPr>
          <w:sz w:val="28"/>
          <w:szCs w:val="28"/>
          <w:lang w:val="it-IT"/>
        </w:rPr>
        <w:t xml:space="preserve">l </w:t>
      </w:r>
      <w:r>
        <w:rPr>
          <w:sz w:val="28"/>
          <w:szCs w:val="28"/>
          <w:lang w:val="it-IT"/>
        </w:rPr>
        <w:t>t</w:t>
      </w:r>
      <w:r w:rsidR="008A1E84" w:rsidRPr="0001102D">
        <w:rPr>
          <w:sz w:val="28"/>
          <w:szCs w:val="28"/>
          <w:lang w:val="it-IT"/>
        </w:rPr>
        <w:t>itolo dell’assemblea che voleva sintetizzare</w:t>
      </w:r>
      <w:r w:rsidR="00940FA4" w:rsidRPr="0001102D">
        <w:rPr>
          <w:sz w:val="28"/>
          <w:szCs w:val="28"/>
          <w:lang w:val="it-IT"/>
        </w:rPr>
        <w:t xml:space="preserve"> la vocazione delle imprese a percorrere nuove strade per reagire </w:t>
      </w:r>
      <w:r w:rsidR="008A1E84" w:rsidRPr="0001102D">
        <w:rPr>
          <w:sz w:val="28"/>
          <w:szCs w:val="28"/>
          <w:lang w:val="it-IT"/>
        </w:rPr>
        <w:t>agli innumerevoli</w:t>
      </w:r>
      <w:r w:rsidR="00940FA4" w:rsidRPr="0001102D">
        <w:rPr>
          <w:sz w:val="28"/>
          <w:szCs w:val="28"/>
          <w:lang w:val="it-IT"/>
        </w:rPr>
        <w:t xml:space="preserve"> ostacoli e farlo con </w:t>
      </w:r>
      <w:r w:rsidR="008A1E84" w:rsidRPr="0001102D">
        <w:rPr>
          <w:sz w:val="28"/>
          <w:szCs w:val="28"/>
          <w:lang w:val="it-IT"/>
        </w:rPr>
        <w:t>una</w:t>
      </w:r>
      <w:r w:rsidR="00940FA4" w:rsidRPr="0001102D">
        <w:rPr>
          <w:sz w:val="28"/>
          <w:szCs w:val="28"/>
          <w:lang w:val="it-IT"/>
        </w:rPr>
        <w:t xml:space="preserve"> capacità e volontà di innovazione</w:t>
      </w:r>
      <w:r>
        <w:rPr>
          <w:sz w:val="28"/>
          <w:szCs w:val="28"/>
          <w:lang w:val="it-IT"/>
        </w:rPr>
        <w:t xml:space="preserve"> e </w:t>
      </w:r>
      <w:r w:rsidRPr="0001102D">
        <w:rPr>
          <w:sz w:val="28"/>
          <w:szCs w:val="28"/>
          <w:lang w:val="it-IT"/>
        </w:rPr>
        <w:t>collaborazione</w:t>
      </w:r>
      <w:r>
        <w:rPr>
          <w:sz w:val="28"/>
          <w:szCs w:val="28"/>
          <w:lang w:val="it-IT"/>
        </w:rPr>
        <w:t>.</w:t>
      </w:r>
    </w:p>
    <w:p w14:paraId="2A86C0CA" w14:textId="4BD4AFF1" w:rsidR="00FE2C4A" w:rsidRPr="00864E32" w:rsidRDefault="00940FA4" w:rsidP="00E94764">
      <w:pPr>
        <w:spacing w:after="140" w:line="259" w:lineRule="auto"/>
        <w:jc w:val="both"/>
        <w:rPr>
          <w:sz w:val="28"/>
          <w:szCs w:val="28"/>
          <w:lang w:val="it-IT"/>
        </w:rPr>
      </w:pPr>
      <w:r w:rsidRPr="0001102D">
        <w:rPr>
          <w:sz w:val="28"/>
          <w:szCs w:val="28"/>
          <w:lang w:val="it-IT"/>
        </w:rPr>
        <w:t xml:space="preserve">Gli scenari si sono rivelati molto più preoccupanti e complessi sul fronte degli equilibri geopolitici con drammatiche conseguenze umane, civili ed economiche </w:t>
      </w:r>
      <w:r w:rsidR="008A1E84" w:rsidRPr="0001102D">
        <w:rPr>
          <w:sz w:val="28"/>
          <w:szCs w:val="28"/>
          <w:lang w:val="it-IT"/>
        </w:rPr>
        <w:t>provocate</w:t>
      </w:r>
      <w:r w:rsidR="00635438">
        <w:rPr>
          <w:sz w:val="28"/>
          <w:szCs w:val="28"/>
          <w:lang w:val="it-IT"/>
        </w:rPr>
        <w:t xml:space="preserve"> </w:t>
      </w:r>
      <w:r w:rsidR="00FE2C4A" w:rsidRPr="00864E32">
        <w:rPr>
          <w:sz w:val="28"/>
          <w:szCs w:val="28"/>
          <w:lang w:val="it-IT"/>
        </w:rPr>
        <w:t>dalla intensificazione delle guerre già in</w:t>
      </w:r>
      <w:r w:rsidR="00D6600B">
        <w:rPr>
          <w:sz w:val="28"/>
          <w:szCs w:val="28"/>
          <w:lang w:val="it-IT"/>
        </w:rPr>
        <w:t xml:space="preserve"> corso</w:t>
      </w:r>
      <w:r w:rsidR="00FE2C4A" w:rsidRPr="00864E32">
        <w:rPr>
          <w:sz w:val="28"/>
          <w:szCs w:val="28"/>
          <w:lang w:val="it-IT"/>
        </w:rPr>
        <w:t xml:space="preserve"> e dalla nascita di nuovi conflitti</w:t>
      </w:r>
      <w:r w:rsidR="005A7B7A">
        <w:rPr>
          <w:sz w:val="28"/>
          <w:szCs w:val="28"/>
          <w:lang w:val="it-IT"/>
        </w:rPr>
        <w:t>.</w:t>
      </w:r>
      <w:r w:rsidR="00FE2C4A">
        <w:rPr>
          <w:sz w:val="28"/>
          <w:szCs w:val="28"/>
          <w:lang w:val="it-IT"/>
        </w:rPr>
        <w:t xml:space="preserve"> </w:t>
      </w:r>
    </w:p>
    <w:p w14:paraId="0E9ED14A" w14:textId="64E86E70" w:rsidR="00FE2C4A" w:rsidRPr="00864E32" w:rsidRDefault="00FE2C4A" w:rsidP="1AB022FE">
      <w:pPr>
        <w:spacing w:after="140" w:line="259" w:lineRule="auto"/>
        <w:jc w:val="both"/>
        <w:rPr>
          <w:sz w:val="28"/>
          <w:szCs w:val="28"/>
          <w:lang w:val="it-IT"/>
        </w:rPr>
      </w:pPr>
      <w:r w:rsidRPr="1AB022FE">
        <w:rPr>
          <w:sz w:val="28"/>
          <w:szCs w:val="28"/>
          <w:lang w:val="it-IT"/>
        </w:rPr>
        <w:t>I rincari energetici</w:t>
      </w:r>
      <w:r w:rsidR="00337520">
        <w:rPr>
          <w:sz w:val="28"/>
          <w:szCs w:val="28"/>
          <w:lang w:val="it-IT"/>
        </w:rPr>
        <w:t>,</w:t>
      </w:r>
      <w:r w:rsidR="00D6600B" w:rsidRPr="1AB022FE">
        <w:rPr>
          <w:sz w:val="28"/>
          <w:szCs w:val="28"/>
          <w:lang w:val="it-IT"/>
        </w:rPr>
        <w:t xml:space="preserve"> di alcune materie prime</w:t>
      </w:r>
      <w:r w:rsidRPr="1AB022FE">
        <w:rPr>
          <w:sz w:val="28"/>
          <w:szCs w:val="28"/>
          <w:lang w:val="it-IT"/>
        </w:rPr>
        <w:t xml:space="preserve"> e della logistica</w:t>
      </w:r>
      <w:r w:rsidR="00337520">
        <w:rPr>
          <w:sz w:val="28"/>
          <w:szCs w:val="28"/>
          <w:lang w:val="it-IT"/>
        </w:rPr>
        <w:t>,</w:t>
      </w:r>
      <w:r w:rsidRPr="1AB022FE">
        <w:rPr>
          <w:sz w:val="28"/>
          <w:szCs w:val="28"/>
          <w:lang w:val="it-IT"/>
        </w:rPr>
        <w:t xml:space="preserve"> </w:t>
      </w:r>
      <w:r w:rsidR="009B741A">
        <w:rPr>
          <w:sz w:val="28"/>
          <w:szCs w:val="28"/>
          <w:lang w:val="it-IT"/>
        </w:rPr>
        <w:t xml:space="preserve">alimentano </w:t>
      </w:r>
      <w:r w:rsidRPr="1AB022FE">
        <w:rPr>
          <w:sz w:val="28"/>
          <w:szCs w:val="28"/>
          <w:lang w:val="it-IT"/>
        </w:rPr>
        <w:t>incrementi</w:t>
      </w:r>
      <w:r w:rsidR="00090F26" w:rsidRPr="1AB022FE">
        <w:rPr>
          <w:sz w:val="28"/>
          <w:szCs w:val="28"/>
          <w:lang w:val="it-IT"/>
        </w:rPr>
        <w:t xml:space="preserve"> </w:t>
      </w:r>
      <w:r w:rsidR="00F56618">
        <w:rPr>
          <w:sz w:val="28"/>
          <w:szCs w:val="28"/>
          <w:lang w:val="it-IT"/>
        </w:rPr>
        <w:t xml:space="preserve">dei prezzi </w:t>
      </w:r>
      <w:r w:rsidR="009B741A">
        <w:rPr>
          <w:sz w:val="28"/>
          <w:szCs w:val="28"/>
          <w:lang w:val="it-IT"/>
        </w:rPr>
        <w:t>con conseguenze inflazionistiche che frenano la crescita e in alcuni casi minacciano la continuità delle fil</w:t>
      </w:r>
      <w:r w:rsidR="00F56618">
        <w:rPr>
          <w:sz w:val="28"/>
          <w:szCs w:val="28"/>
          <w:lang w:val="it-IT"/>
        </w:rPr>
        <w:t xml:space="preserve">iere. </w:t>
      </w:r>
    </w:p>
    <w:p w14:paraId="7DCFB76E" w14:textId="366E7720" w:rsidR="00FE2C4A" w:rsidRPr="00864E32" w:rsidRDefault="00FE2C4A" w:rsidP="00E94764">
      <w:pPr>
        <w:spacing w:after="140" w:line="259" w:lineRule="auto"/>
        <w:jc w:val="both"/>
        <w:rPr>
          <w:sz w:val="28"/>
          <w:szCs w:val="28"/>
          <w:lang w:val="it-IT"/>
        </w:rPr>
      </w:pPr>
      <w:r w:rsidRPr="00864E32">
        <w:rPr>
          <w:sz w:val="28"/>
          <w:szCs w:val="28"/>
          <w:lang w:val="it-IT"/>
        </w:rPr>
        <w:t>L’incertezza continua a dominare tutti gli scenari</w:t>
      </w:r>
      <w:r w:rsidR="004B0A2D">
        <w:rPr>
          <w:sz w:val="28"/>
          <w:szCs w:val="28"/>
          <w:lang w:val="it-IT"/>
        </w:rPr>
        <w:t>,</w:t>
      </w:r>
      <w:r w:rsidRPr="00864E32">
        <w:rPr>
          <w:sz w:val="28"/>
          <w:szCs w:val="28"/>
          <w:lang w:val="it-IT"/>
        </w:rPr>
        <w:t xml:space="preserve"> rendendo più difficil</w:t>
      </w:r>
      <w:r>
        <w:rPr>
          <w:sz w:val="28"/>
          <w:szCs w:val="28"/>
          <w:lang w:val="it-IT"/>
        </w:rPr>
        <w:t>i e rischiose</w:t>
      </w:r>
      <w:r w:rsidRPr="00864E32">
        <w:rPr>
          <w:sz w:val="28"/>
          <w:szCs w:val="28"/>
          <w:lang w:val="it-IT"/>
        </w:rPr>
        <w:t xml:space="preserve"> le decisioni d’investimento</w:t>
      </w:r>
      <w:r w:rsidR="001756B4">
        <w:rPr>
          <w:sz w:val="28"/>
          <w:szCs w:val="28"/>
          <w:lang w:val="it-IT"/>
        </w:rPr>
        <w:t>.</w:t>
      </w:r>
    </w:p>
    <w:p w14:paraId="4D9D1341" w14:textId="37837A83" w:rsidR="00547916" w:rsidRPr="0001102D" w:rsidRDefault="002F61B7" w:rsidP="00E94764">
      <w:pPr>
        <w:spacing w:after="140" w:line="259" w:lineRule="auto"/>
        <w:jc w:val="both"/>
        <w:rPr>
          <w:sz w:val="28"/>
          <w:szCs w:val="28"/>
          <w:lang w:val="it-IT"/>
        </w:rPr>
      </w:pPr>
      <w:r>
        <w:rPr>
          <w:sz w:val="28"/>
          <w:szCs w:val="28"/>
          <w:lang w:val="it-IT"/>
        </w:rPr>
        <w:t>Le e</w:t>
      </w:r>
      <w:r w:rsidR="00940FA4" w:rsidRPr="0001102D">
        <w:rPr>
          <w:sz w:val="28"/>
          <w:szCs w:val="28"/>
          <w:lang w:val="it-IT"/>
        </w:rPr>
        <w:t>conomi</w:t>
      </w:r>
      <w:r w:rsidR="008A1E84" w:rsidRPr="0001102D">
        <w:rPr>
          <w:sz w:val="28"/>
          <w:szCs w:val="28"/>
          <w:lang w:val="it-IT"/>
        </w:rPr>
        <w:t>e</w:t>
      </w:r>
      <w:r w:rsidR="004B0A2D">
        <w:rPr>
          <w:sz w:val="28"/>
          <w:szCs w:val="28"/>
          <w:lang w:val="it-IT"/>
        </w:rPr>
        <w:t xml:space="preserve"> </w:t>
      </w:r>
      <w:r w:rsidR="004B0A2D" w:rsidRPr="0001102D">
        <w:rPr>
          <w:sz w:val="28"/>
          <w:szCs w:val="28"/>
          <w:lang w:val="it-IT"/>
        </w:rPr>
        <w:t>di trasformazione</w:t>
      </w:r>
      <w:r w:rsidR="00A06395">
        <w:rPr>
          <w:sz w:val="28"/>
          <w:szCs w:val="28"/>
          <w:lang w:val="it-IT"/>
        </w:rPr>
        <w:t>,</w:t>
      </w:r>
      <w:r w:rsidR="00940FA4" w:rsidRPr="0001102D">
        <w:rPr>
          <w:sz w:val="28"/>
          <w:szCs w:val="28"/>
          <w:lang w:val="it-IT"/>
        </w:rPr>
        <w:t xml:space="preserve"> come quella italiana</w:t>
      </w:r>
      <w:r w:rsidR="00A06395">
        <w:rPr>
          <w:sz w:val="28"/>
          <w:szCs w:val="28"/>
          <w:lang w:val="it-IT"/>
        </w:rPr>
        <w:t>,</w:t>
      </w:r>
      <w:r w:rsidR="00940FA4" w:rsidRPr="0001102D">
        <w:rPr>
          <w:sz w:val="28"/>
          <w:szCs w:val="28"/>
          <w:lang w:val="it-IT"/>
        </w:rPr>
        <w:t xml:space="preserve"> con una forte dipendenza energetica sono particolarmente esposte</w:t>
      </w:r>
      <w:r w:rsidR="00354A56">
        <w:rPr>
          <w:sz w:val="28"/>
          <w:szCs w:val="28"/>
          <w:lang w:val="it-IT"/>
        </w:rPr>
        <w:t>.</w:t>
      </w:r>
    </w:p>
    <w:p w14:paraId="1DF88905" w14:textId="7BE7F7DE" w:rsidR="00547916" w:rsidRPr="0001102D" w:rsidRDefault="005A7B7A" w:rsidP="00E94764">
      <w:pPr>
        <w:spacing w:after="140" w:line="259" w:lineRule="auto"/>
        <w:jc w:val="both"/>
        <w:rPr>
          <w:sz w:val="28"/>
          <w:szCs w:val="28"/>
          <w:lang w:val="it-IT"/>
        </w:rPr>
      </w:pPr>
      <w:r>
        <w:rPr>
          <w:sz w:val="28"/>
          <w:szCs w:val="28"/>
          <w:lang w:val="it-IT"/>
        </w:rPr>
        <w:t>G</w:t>
      </w:r>
      <w:r w:rsidR="00940FA4" w:rsidRPr="0001102D">
        <w:rPr>
          <w:sz w:val="28"/>
          <w:szCs w:val="28"/>
          <w:lang w:val="it-IT"/>
        </w:rPr>
        <w:t>uardando le risultanze economiche del 2025 e gli andamenti del primo semestre 2026</w:t>
      </w:r>
      <w:r w:rsidR="00AE48DA">
        <w:rPr>
          <w:sz w:val="28"/>
          <w:szCs w:val="28"/>
          <w:lang w:val="it-IT"/>
        </w:rPr>
        <w:t>,</w:t>
      </w:r>
      <w:r w:rsidR="00940FA4" w:rsidRPr="0001102D">
        <w:rPr>
          <w:sz w:val="28"/>
          <w:szCs w:val="28"/>
          <w:lang w:val="it-IT"/>
        </w:rPr>
        <w:t xml:space="preserve"> </w:t>
      </w:r>
      <w:r w:rsidR="00DE4635">
        <w:rPr>
          <w:sz w:val="28"/>
          <w:szCs w:val="28"/>
          <w:lang w:val="it-IT"/>
        </w:rPr>
        <w:t>emerge</w:t>
      </w:r>
      <w:r w:rsidR="008013F0">
        <w:rPr>
          <w:sz w:val="28"/>
          <w:szCs w:val="28"/>
          <w:lang w:val="it-IT"/>
        </w:rPr>
        <w:t xml:space="preserve"> </w:t>
      </w:r>
      <w:r w:rsidR="00940FA4" w:rsidRPr="0001102D">
        <w:rPr>
          <w:sz w:val="28"/>
          <w:szCs w:val="28"/>
          <w:lang w:val="it-IT"/>
        </w:rPr>
        <w:t>la resilienza del nostro sistema produttivo con andamenti che</w:t>
      </w:r>
      <w:r w:rsidR="000975D3">
        <w:rPr>
          <w:sz w:val="28"/>
          <w:szCs w:val="28"/>
          <w:lang w:val="it-IT"/>
        </w:rPr>
        <w:t>,</w:t>
      </w:r>
      <w:r w:rsidR="00940FA4" w:rsidRPr="0001102D">
        <w:rPr>
          <w:sz w:val="28"/>
          <w:szCs w:val="28"/>
          <w:lang w:val="it-IT"/>
        </w:rPr>
        <w:t xml:space="preserve"> se non esprimono valori di crescita assoluta rilevanti, </w:t>
      </w:r>
      <w:r w:rsidR="000975D3">
        <w:rPr>
          <w:sz w:val="28"/>
          <w:szCs w:val="28"/>
          <w:lang w:val="it-IT"/>
        </w:rPr>
        <w:t xml:space="preserve">registrano </w:t>
      </w:r>
      <w:r w:rsidR="008A1E84" w:rsidRPr="0001102D">
        <w:rPr>
          <w:sz w:val="28"/>
          <w:szCs w:val="28"/>
          <w:lang w:val="it-IT"/>
        </w:rPr>
        <w:t>prestazioni pari</w:t>
      </w:r>
      <w:r w:rsidR="00AE48DA">
        <w:rPr>
          <w:sz w:val="28"/>
          <w:szCs w:val="28"/>
          <w:lang w:val="it-IT"/>
        </w:rPr>
        <w:t>,</w:t>
      </w:r>
      <w:r w:rsidR="008A1E84" w:rsidRPr="0001102D">
        <w:rPr>
          <w:sz w:val="28"/>
          <w:szCs w:val="28"/>
          <w:lang w:val="it-IT"/>
        </w:rPr>
        <w:t xml:space="preserve"> se non superiori</w:t>
      </w:r>
      <w:r w:rsidR="00AE48DA">
        <w:rPr>
          <w:sz w:val="28"/>
          <w:szCs w:val="28"/>
          <w:lang w:val="it-IT"/>
        </w:rPr>
        <w:t>,</w:t>
      </w:r>
      <w:r w:rsidR="0055242A">
        <w:rPr>
          <w:sz w:val="28"/>
          <w:szCs w:val="28"/>
          <w:lang w:val="it-IT"/>
        </w:rPr>
        <w:t xml:space="preserve"> </w:t>
      </w:r>
      <w:r w:rsidR="008A1E84" w:rsidRPr="0001102D">
        <w:rPr>
          <w:sz w:val="28"/>
          <w:szCs w:val="28"/>
          <w:lang w:val="it-IT"/>
        </w:rPr>
        <w:t>a quelle dei più importanti</w:t>
      </w:r>
      <w:r w:rsidR="00940FA4" w:rsidRPr="0001102D">
        <w:rPr>
          <w:sz w:val="28"/>
          <w:szCs w:val="28"/>
          <w:lang w:val="it-IT"/>
        </w:rPr>
        <w:t xml:space="preserve"> paesi europei.</w:t>
      </w:r>
    </w:p>
    <w:p w14:paraId="62AD4793" w14:textId="17BCC4E3" w:rsidR="00547916" w:rsidRPr="0001102D" w:rsidRDefault="0055242A" w:rsidP="00E94764">
      <w:pPr>
        <w:spacing w:after="140" w:line="259" w:lineRule="auto"/>
        <w:jc w:val="both"/>
        <w:rPr>
          <w:sz w:val="28"/>
          <w:szCs w:val="28"/>
          <w:lang w:val="it-IT"/>
        </w:rPr>
      </w:pPr>
      <w:r>
        <w:rPr>
          <w:sz w:val="28"/>
          <w:szCs w:val="28"/>
          <w:lang w:val="it-IT"/>
        </w:rPr>
        <w:t>Sia</w:t>
      </w:r>
      <w:r w:rsidR="00940FA4" w:rsidRPr="0001102D">
        <w:rPr>
          <w:sz w:val="28"/>
          <w:szCs w:val="28"/>
          <w:lang w:val="it-IT"/>
        </w:rPr>
        <w:t xml:space="preserve"> per l’Italia, che per la nostra Regione e il nostro Territorio.</w:t>
      </w:r>
    </w:p>
    <w:p w14:paraId="2C9FCC89" w14:textId="40463E02" w:rsidR="00547916" w:rsidRPr="0001102D" w:rsidRDefault="00940FA4" w:rsidP="00E94764">
      <w:pPr>
        <w:spacing w:after="140" w:line="259" w:lineRule="auto"/>
        <w:jc w:val="both"/>
        <w:rPr>
          <w:sz w:val="28"/>
          <w:szCs w:val="28"/>
          <w:lang w:val="it-IT"/>
        </w:rPr>
      </w:pPr>
      <w:r w:rsidRPr="0001102D">
        <w:rPr>
          <w:sz w:val="28"/>
          <w:szCs w:val="28"/>
          <w:lang w:val="it-IT"/>
        </w:rPr>
        <w:t>Un sistema che cresce, si consolida</w:t>
      </w:r>
      <w:r w:rsidR="008A1E84" w:rsidRPr="0001102D">
        <w:rPr>
          <w:sz w:val="28"/>
          <w:szCs w:val="28"/>
          <w:lang w:val="it-IT"/>
        </w:rPr>
        <w:t xml:space="preserve">, </w:t>
      </w:r>
      <w:r w:rsidRPr="0001102D">
        <w:rPr>
          <w:sz w:val="28"/>
          <w:szCs w:val="28"/>
          <w:lang w:val="it-IT"/>
        </w:rPr>
        <w:t xml:space="preserve">evolve, anche se condizionato </w:t>
      </w:r>
      <w:r w:rsidR="00354A56" w:rsidRPr="0001102D">
        <w:rPr>
          <w:sz w:val="28"/>
          <w:szCs w:val="28"/>
          <w:lang w:val="it-IT"/>
        </w:rPr>
        <w:t>da fattori</w:t>
      </w:r>
      <w:r w:rsidRPr="0001102D">
        <w:rPr>
          <w:sz w:val="28"/>
          <w:szCs w:val="28"/>
          <w:lang w:val="it-IT"/>
        </w:rPr>
        <w:t xml:space="preserve"> limitativi che non consentono di esprimere potenzialità molto più elevate</w:t>
      </w:r>
      <w:r w:rsidR="00B92EBA" w:rsidRPr="0001102D">
        <w:rPr>
          <w:sz w:val="28"/>
          <w:szCs w:val="28"/>
          <w:lang w:val="it-IT"/>
        </w:rPr>
        <w:t>.</w:t>
      </w:r>
    </w:p>
    <w:p w14:paraId="26395EE6" w14:textId="32B420F9" w:rsidR="00FE2C4A" w:rsidRPr="0001102D" w:rsidRDefault="2A154098" w:rsidP="00E94764">
      <w:pPr>
        <w:spacing w:after="140" w:line="259" w:lineRule="auto"/>
        <w:jc w:val="both"/>
        <w:rPr>
          <w:sz w:val="28"/>
          <w:szCs w:val="28"/>
          <w:lang w:val="it-IT"/>
        </w:rPr>
      </w:pPr>
      <w:r w:rsidRPr="40BD57EB">
        <w:rPr>
          <w:sz w:val="28"/>
          <w:szCs w:val="28"/>
          <w:lang w:val="it-IT"/>
        </w:rPr>
        <w:t>Questo grazie ad una struttura industriale di imprese medie e medio</w:t>
      </w:r>
      <w:r w:rsidR="13D140FA" w:rsidRPr="40BD57EB">
        <w:rPr>
          <w:sz w:val="28"/>
          <w:szCs w:val="28"/>
          <w:lang w:val="it-IT"/>
        </w:rPr>
        <w:t>-</w:t>
      </w:r>
      <w:r w:rsidRPr="40BD57EB">
        <w:rPr>
          <w:sz w:val="28"/>
          <w:szCs w:val="28"/>
          <w:lang w:val="it-IT"/>
        </w:rPr>
        <w:t>grandi</w:t>
      </w:r>
      <w:r w:rsidR="0051703A">
        <w:rPr>
          <w:sz w:val="28"/>
          <w:szCs w:val="28"/>
          <w:lang w:val="it-IT"/>
        </w:rPr>
        <w:t>, con</w:t>
      </w:r>
      <w:r w:rsidRPr="40BD57EB">
        <w:rPr>
          <w:sz w:val="28"/>
          <w:szCs w:val="28"/>
          <w:lang w:val="it-IT"/>
        </w:rPr>
        <w:t xml:space="preserve"> straordinarie capacità d’innovazione ed internazionalizzazione</w:t>
      </w:r>
      <w:r w:rsidR="5F057339" w:rsidRPr="40BD57EB">
        <w:rPr>
          <w:sz w:val="28"/>
          <w:szCs w:val="28"/>
          <w:lang w:val="it-IT"/>
        </w:rPr>
        <w:t xml:space="preserve"> </w:t>
      </w:r>
      <w:r w:rsidR="76D77A68" w:rsidRPr="40BD57EB">
        <w:rPr>
          <w:sz w:val="28"/>
          <w:szCs w:val="28"/>
          <w:lang w:val="it-IT"/>
        </w:rPr>
        <w:t>che</w:t>
      </w:r>
      <w:r w:rsidR="1BDE7586" w:rsidRPr="40BD57EB">
        <w:rPr>
          <w:sz w:val="28"/>
          <w:szCs w:val="28"/>
          <w:lang w:val="it-IT"/>
        </w:rPr>
        <w:t xml:space="preserve">, </w:t>
      </w:r>
      <w:r w:rsidR="1BDE7586" w:rsidRPr="36D09A79">
        <w:rPr>
          <w:sz w:val="28"/>
          <w:szCs w:val="28"/>
          <w:lang w:val="it-IT"/>
        </w:rPr>
        <w:t xml:space="preserve">anche </w:t>
      </w:r>
      <w:r w:rsidR="0051703A">
        <w:rPr>
          <w:sz w:val="28"/>
          <w:szCs w:val="28"/>
          <w:lang w:val="it-IT"/>
        </w:rPr>
        <w:t xml:space="preserve">sul </w:t>
      </w:r>
      <w:r w:rsidR="1BDE7586" w:rsidRPr="36D09A79">
        <w:rPr>
          <w:sz w:val="28"/>
          <w:szCs w:val="28"/>
          <w:lang w:val="it-IT"/>
        </w:rPr>
        <w:t>territorio</w:t>
      </w:r>
      <w:r w:rsidR="1BDE7586" w:rsidRPr="2B084271">
        <w:rPr>
          <w:sz w:val="28"/>
          <w:szCs w:val="28"/>
          <w:lang w:val="it-IT"/>
        </w:rPr>
        <w:t>,</w:t>
      </w:r>
      <w:r w:rsidR="76D77A68" w:rsidRPr="2B084271">
        <w:rPr>
          <w:sz w:val="28"/>
          <w:szCs w:val="28"/>
          <w:lang w:val="it-IT"/>
        </w:rPr>
        <w:t xml:space="preserve"> </w:t>
      </w:r>
      <w:r w:rsidR="76D77A68" w:rsidRPr="40BD57EB">
        <w:rPr>
          <w:sz w:val="28"/>
          <w:szCs w:val="28"/>
          <w:lang w:val="it-IT"/>
        </w:rPr>
        <w:t xml:space="preserve">dimostrano vitalità, </w:t>
      </w:r>
      <w:r w:rsidR="006C721C">
        <w:rPr>
          <w:sz w:val="28"/>
          <w:szCs w:val="28"/>
          <w:lang w:val="it-IT"/>
        </w:rPr>
        <w:t>propensione all</w:t>
      </w:r>
      <w:r w:rsidR="76D77A68" w:rsidRPr="40BD57EB">
        <w:rPr>
          <w:sz w:val="28"/>
          <w:szCs w:val="28"/>
          <w:lang w:val="it-IT"/>
        </w:rPr>
        <w:t>’investimento e significativi risultati di miglioramento</w:t>
      </w:r>
      <w:r w:rsidR="0093293E">
        <w:rPr>
          <w:sz w:val="28"/>
          <w:szCs w:val="28"/>
          <w:lang w:val="it-IT"/>
        </w:rPr>
        <w:t xml:space="preserve"> e </w:t>
      </w:r>
      <w:r w:rsidR="0093293E" w:rsidRPr="40BD57EB">
        <w:rPr>
          <w:sz w:val="28"/>
          <w:szCs w:val="28"/>
          <w:lang w:val="it-IT"/>
        </w:rPr>
        <w:t>crescita</w:t>
      </w:r>
      <w:r w:rsidR="0093293E">
        <w:rPr>
          <w:sz w:val="28"/>
          <w:szCs w:val="28"/>
          <w:lang w:val="it-IT"/>
        </w:rPr>
        <w:t>.</w:t>
      </w:r>
    </w:p>
    <w:p w14:paraId="06B17DA7" w14:textId="789F9ADD" w:rsidR="00FF7C8A" w:rsidRPr="009A143B" w:rsidRDefault="006121AC" w:rsidP="00E94764">
      <w:pPr>
        <w:spacing w:after="140" w:line="259" w:lineRule="auto"/>
        <w:jc w:val="both"/>
        <w:rPr>
          <w:sz w:val="28"/>
          <w:szCs w:val="28"/>
          <w:lang w:val="it-IT"/>
        </w:rPr>
      </w:pPr>
      <w:r w:rsidRPr="0FE6A893">
        <w:rPr>
          <w:sz w:val="28"/>
          <w:szCs w:val="28"/>
          <w:lang w:val="it-IT"/>
        </w:rPr>
        <w:t>Il voler dare continuità a</w:t>
      </w:r>
      <w:r w:rsidR="00FF7C8A" w:rsidRPr="0FE6A893">
        <w:rPr>
          <w:sz w:val="28"/>
          <w:szCs w:val="28"/>
          <w:lang w:val="it-IT"/>
        </w:rPr>
        <w:t xml:space="preserve">lla visione </w:t>
      </w:r>
      <w:r w:rsidRPr="0FE6A893">
        <w:rPr>
          <w:sz w:val="28"/>
          <w:szCs w:val="28"/>
          <w:lang w:val="it-IT"/>
        </w:rPr>
        <w:t xml:space="preserve">del 2025 </w:t>
      </w:r>
      <w:r w:rsidR="00FF7C8A" w:rsidRPr="0FE6A893">
        <w:rPr>
          <w:sz w:val="28"/>
          <w:szCs w:val="28"/>
          <w:lang w:val="it-IT"/>
        </w:rPr>
        <w:t>e</w:t>
      </w:r>
      <w:r w:rsidR="00FF6B76" w:rsidRPr="0FE6A893">
        <w:rPr>
          <w:sz w:val="28"/>
          <w:szCs w:val="28"/>
          <w:lang w:val="it-IT"/>
        </w:rPr>
        <w:t>d a</w:t>
      </w:r>
      <w:r w:rsidR="00FF7C8A" w:rsidRPr="0FE6A893">
        <w:rPr>
          <w:sz w:val="28"/>
          <w:szCs w:val="28"/>
          <w:lang w:val="it-IT"/>
        </w:rPr>
        <w:t xml:space="preserve"> tutte le successive azioni </w:t>
      </w:r>
      <w:r w:rsidR="5552EDDF" w:rsidRPr="0FE6A893">
        <w:rPr>
          <w:sz w:val="28"/>
          <w:szCs w:val="28"/>
          <w:lang w:val="it-IT"/>
        </w:rPr>
        <w:t>realizzate</w:t>
      </w:r>
      <w:r w:rsidRPr="0FE6A893">
        <w:rPr>
          <w:sz w:val="28"/>
          <w:szCs w:val="28"/>
          <w:lang w:val="it-IT"/>
        </w:rPr>
        <w:t xml:space="preserve"> </w:t>
      </w:r>
      <w:r w:rsidR="00FF6B76" w:rsidRPr="0FE6A893">
        <w:rPr>
          <w:sz w:val="28"/>
          <w:szCs w:val="28"/>
          <w:lang w:val="it-IT"/>
        </w:rPr>
        <w:t>per</w:t>
      </w:r>
      <w:r w:rsidR="00FF7C8A" w:rsidRPr="0FE6A893">
        <w:rPr>
          <w:sz w:val="28"/>
          <w:szCs w:val="28"/>
          <w:lang w:val="it-IT"/>
        </w:rPr>
        <w:t xml:space="preserve"> sostenere le nostre imprese</w:t>
      </w:r>
      <w:r w:rsidR="00FF6B76" w:rsidRPr="0FE6A893">
        <w:rPr>
          <w:sz w:val="28"/>
          <w:szCs w:val="28"/>
          <w:lang w:val="it-IT"/>
        </w:rPr>
        <w:t>,</w:t>
      </w:r>
      <w:r w:rsidR="00FF7C8A" w:rsidRPr="0FE6A893">
        <w:rPr>
          <w:sz w:val="28"/>
          <w:szCs w:val="28"/>
          <w:lang w:val="it-IT"/>
        </w:rPr>
        <w:t xml:space="preserve"> ci ha portato a voler definire il tema di oggi</w:t>
      </w:r>
      <w:r w:rsidRPr="0FE6A893">
        <w:rPr>
          <w:sz w:val="28"/>
          <w:szCs w:val="28"/>
          <w:lang w:val="it-IT"/>
        </w:rPr>
        <w:t xml:space="preserve"> con</w:t>
      </w:r>
      <w:r w:rsidR="00FF7C8A" w:rsidRPr="0FE6A893">
        <w:rPr>
          <w:sz w:val="28"/>
          <w:szCs w:val="28"/>
          <w:lang w:val="it-IT"/>
        </w:rPr>
        <w:t>: “Crescere per Vivere”.</w:t>
      </w:r>
    </w:p>
    <w:p w14:paraId="0B197FC0" w14:textId="3FDFDA0F" w:rsidR="009E47CC" w:rsidRDefault="00456A17" w:rsidP="00E94764">
      <w:pPr>
        <w:spacing w:after="140" w:line="259" w:lineRule="auto"/>
        <w:jc w:val="both"/>
        <w:rPr>
          <w:sz w:val="28"/>
          <w:szCs w:val="28"/>
          <w:lang w:val="it-IT"/>
        </w:rPr>
      </w:pPr>
      <w:r w:rsidRPr="009A143B">
        <w:rPr>
          <w:sz w:val="28"/>
          <w:szCs w:val="28"/>
          <w:lang w:val="it-IT"/>
        </w:rPr>
        <w:t>Una visione, una tensione costruttiva, un percorso volti ad una costante crescita per garantire competitività e continuità nel tempo.</w:t>
      </w:r>
    </w:p>
    <w:p w14:paraId="7491812F" w14:textId="77777777" w:rsidR="003178D8" w:rsidRPr="009A143B" w:rsidRDefault="003178D8" w:rsidP="00E94764">
      <w:pPr>
        <w:spacing w:after="140" w:line="259" w:lineRule="auto"/>
        <w:jc w:val="both"/>
        <w:rPr>
          <w:sz w:val="28"/>
          <w:szCs w:val="28"/>
          <w:lang w:val="it-IT"/>
        </w:rPr>
      </w:pPr>
    </w:p>
    <w:p w14:paraId="0C5AC1E1" w14:textId="459AB8B0" w:rsidR="003178D8" w:rsidRPr="003178D8" w:rsidRDefault="003178D8" w:rsidP="00E94764">
      <w:pPr>
        <w:spacing w:after="140" w:line="259" w:lineRule="auto"/>
        <w:jc w:val="both"/>
        <w:rPr>
          <w:sz w:val="28"/>
          <w:szCs w:val="28"/>
          <w:u w:val="single"/>
          <w:lang w:val="it-IT"/>
        </w:rPr>
      </w:pPr>
      <w:r w:rsidRPr="003178D8">
        <w:rPr>
          <w:sz w:val="28"/>
          <w:szCs w:val="28"/>
          <w:u w:val="single"/>
          <w:lang w:val="it-IT"/>
        </w:rPr>
        <w:t>LA ROMAGNA DEL FUTURO</w:t>
      </w:r>
    </w:p>
    <w:p w14:paraId="2912F161" w14:textId="3FD93F36" w:rsidR="00FE2C4A" w:rsidRPr="0001102D" w:rsidRDefault="00FE2C4A" w:rsidP="00E94764">
      <w:pPr>
        <w:spacing w:after="140" w:line="259" w:lineRule="auto"/>
        <w:jc w:val="both"/>
        <w:rPr>
          <w:color w:val="000000" w:themeColor="text1"/>
          <w:sz w:val="28"/>
          <w:szCs w:val="28"/>
          <w:lang w:val="it-IT"/>
        </w:rPr>
      </w:pPr>
      <w:r w:rsidRPr="0001102D">
        <w:rPr>
          <w:sz w:val="28"/>
          <w:szCs w:val="28"/>
          <w:lang w:val="it-IT"/>
        </w:rPr>
        <w:t>Una assemblea questa del 2026 che si p</w:t>
      </w:r>
      <w:r w:rsidRPr="36D09A79">
        <w:rPr>
          <w:color w:val="000000" w:themeColor="text1"/>
          <w:sz w:val="28"/>
          <w:szCs w:val="28"/>
          <w:lang w:val="it-IT"/>
        </w:rPr>
        <w:t xml:space="preserve">one </w:t>
      </w:r>
      <w:r w:rsidR="34BD1B1C" w:rsidRPr="36D09A79">
        <w:rPr>
          <w:color w:val="000000" w:themeColor="text1"/>
          <w:sz w:val="28"/>
          <w:szCs w:val="28"/>
          <w:lang w:val="it-IT"/>
        </w:rPr>
        <w:t>in</w:t>
      </w:r>
      <w:r w:rsidRPr="36D09A79">
        <w:rPr>
          <w:color w:val="000000" w:themeColor="text1"/>
          <w:sz w:val="28"/>
          <w:szCs w:val="28"/>
          <w:lang w:val="it-IT"/>
        </w:rPr>
        <w:t xml:space="preserve"> </w:t>
      </w:r>
      <w:r w:rsidRPr="00632D5E">
        <w:rPr>
          <w:color w:val="000000" w:themeColor="text1"/>
          <w:sz w:val="28"/>
          <w:szCs w:val="28"/>
          <w:lang w:val="it-IT"/>
        </w:rPr>
        <w:t>uno</w:t>
      </w:r>
      <w:r w:rsidRPr="36D09A79">
        <w:rPr>
          <w:color w:val="000000" w:themeColor="text1"/>
          <w:sz w:val="28"/>
          <w:szCs w:val="28"/>
          <w:lang w:val="it-IT"/>
        </w:rPr>
        <w:t xml:space="preserve"> snodo di grande importanza per la nostra Associazione.</w:t>
      </w:r>
    </w:p>
    <w:p w14:paraId="56C2D75A" w14:textId="5E3B39F2" w:rsidR="00FE2C4A" w:rsidRDefault="00FE2C4A" w:rsidP="00E94764">
      <w:pPr>
        <w:spacing w:after="140" w:line="259" w:lineRule="auto"/>
        <w:jc w:val="both"/>
        <w:rPr>
          <w:sz w:val="28"/>
          <w:szCs w:val="28"/>
          <w:lang w:val="it-IT"/>
        </w:rPr>
      </w:pPr>
      <w:r w:rsidRPr="36D09A79">
        <w:rPr>
          <w:color w:val="000000" w:themeColor="text1"/>
          <w:sz w:val="28"/>
          <w:szCs w:val="28"/>
          <w:lang w:val="it-IT"/>
        </w:rPr>
        <w:t>Da un lato, proprio in questi giorni, Confindustria Romagna com</w:t>
      </w:r>
      <w:r w:rsidRPr="0001102D">
        <w:rPr>
          <w:sz w:val="28"/>
          <w:szCs w:val="28"/>
          <w:lang w:val="it-IT"/>
        </w:rPr>
        <w:t>pie i primi dieci anni della propria storia</w:t>
      </w:r>
      <w:r w:rsidR="00B54A8A">
        <w:rPr>
          <w:sz w:val="28"/>
          <w:szCs w:val="28"/>
          <w:lang w:val="it-IT"/>
        </w:rPr>
        <w:t xml:space="preserve"> che ha radici lontane.</w:t>
      </w:r>
    </w:p>
    <w:p w14:paraId="03B5DE59" w14:textId="79B6E91F" w:rsidR="00B54A8A" w:rsidRPr="0001102D" w:rsidRDefault="00B54A8A" w:rsidP="00E94764">
      <w:pPr>
        <w:spacing w:after="140" w:line="259" w:lineRule="auto"/>
        <w:jc w:val="both"/>
        <w:rPr>
          <w:sz w:val="28"/>
          <w:szCs w:val="28"/>
          <w:lang w:val="it-IT"/>
        </w:rPr>
      </w:pPr>
      <w:r>
        <w:rPr>
          <w:sz w:val="28"/>
          <w:szCs w:val="28"/>
          <w:lang w:val="it-IT"/>
        </w:rPr>
        <w:t>La prima associazione imprenditoriale è nata in Romagna cento anni fa</w:t>
      </w:r>
      <w:r w:rsidR="00955D7E">
        <w:rPr>
          <w:sz w:val="28"/>
          <w:szCs w:val="28"/>
          <w:lang w:val="it-IT"/>
        </w:rPr>
        <w:t>.</w:t>
      </w:r>
    </w:p>
    <w:p w14:paraId="603CC061" w14:textId="4CAB57E1" w:rsidR="007039FD" w:rsidRPr="00FF6B76" w:rsidRDefault="007039FD" w:rsidP="00E94764">
      <w:pPr>
        <w:spacing w:after="140" w:line="259" w:lineRule="auto"/>
        <w:jc w:val="both"/>
        <w:rPr>
          <w:sz w:val="28"/>
          <w:szCs w:val="28"/>
          <w:lang w:val="it-IT"/>
        </w:rPr>
      </w:pPr>
      <w:r w:rsidRPr="180EEB5C">
        <w:rPr>
          <w:sz w:val="28"/>
          <w:szCs w:val="28"/>
          <w:lang w:val="it-IT"/>
        </w:rPr>
        <w:t>Confindustria Romagna nasce con la costituzione</w:t>
      </w:r>
      <w:r w:rsidR="00EF3011" w:rsidRPr="180EEB5C">
        <w:rPr>
          <w:sz w:val="28"/>
          <w:szCs w:val="28"/>
          <w:lang w:val="it-IT"/>
        </w:rPr>
        <w:t xml:space="preserve"> nel 2014</w:t>
      </w:r>
      <w:r w:rsidR="00CC454D" w:rsidRPr="180EEB5C">
        <w:rPr>
          <w:sz w:val="28"/>
          <w:szCs w:val="28"/>
          <w:lang w:val="it-IT"/>
        </w:rPr>
        <w:t xml:space="preserve"> </w:t>
      </w:r>
      <w:r w:rsidR="09B7693D" w:rsidRPr="180EEB5C">
        <w:rPr>
          <w:sz w:val="28"/>
          <w:szCs w:val="28"/>
          <w:lang w:val="it-IT"/>
        </w:rPr>
        <w:t>dell’</w:t>
      </w:r>
      <w:r w:rsidR="00CC454D" w:rsidRPr="008F5830">
        <w:rPr>
          <w:sz w:val="28"/>
          <w:szCs w:val="28"/>
          <w:lang w:val="it-IT"/>
        </w:rPr>
        <w:t xml:space="preserve">unione federativa delle tre associazioni </w:t>
      </w:r>
      <w:r w:rsidR="00145EEC" w:rsidRPr="008F5830">
        <w:rPr>
          <w:sz w:val="28"/>
          <w:szCs w:val="28"/>
          <w:lang w:val="it-IT"/>
        </w:rPr>
        <w:t xml:space="preserve">territoriali </w:t>
      </w:r>
      <w:r w:rsidR="00145EEC" w:rsidRPr="180EEB5C">
        <w:rPr>
          <w:sz w:val="28"/>
          <w:szCs w:val="28"/>
          <w:lang w:val="it-IT"/>
        </w:rPr>
        <w:t>e</w:t>
      </w:r>
      <w:r w:rsidRPr="180EEB5C">
        <w:rPr>
          <w:sz w:val="28"/>
          <w:szCs w:val="28"/>
          <w:lang w:val="it-IT"/>
        </w:rPr>
        <w:t xml:space="preserve"> poi d</w:t>
      </w:r>
      <w:r w:rsidR="009F1D38" w:rsidRPr="180EEB5C">
        <w:rPr>
          <w:sz w:val="28"/>
          <w:szCs w:val="28"/>
          <w:lang w:val="it-IT"/>
        </w:rPr>
        <w:t>e</w:t>
      </w:r>
      <w:r w:rsidRPr="180EEB5C">
        <w:rPr>
          <w:sz w:val="28"/>
          <w:szCs w:val="28"/>
          <w:lang w:val="it-IT"/>
        </w:rPr>
        <w:t>lla Confindustria Romagna nel 201</w:t>
      </w:r>
      <w:r w:rsidR="0020659C" w:rsidRPr="180EEB5C">
        <w:rPr>
          <w:sz w:val="28"/>
          <w:szCs w:val="28"/>
          <w:lang w:val="it-IT"/>
        </w:rPr>
        <w:t>6</w:t>
      </w:r>
      <w:r w:rsidRPr="180EEB5C">
        <w:rPr>
          <w:sz w:val="28"/>
          <w:szCs w:val="28"/>
          <w:lang w:val="it-IT"/>
        </w:rPr>
        <w:t xml:space="preserve"> a cui aderirono prima Ravenna e Rimini e successivamente Forlì-Cesena.</w:t>
      </w:r>
    </w:p>
    <w:p w14:paraId="3C4950A9" w14:textId="77777777" w:rsidR="00FE2C4A" w:rsidRPr="0001102D" w:rsidRDefault="00FE2C4A" w:rsidP="00E94764">
      <w:pPr>
        <w:spacing w:after="140" w:line="259" w:lineRule="auto"/>
        <w:jc w:val="both"/>
        <w:rPr>
          <w:sz w:val="28"/>
          <w:szCs w:val="28"/>
          <w:lang w:val="it-IT"/>
        </w:rPr>
      </w:pPr>
      <w:r w:rsidRPr="0001102D">
        <w:rPr>
          <w:sz w:val="28"/>
          <w:szCs w:val="28"/>
          <w:lang w:val="it-IT"/>
        </w:rPr>
        <w:t>Voglio qui ricordare i protagonisti di quella visione lungimirante e coraggiosa che ha aperto la strada ad una nuova associazione solida, capace di essere vicina alle imprese, protagonista dello sviluppo del territorio.</w:t>
      </w:r>
    </w:p>
    <w:p w14:paraId="63A82913" w14:textId="4851810F" w:rsidR="00FE2C4A" w:rsidRPr="0001102D" w:rsidRDefault="004D4A9E" w:rsidP="00E94764">
      <w:pPr>
        <w:spacing w:after="140" w:line="259" w:lineRule="auto"/>
        <w:jc w:val="both"/>
        <w:rPr>
          <w:sz w:val="28"/>
          <w:szCs w:val="28"/>
          <w:lang w:val="it-IT"/>
        </w:rPr>
      </w:pPr>
      <w:r w:rsidRPr="0001102D">
        <w:rPr>
          <w:sz w:val="28"/>
          <w:szCs w:val="28"/>
          <w:lang w:val="it-IT"/>
        </w:rPr>
        <w:t>Paolo Maggioli</w:t>
      </w:r>
      <w:r>
        <w:rPr>
          <w:sz w:val="28"/>
          <w:szCs w:val="28"/>
          <w:lang w:val="it-IT"/>
        </w:rPr>
        <w:t xml:space="preserve">, </w:t>
      </w:r>
      <w:r w:rsidRPr="0001102D">
        <w:rPr>
          <w:sz w:val="28"/>
          <w:szCs w:val="28"/>
          <w:lang w:val="it-IT"/>
        </w:rPr>
        <w:t>primo Presidente</w:t>
      </w:r>
      <w:r>
        <w:rPr>
          <w:sz w:val="28"/>
          <w:szCs w:val="28"/>
          <w:lang w:val="it-IT"/>
        </w:rPr>
        <w:t xml:space="preserve">, </w:t>
      </w:r>
      <w:r w:rsidR="00FE2C4A" w:rsidRPr="0001102D">
        <w:rPr>
          <w:sz w:val="28"/>
          <w:szCs w:val="28"/>
          <w:lang w:val="it-IT"/>
        </w:rPr>
        <w:t xml:space="preserve">Guido Ottolenghi, </w:t>
      </w:r>
      <w:r w:rsidR="006121AC">
        <w:rPr>
          <w:sz w:val="28"/>
          <w:szCs w:val="28"/>
          <w:lang w:val="it-IT"/>
        </w:rPr>
        <w:t xml:space="preserve">Vincenzo Colonna, </w:t>
      </w:r>
      <w:r w:rsidR="00FE2C4A" w:rsidRPr="0001102D">
        <w:rPr>
          <w:sz w:val="28"/>
          <w:szCs w:val="28"/>
          <w:lang w:val="it-IT"/>
        </w:rPr>
        <w:t>poi Andrea Maremonti</w:t>
      </w:r>
      <w:r>
        <w:rPr>
          <w:sz w:val="28"/>
          <w:szCs w:val="28"/>
          <w:lang w:val="it-IT"/>
        </w:rPr>
        <w:t xml:space="preserve"> </w:t>
      </w:r>
      <w:r w:rsidR="00FE2C4A" w:rsidRPr="0001102D">
        <w:rPr>
          <w:sz w:val="28"/>
          <w:szCs w:val="28"/>
          <w:lang w:val="it-IT"/>
        </w:rPr>
        <w:t>che sostenne e realizzò la successiva aggregazione.</w:t>
      </w:r>
    </w:p>
    <w:p w14:paraId="77057F76" w14:textId="232BCCC3" w:rsidR="000422FF" w:rsidRDefault="00FE2C4A" w:rsidP="00E94764">
      <w:pPr>
        <w:spacing w:after="140" w:line="259" w:lineRule="auto"/>
        <w:jc w:val="both"/>
        <w:rPr>
          <w:sz w:val="28"/>
          <w:szCs w:val="28"/>
          <w:lang w:val="it-IT"/>
        </w:rPr>
      </w:pPr>
      <w:r w:rsidRPr="0001102D">
        <w:rPr>
          <w:sz w:val="28"/>
          <w:szCs w:val="28"/>
          <w:lang w:val="it-IT"/>
        </w:rPr>
        <w:t xml:space="preserve">Poi Roberto Bozzi, che </w:t>
      </w:r>
      <w:r w:rsidR="006121AC">
        <w:rPr>
          <w:sz w:val="28"/>
          <w:szCs w:val="28"/>
          <w:lang w:val="it-IT"/>
        </w:rPr>
        <w:t xml:space="preserve">ci </w:t>
      </w:r>
      <w:r w:rsidRPr="0001102D">
        <w:rPr>
          <w:sz w:val="28"/>
          <w:szCs w:val="28"/>
          <w:lang w:val="it-IT"/>
        </w:rPr>
        <w:t xml:space="preserve">ha consegnato una struttura già consolidata ed in </w:t>
      </w:r>
      <w:r w:rsidR="00924585">
        <w:rPr>
          <w:sz w:val="28"/>
          <w:szCs w:val="28"/>
          <w:lang w:val="it-IT"/>
        </w:rPr>
        <w:t>evoluzione</w:t>
      </w:r>
      <w:r w:rsidRPr="0001102D">
        <w:rPr>
          <w:sz w:val="28"/>
          <w:szCs w:val="28"/>
          <w:lang w:val="it-IT"/>
        </w:rPr>
        <w:t>.</w:t>
      </w:r>
    </w:p>
    <w:p w14:paraId="5EB442AD" w14:textId="396FF720" w:rsidR="004E423A" w:rsidRPr="002B7D61" w:rsidRDefault="004E423A" w:rsidP="00E94764">
      <w:pPr>
        <w:spacing w:after="140" w:line="259" w:lineRule="auto"/>
        <w:jc w:val="both"/>
        <w:rPr>
          <w:sz w:val="28"/>
          <w:szCs w:val="28"/>
          <w:lang w:val="it-IT"/>
        </w:rPr>
      </w:pPr>
      <w:r w:rsidRPr="0FE6A893">
        <w:rPr>
          <w:sz w:val="28"/>
          <w:szCs w:val="28"/>
          <w:lang w:val="it-IT"/>
        </w:rPr>
        <w:t>U</w:t>
      </w:r>
      <w:r w:rsidR="000D1F21" w:rsidRPr="0FE6A893">
        <w:rPr>
          <w:sz w:val="28"/>
          <w:szCs w:val="28"/>
          <w:lang w:val="it-IT"/>
        </w:rPr>
        <w:t>na storia segnata da cambiamenti profondi</w:t>
      </w:r>
      <w:r w:rsidR="00404081" w:rsidRPr="0FE6A893">
        <w:rPr>
          <w:sz w:val="28"/>
          <w:szCs w:val="28"/>
          <w:lang w:val="it-IT"/>
        </w:rPr>
        <w:t>. Da un lato un rafforzamento delle relazioni istituzionali e delle attività di analisi dell</w:t>
      </w:r>
      <w:r w:rsidR="00490979" w:rsidRPr="0FE6A893">
        <w:rPr>
          <w:sz w:val="28"/>
          <w:szCs w:val="28"/>
          <w:lang w:val="it-IT"/>
        </w:rPr>
        <w:t xml:space="preserve">’economia locale, dall’altro </w:t>
      </w:r>
      <w:r w:rsidR="004C6FC6" w:rsidRPr="0FE6A893">
        <w:rPr>
          <w:sz w:val="28"/>
          <w:szCs w:val="28"/>
          <w:lang w:val="it-IT"/>
        </w:rPr>
        <w:t>la messa a disposizione</w:t>
      </w:r>
      <w:r w:rsidR="00374829" w:rsidRPr="0FE6A893">
        <w:rPr>
          <w:sz w:val="28"/>
          <w:szCs w:val="28"/>
          <w:lang w:val="it-IT"/>
        </w:rPr>
        <w:t>,</w:t>
      </w:r>
      <w:r w:rsidR="004C6FC6" w:rsidRPr="0FE6A893">
        <w:rPr>
          <w:sz w:val="28"/>
          <w:szCs w:val="28"/>
          <w:lang w:val="it-IT"/>
        </w:rPr>
        <w:t xml:space="preserve"> attraverso le nostre società di scopo, di una completa gamma di servizi per accompagnare e sostenere le imprese nelle loro esigenze di sviluppo</w:t>
      </w:r>
      <w:r w:rsidR="00642030" w:rsidRPr="0FE6A893">
        <w:rPr>
          <w:sz w:val="28"/>
          <w:szCs w:val="28"/>
          <w:lang w:val="it-IT"/>
        </w:rPr>
        <w:t xml:space="preserve">. </w:t>
      </w:r>
    </w:p>
    <w:p w14:paraId="2FAA77B9" w14:textId="65D0A8AE" w:rsidR="007A58CF" w:rsidRPr="002B7D61" w:rsidRDefault="007A58CF" w:rsidP="00E94764">
      <w:pPr>
        <w:spacing w:after="140" w:line="259" w:lineRule="auto"/>
        <w:jc w:val="both"/>
        <w:rPr>
          <w:sz w:val="28"/>
          <w:szCs w:val="28"/>
          <w:lang w:val="it-IT"/>
        </w:rPr>
      </w:pPr>
      <w:r w:rsidRPr="002B7D61">
        <w:rPr>
          <w:sz w:val="28"/>
          <w:szCs w:val="28"/>
          <w:lang w:val="it-IT"/>
        </w:rPr>
        <w:t xml:space="preserve">Perseguendo un obiettivo di crescita del sistema industriale ed una crescente attrattività, ne è scaturita una associazione solida e dinamica, sempre più riconosciuta dalle istituzioni </w:t>
      </w:r>
      <w:r w:rsidR="001B7BF9" w:rsidRPr="002B7D61">
        <w:rPr>
          <w:sz w:val="28"/>
          <w:szCs w:val="28"/>
          <w:lang w:val="it-IT"/>
        </w:rPr>
        <w:t xml:space="preserve">e che </w:t>
      </w:r>
      <w:r w:rsidR="008C5452" w:rsidRPr="002B7D61">
        <w:rPr>
          <w:sz w:val="28"/>
          <w:szCs w:val="28"/>
          <w:lang w:val="it-IT"/>
        </w:rPr>
        <w:t xml:space="preserve">partecipa attivamente alla vita </w:t>
      </w:r>
      <w:r w:rsidR="00374829" w:rsidRPr="002B7D61">
        <w:rPr>
          <w:sz w:val="28"/>
          <w:szCs w:val="28"/>
          <w:lang w:val="it-IT"/>
        </w:rPr>
        <w:t>di Confindustria regionale e nazionale.</w:t>
      </w:r>
    </w:p>
    <w:p w14:paraId="54B26322" w14:textId="77777777" w:rsidR="00406B12" w:rsidRDefault="00FE2C4A" w:rsidP="00E94764">
      <w:pPr>
        <w:spacing w:after="140" w:line="259" w:lineRule="auto"/>
        <w:jc w:val="both"/>
        <w:rPr>
          <w:sz w:val="28"/>
          <w:szCs w:val="28"/>
          <w:lang w:val="it-IT"/>
        </w:rPr>
      </w:pPr>
      <w:r w:rsidRPr="0001102D">
        <w:rPr>
          <w:sz w:val="28"/>
          <w:szCs w:val="28"/>
          <w:lang w:val="it-IT"/>
        </w:rPr>
        <w:t>Dall’altro lato questa Assemblea dà inizio ad una nuova progettualità della nostra Associazione che, raccogliendo riflessioni e programmi precedenti, vuole dare vita ad un insieme di</w:t>
      </w:r>
      <w:r w:rsidR="00E60808">
        <w:rPr>
          <w:sz w:val="28"/>
          <w:szCs w:val="28"/>
          <w:lang w:val="it-IT"/>
        </w:rPr>
        <w:t xml:space="preserve"> </w:t>
      </w:r>
      <w:r w:rsidRPr="0001102D">
        <w:rPr>
          <w:sz w:val="28"/>
          <w:szCs w:val="28"/>
          <w:lang w:val="it-IT"/>
        </w:rPr>
        <w:t>progetti</w:t>
      </w:r>
      <w:r w:rsidR="00202226">
        <w:rPr>
          <w:sz w:val="28"/>
          <w:szCs w:val="28"/>
          <w:lang w:val="it-IT"/>
        </w:rPr>
        <w:t xml:space="preserve"> e</w:t>
      </w:r>
      <w:r w:rsidRPr="0001102D">
        <w:rPr>
          <w:sz w:val="28"/>
          <w:szCs w:val="28"/>
          <w:lang w:val="it-IT"/>
        </w:rPr>
        <w:t xml:space="preserve"> azioni </w:t>
      </w:r>
      <w:r w:rsidR="005C5538">
        <w:rPr>
          <w:sz w:val="28"/>
          <w:szCs w:val="28"/>
          <w:lang w:val="it-IT"/>
        </w:rPr>
        <w:t xml:space="preserve">ispirate </w:t>
      </w:r>
      <w:r w:rsidRPr="0001102D">
        <w:rPr>
          <w:sz w:val="28"/>
          <w:szCs w:val="28"/>
          <w:lang w:val="it-IT"/>
        </w:rPr>
        <w:t>ad una idea di programmazione e sviluppo unitario della Romagna</w:t>
      </w:r>
      <w:r w:rsidR="002851A9">
        <w:rPr>
          <w:sz w:val="28"/>
          <w:szCs w:val="28"/>
          <w:lang w:val="it-IT"/>
        </w:rPr>
        <w:t>.</w:t>
      </w:r>
      <w:r w:rsidRPr="0001102D">
        <w:rPr>
          <w:sz w:val="28"/>
          <w:szCs w:val="28"/>
          <w:lang w:val="it-IT"/>
        </w:rPr>
        <w:t xml:space="preserve"> </w:t>
      </w:r>
    </w:p>
    <w:p w14:paraId="604D6AC5" w14:textId="58FBF352" w:rsidR="00FE2C4A" w:rsidRDefault="002851A9" w:rsidP="00E94764">
      <w:pPr>
        <w:spacing w:after="140" w:line="259" w:lineRule="auto"/>
        <w:jc w:val="both"/>
        <w:rPr>
          <w:sz w:val="28"/>
          <w:szCs w:val="28"/>
          <w:lang w:val="it-IT"/>
        </w:rPr>
      </w:pPr>
      <w:r>
        <w:rPr>
          <w:sz w:val="28"/>
          <w:szCs w:val="28"/>
          <w:lang w:val="it-IT"/>
        </w:rPr>
        <w:lastRenderedPageBreak/>
        <w:t>S</w:t>
      </w:r>
      <w:r w:rsidR="00FE2C4A" w:rsidRPr="0001102D">
        <w:rPr>
          <w:sz w:val="28"/>
          <w:szCs w:val="28"/>
          <w:lang w:val="it-IT"/>
        </w:rPr>
        <w:t xml:space="preserve">uperando le frammentazioni che la limitano, per sostenere </w:t>
      </w:r>
      <w:r>
        <w:rPr>
          <w:sz w:val="28"/>
          <w:szCs w:val="28"/>
          <w:lang w:val="it-IT"/>
        </w:rPr>
        <w:t>un’idea coesa e trainante</w:t>
      </w:r>
      <w:r w:rsidR="00FE2C4A" w:rsidRPr="0001102D">
        <w:rPr>
          <w:sz w:val="28"/>
          <w:szCs w:val="28"/>
          <w:lang w:val="it-IT"/>
        </w:rPr>
        <w:t xml:space="preserve"> di sviluppo industriale, di sostenibilità</w:t>
      </w:r>
      <w:r w:rsidR="00F2193B">
        <w:rPr>
          <w:sz w:val="28"/>
          <w:szCs w:val="28"/>
          <w:lang w:val="it-IT"/>
        </w:rPr>
        <w:t xml:space="preserve">, </w:t>
      </w:r>
      <w:r w:rsidR="00FE2C4A" w:rsidRPr="0001102D">
        <w:rPr>
          <w:sz w:val="28"/>
          <w:szCs w:val="28"/>
          <w:lang w:val="it-IT"/>
        </w:rPr>
        <w:t xml:space="preserve">equilibrio ambientale, </w:t>
      </w:r>
      <w:r w:rsidR="00751CCE" w:rsidRPr="0001102D">
        <w:rPr>
          <w:sz w:val="28"/>
          <w:szCs w:val="28"/>
          <w:lang w:val="it-IT"/>
        </w:rPr>
        <w:t>attrattività di risorse umane ed imprenditoriali</w:t>
      </w:r>
      <w:r w:rsidR="00975E3E">
        <w:rPr>
          <w:sz w:val="28"/>
          <w:szCs w:val="28"/>
          <w:lang w:val="it-IT"/>
        </w:rPr>
        <w:t xml:space="preserve">, </w:t>
      </w:r>
      <w:r w:rsidR="00F26584">
        <w:rPr>
          <w:sz w:val="28"/>
          <w:szCs w:val="28"/>
          <w:lang w:val="it-IT"/>
        </w:rPr>
        <w:t>assieme</w:t>
      </w:r>
      <w:r w:rsidR="00D55E5C">
        <w:rPr>
          <w:sz w:val="28"/>
          <w:szCs w:val="28"/>
          <w:lang w:val="it-IT"/>
        </w:rPr>
        <w:t xml:space="preserve"> ad una</w:t>
      </w:r>
      <w:r w:rsidR="00FE2C4A" w:rsidRPr="0001102D">
        <w:rPr>
          <w:sz w:val="28"/>
          <w:szCs w:val="28"/>
          <w:lang w:val="it-IT"/>
        </w:rPr>
        <w:t xml:space="preserve"> crescita culturale e sociale del territorio</w:t>
      </w:r>
      <w:r w:rsidR="00975E3E">
        <w:rPr>
          <w:sz w:val="28"/>
          <w:szCs w:val="28"/>
          <w:lang w:val="it-IT"/>
        </w:rPr>
        <w:t>.</w:t>
      </w:r>
    </w:p>
    <w:p w14:paraId="7F36B6F9" w14:textId="3AAAAD5E" w:rsidR="00E91E06" w:rsidRPr="000F46D6" w:rsidRDefault="00E91E06" w:rsidP="00E94764">
      <w:pPr>
        <w:spacing w:after="140" w:line="259" w:lineRule="auto"/>
        <w:jc w:val="both"/>
        <w:rPr>
          <w:sz w:val="28"/>
          <w:szCs w:val="28"/>
          <w:lang w:val="it-IT"/>
        </w:rPr>
      </w:pPr>
      <w:r w:rsidRPr="000F46D6">
        <w:rPr>
          <w:sz w:val="28"/>
          <w:szCs w:val="28"/>
          <w:lang w:val="it-IT"/>
        </w:rPr>
        <w:t>Il progetto “</w:t>
      </w:r>
      <w:r w:rsidR="00A20AD4" w:rsidRPr="000F46D6">
        <w:rPr>
          <w:sz w:val="28"/>
          <w:szCs w:val="28"/>
          <w:lang w:val="it-IT"/>
        </w:rPr>
        <w:t>C</w:t>
      </w:r>
      <w:r w:rsidRPr="000F46D6">
        <w:rPr>
          <w:sz w:val="28"/>
          <w:szCs w:val="28"/>
          <w:lang w:val="it-IT"/>
        </w:rPr>
        <w:t>ittà Romagna” è una proposta strategica definita da Confindustria Romagna che invita a considerare il territorio romagnolo come una città diffusa e policentrica di circa un milione di abitanti</w:t>
      </w:r>
      <w:r w:rsidR="00202226">
        <w:rPr>
          <w:sz w:val="28"/>
          <w:szCs w:val="28"/>
          <w:lang w:val="it-IT"/>
        </w:rPr>
        <w:t xml:space="preserve">. </w:t>
      </w:r>
      <w:r w:rsidR="002A6674" w:rsidRPr="000F46D6">
        <w:rPr>
          <w:sz w:val="28"/>
          <w:szCs w:val="28"/>
          <w:lang w:val="it-IT"/>
        </w:rPr>
        <w:t>Un territorio con</w:t>
      </w:r>
      <w:r w:rsidR="00444BED" w:rsidRPr="000F46D6">
        <w:rPr>
          <w:sz w:val="28"/>
          <w:szCs w:val="28"/>
          <w:lang w:val="it-IT"/>
        </w:rPr>
        <w:t xml:space="preserve"> uno dei sistemi manifatturieri più dinamici del nord Italia, infrastrutture strategiche, un sistema universitario </w:t>
      </w:r>
      <w:r w:rsidR="00CC7A5C" w:rsidRPr="000F46D6">
        <w:rPr>
          <w:sz w:val="28"/>
          <w:szCs w:val="28"/>
          <w:lang w:val="it-IT"/>
        </w:rPr>
        <w:t>multi-campus</w:t>
      </w:r>
      <w:r w:rsidR="00444BED" w:rsidRPr="000F46D6">
        <w:rPr>
          <w:sz w:val="28"/>
          <w:szCs w:val="28"/>
          <w:lang w:val="it-IT"/>
        </w:rPr>
        <w:t xml:space="preserve"> radicato</w:t>
      </w:r>
      <w:r w:rsidR="0017573B" w:rsidRPr="000F46D6">
        <w:rPr>
          <w:sz w:val="28"/>
          <w:szCs w:val="28"/>
          <w:lang w:val="it-IT"/>
        </w:rPr>
        <w:t xml:space="preserve"> e con grandi potenzialità di crescita</w:t>
      </w:r>
      <w:r w:rsidR="00E42209" w:rsidRPr="000F46D6">
        <w:rPr>
          <w:sz w:val="28"/>
          <w:szCs w:val="28"/>
          <w:lang w:val="it-IT"/>
        </w:rPr>
        <w:t xml:space="preserve">, </w:t>
      </w:r>
      <w:r w:rsidR="001C61FE" w:rsidRPr="000F46D6">
        <w:rPr>
          <w:sz w:val="28"/>
          <w:szCs w:val="28"/>
          <w:lang w:val="it-IT"/>
        </w:rPr>
        <w:t>una forte vocazione turistica internazionale</w:t>
      </w:r>
      <w:r w:rsidR="005A025C" w:rsidRPr="000F46D6">
        <w:rPr>
          <w:sz w:val="28"/>
          <w:szCs w:val="28"/>
          <w:lang w:val="it-IT"/>
        </w:rPr>
        <w:t xml:space="preserve"> e</w:t>
      </w:r>
      <w:r w:rsidR="001C61FE" w:rsidRPr="000F46D6">
        <w:rPr>
          <w:sz w:val="28"/>
          <w:szCs w:val="28"/>
          <w:lang w:val="it-IT"/>
        </w:rPr>
        <w:t xml:space="preserve"> un patrimonio culturale unico</w:t>
      </w:r>
      <w:r w:rsidR="00FF5B9F" w:rsidRPr="000F46D6">
        <w:rPr>
          <w:sz w:val="28"/>
          <w:szCs w:val="28"/>
          <w:lang w:val="it-IT"/>
        </w:rPr>
        <w:t>.</w:t>
      </w:r>
    </w:p>
    <w:p w14:paraId="7EA200D3" w14:textId="40C9C218" w:rsidR="00EB797A" w:rsidRPr="000F46D6" w:rsidRDefault="001B17D8" w:rsidP="00E94764">
      <w:pPr>
        <w:spacing w:after="140" w:line="259" w:lineRule="auto"/>
        <w:jc w:val="both"/>
        <w:rPr>
          <w:sz w:val="28"/>
          <w:szCs w:val="28"/>
          <w:lang w:val="it-IT"/>
        </w:rPr>
      </w:pPr>
      <w:r w:rsidRPr="000F46D6">
        <w:rPr>
          <w:sz w:val="28"/>
          <w:szCs w:val="28"/>
          <w:lang w:val="it-IT"/>
        </w:rPr>
        <w:t>L</w:t>
      </w:r>
      <w:r w:rsidR="00E36259" w:rsidRPr="000F46D6">
        <w:rPr>
          <w:sz w:val="28"/>
          <w:szCs w:val="28"/>
          <w:lang w:val="it-IT"/>
        </w:rPr>
        <w:t xml:space="preserve">’idea centrale </w:t>
      </w:r>
      <w:r w:rsidR="00305410" w:rsidRPr="000F46D6">
        <w:rPr>
          <w:sz w:val="28"/>
          <w:szCs w:val="28"/>
          <w:lang w:val="it-IT"/>
        </w:rPr>
        <w:t xml:space="preserve">è che la competizione oggi non avviene più </w:t>
      </w:r>
      <w:r w:rsidR="00F27DCD" w:rsidRPr="000F46D6">
        <w:rPr>
          <w:sz w:val="28"/>
          <w:szCs w:val="28"/>
          <w:lang w:val="it-IT"/>
        </w:rPr>
        <w:t>tra imprese</w:t>
      </w:r>
      <w:r w:rsidR="000F1303" w:rsidRPr="000F46D6">
        <w:rPr>
          <w:sz w:val="28"/>
          <w:szCs w:val="28"/>
          <w:lang w:val="it-IT"/>
        </w:rPr>
        <w:t>, tra singole entità amministrative comunali</w:t>
      </w:r>
      <w:r w:rsidR="00997539" w:rsidRPr="000F46D6">
        <w:rPr>
          <w:sz w:val="28"/>
          <w:szCs w:val="28"/>
          <w:lang w:val="it-IT"/>
        </w:rPr>
        <w:t xml:space="preserve">, ma tra ecosistemi territoriali </w:t>
      </w:r>
      <w:r w:rsidR="00784ED4" w:rsidRPr="000F46D6">
        <w:rPr>
          <w:sz w:val="28"/>
          <w:szCs w:val="28"/>
          <w:lang w:val="it-IT"/>
        </w:rPr>
        <w:t xml:space="preserve">dotati </w:t>
      </w:r>
      <w:r w:rsidR="00CD73F1" w:rsidRPr="000F46D6">
        <w:rPr>
          <w:sz w:val="28"/>
          <w:szCs w:val="28"/>
          <w:lang w:val="it-IT"/>
        </w:rPr>
        <w:t xml:space="preserve">di adeguata massa critica </w:t>
      </w:r>
      <w:r w:rsidR="0077211A" w:rsidRPr="000F46D6">
        <w:rPr>
          <w:sz w:val="28"/>
          <w:szCs w:val="28"/>
          <w:lang w:val="it-IT"/>
        </w:rPr>
        <w:t>e d</w:t>
      </w:r>
      <w:r w:rsidR="00A169DA" w:rsidRPr="000F46D6">
        <w:rPr>
          <w:sz w:val="28"/>
          <w:szCs w:val="28"/>
          <w:lang w:val="it-IT"/>
        </w:rPr>
        <w:t>i</w:t>
      </w:r>
      <w:r w:rsidR="0077211A" w:rsidRPr="000F46D6">
        <w:rPr>
          <w:sz w:val="28"/>
          <w:szCs w:val="28"/>
          <w:lang w:val="it-IT"/>
        </w:rPr>
        <w:t xml:space="preserve"> una visione d’insieme</w:t>
      </w:r>
      <w:r w:rsidR="00CC7A5C" w:rsidRPr="000F46D6">
        <w:rPr>
          <w:sz w:val="28"/>
          <w:szCs w:val="28"/>
          <w:lang w:val="it-IT"/>
        </w:rPr>
        <w:t>;</w:t>
      </w:r>
      <w:r w:rsidR="0077211A" w:rsidRPr="000F46D6">
        <w:rPr>
          <w:sz w:val="28"/>
          <w:szCs w:val="28"/>
          <w:lang w:val="it-IT"/>
        </w:rPr>
        <w:t xml:space="preserve"> se considerata come sistema integrat</w:t>
      </w:r>
      <w:r w:rsidR="00F53859" w:rsidRPr="000F46D6">
        <w:rPr>
          <w:sz w:val="28"/>
          <w:szCs w:val="28"/>
          <w:lang w:val="it-IT"/>
        </w:rPr>
        <w:t>o</w:t>
      </w:r>
      <w:r w:rsidR="0077211A" w:rsidRPr="000F46D6">
        <w:rPr>
          <w:sz w:val="28"/>
          <w:szCs w:val="28"/>
          <w:lang w:val="it-IT"/>
        </w:rPr>
        <w:t>, la Romagna raggiunge dimensioni paragonabili a quelle di important</w:t>
      </w:r>
      <w:r w:rsidR="00CC7A5C" w:rsidRPr="000F46D6">
        <w:rPr>
          <w:sz w:val="28"/>
          <w:szCs w:val="28"/>
          <w:lang w:val="it-IT"/>
        </w:rPr>
        <w:t xml:space="preserve">i </w:t>
      </w:r>
      <w:r w:rsidR="0077211A" w:rsidRPr="000F46D6">
        <w:rPr>
          <w:sz w:val="28"/>
          <w:szCs w:val="28"/>
          <w:lang w:val="it-IT"/>
        </w:rPr>
        <w:t>aree urbane italiane ed europee che sono il nostro orizzonte.</w:t>
      </w:r>
    </w:p>
    <w:p w14:paraId="630433E2" w14:textId="00A05B66" w:rsidR="00ED7FAB" w:rsidRPr="000F46D6" w:rsidRDefault="00ED7FAB" w:rsidP="00E94764">
      <w:pPr>
        <w:spacing w:after="140" w:line="259" w:lineRule="auto"/>
        <w:jc w:val="both"/>
        <w:rPr>
          <w:sz w:val="28"/>
          <w:szCs w:val="28"/>
          <w:lang w:val="it-IT"/>
        </w:rPr>
      </w:pPr>
      <w:r w:rsidRPr="000F46D6">
        <w:rPr>
          <w:sz w:val="28"/>
          <w:szCs w:val="28"/>
          <w:lang w:val="it-IT"/>
        </w:rPr>
        <w:t>Formuleremo le nostre proposte su temi decisivi</w:t>
      </w:r>
      <w:r w:rsidR="7F42DE6D" w:rsidRPr="000F46D6">
        <w:rPr>
          <w:sz w:val="28"/>
          <w:szCs w:val="28"/>
          <w:lang w:val="it-IT"/>
        </w:rPr>
        <w:t>,</w:t>
      </w:r>
      <w:r w:rsidRPr="000F46D6">
        <w:rPr>
          <w:sz w:val="28"/>
          <w:szCs w:val="28"/>
          <w:lang w:val="it-IT"/>
        </w:rPr>
        <w:t xml:space="preserve"> </w:t>
      </w:r>
      <w:r w:rsidR="006742E5" w:rsidRPr="000F46D6">
        <w:rPr>
          <w:sz w:val="28"/>
          <w:szCs w:val="28"/>
          <w:lang w:val="it-IT"/>
        </w:rPr>
        <w:t>dalle infrastrutture ai sistemi portuali e aeroportuali</w:t>
      </w:r>
      <w:r w:rsidR="00130A23" w:rsidRPr="000F46D6">
        <w:rPr>
          <w:sz w:val="28"/>
          <w:szCs w:val="28"/>
          <w:lang w:val="it-IT"/>
        </w:rPr>
        <w:t>, dalla r</w:t>
      </w:r>
      <w:r w:rsidR="00773BFC" w:rsidRPr="000F46D6">
        <w:rPr>
          <w:sz w:val="28"/>
          <w:szCs w:val="28"/>
          <w:lang w:val="it-IT"/>
        </w:rPr>
        <w:t>i</w:t>
      </w:r>
      <w:r w:rsidR="00130A23" w:rsidRPr="000F46D6">
        <w:rPr>
          <w:sz w:val="28"/>
          <w:szCs w:val="28"/>
          <w:lang w:val="it-IT"/>
        </w:rPr>
        <w:t>cettività residenziale all’integrazione logistica</w:t>
      </w:r>
      <w:r w:rsidR="009A3D07" w:rsidRPr="000F46D6">
        <w:rPr>
          <w:sz w:val="28"/>
          <w:szCs w:val="28"/>
          <w:lang w:val="it-IT"/>
        </w:rPr>
        <w:t>, dalla formazione superiore e universitaria</w:t>
      </w:r>
      <w:r w:rsidR="00C35963" w:rsidRPr="000F46D6">
        <w:rPr>
          <w:sz w:val="28"/>
          <w:szCs w:val="28"/>
          <w:lang w:val="it-IT"/>
        </w:rPr>
        <w:t>, al supporto all’innovazione</w:t>
      </w:r>
      <w:r w:rsidR="00E31499" w:rsidRPr="000F46D6">
        <w:rPr>
          <w:sz w:val="28"/>
          <w:szCs w:val="28"/>
          <w:lang w:val="it-IT"/>
        </w:rPr>
        <w:t xml:space="preserve">, </w:t>
      </w:r>
      <w:r w:rsidR="00A169DA" w:rsidRPr="000F46D6">
        <w:rPr>
          <w:sz w:val="28"/>
          <w:szCs w:val="28"/>
          <w:lang w:val="it-IT"/>
        </w:rPr>
        <w:t>d</w:t>
      </w:r>
      <w:r w:rsidR="00E31499" w:rsidRPr="000F46D6">
        <w:rPr>
          <w:sz w:val="28"/>
          <w:szCs w:val="28"/>
          <w:lang w:val="it-IT"/>
        </w:rPr>
        <w:t xml:space="preserve">agli </w:t>
      </w:r>
      <w:r w:rsidR="005542AA" w:rsidRPr="000F46D6">
        <w:rPr>
          <w:sz w:val="28"/>
          <w:szCs w:val="28"/>
          <w:lang w:val="it-IT"/>
        </w:rPr>
        <w:t>investimenti</w:t>
      </w:r>
      <w:r w:rsidR="00667784" w:rsidRPr="000F46D6">
        <w:rPr>
          <w:sz w:val="28"/>
          <w:szCs w:val="28"/>
          <w:lang w:val="it-IT"/>
        </w:rPr>
        <w:t xml:space="preserve"> all’attrattività complessiva</w:t>
      </w:r>
      <w:r w:rsidR="00773BFC" w:rsidRPr="000F46D6">
        <w:rPr>
          <w:sz w:val="28"/>
          <w:szCs w:val="28"/>
          <w:lang w:val="it-IT"/>
        </w:rPr>
        <w:t xml:space="preserve">. </w:t>
      </w:r>
    </w:p>
    <w:p w14:paraId="1505F2DE" w14:textId="76E6A5B4" w:rsidR="00FE2C4A" w:rsidRPr="00B730B9" w:rsidRDefault="00FF00F4" w:rsidP="00E94764">
      <w:pPr>
        <w:spacing w:after="140" w:line="259" w:lineRule="auto"/>
        <w:jc w:val="both"/>
        <w:rPr>
          <w:sz w:val="28"/>
          <w:szCs w:val="28"/>
          <w:lang w:val="it-IT"/>
        </w:rPr>
      </w:pPr>
      <w:r w:rsidRPr="00B730B9">
        <w:rPr>
          <w:sz w:val="28"/>
          <w:szCs w:val="28"/>
          <w:lang w:val="it-IT"/>
        </w:rPr>
        <w:t>Il progetto sarà una piattaforma di confronto, elaborazione e azione</w:t>
      </w:r>
      <w:r w:rsidR="00F754E1" w:rsidRPr="00B730B9">
        <w:rPr>
          <w:b/>
          <w:bCs/>
          <w:sz w:val="28"/>
          <w:szCs w:val="28"/>
          <w:lang w:val="it-IT"/>
        </w:rPr>
        <w:t xml:space="preserve"> </w:t>
      </w:r>
      <w:r w:rsidR="00FE2C4A" w:rsidRPr="00B730B9">
        <w:rPr>
          <w:sz w:val="28"/>
          <w:szCs w:val="28"/>
          <w:lang w:val="it-IT"/>
        </w:rPr>
        <w:t>apert</w:t>
      </w:r>
      <w:r w:rsidR="00F754E1" w:rsidRPr="00B730B9">
        <w:rPr>
          <w:sz w:val="28"/>
          <w:szCs w:val="28"/>
          <w:lang w:val="it-IT"/>
        </w:rPr>
        <w:t>a</w:t>
      </w:r>
      <w:r w:rsidR="00FE2C4A" w:rsidRPr="00B730B9">
        <w:rPr>
          <w:sz w:val="28"/>
          <w:szCs w:val="28"/>
          <w:lang w:val="it-IT"/>
        </w:rPr>
        <w:t xml:space="preserve"> al contributo di tutti gli attori economici, sociali ed istituzionali che ne condivideranno gli obiettivi di crescita e benessere.</w:t>
      </w:r>
    </w:p>
    <w:p w14:paraId="359B3688" w14:textId="5BA9E7D5" w:rsidR="00DD61B7" w:rsidRPr="000F46D6" w:rsidRDefault="00535345" w:rsidP="00E94764">
      <w:pPr>
        <w:spacing w:after="140" w:line="259" w:lineRule="auto"/>
        <w:jc w:val="both"/>
        <w:rPr>
          <w:sz w:val="28"/>
          <w:szCs w:val="28"/>
          <w:lang w:val="it-IT"/>
        </w:rPr>
      </w:pPr>
      <w:r w:rsidRPr="00B730B9">
        <w:rPr>
          <w:sz w:val="28"/>
          <w:szCs w:val="28"/>
          <w:lang w:val="it-IT"/>
        </w:rPr>
        <w:t>Con un denominatore comune</w:t>
      </w:r>
      <w:r w:rsidR="00DD61B7" w:rsidRPr="00B730B9">
        <w:rPr>
          <w:sz w:val="28"/>
          <w:szCs w:val="28"/>
          <w:lang w:val="it-IT"/>
        </w:rPr>
        <w:t>:</w:t>
      </w:r>
      <w:r w:rsidRPr="00B730B9">
        <w:rPr>
          <w:sz w:val="28"/>
          <w:szCs w:val="28"/>
          <w:lang w:val="it-IT"/>
        </w:rPr>
        <w:t xml:space="preserve"> lo sguardo al futuro, ovvero</w:t>
      </w:r>
      <w:r w:rsidRPr="000F46D6">
        <w:rPr>
          <w:sz w:val="28"/>
          <w:szCs w:val="28"/>
          <w:lang w:val="it-IT"/>
        </w:rPr>
        <w:t xml:space="preserve"> alle esigenze del domani quando le diverse traiettorie di sviluppo</w:t>
      </w:r>
      <w:r w:rsidR="006B2946" w:rsidRPr="000F46D6">
        <w:rPr>
          <w:sz w:val="28"/>
          <w:szCs w:val="28"/>
          <w:lang w:val="it-IT"/>
        </w:rPr>
        <w:t xml:space="preserve"> si intersecheranno </w:t>
      </w:r>
      <w:r w:rsidR="007E447C" w:rsidRPr="000F46D6">
        <w:rPr>
          <w:sz w:val="28"/>
          <w:szCs w:val="28"/>
          <w:lang w:val="it-IT"/>
        </w:rPr>
        <w:t>disegnando una realtà che va immaginata già da oggi</w:t>
      </w:r>
      <w:r w:rsidR="00AF481C" w:rsidRPr="000F46D6">
        <w:rPr>
          <w:sz w:val="28"/>
          <w:szCs w:val="28"/>
          <w:lang w:val="it-IT"/>
        </w:rPr>
        <w:t>. Ogni risultato raggiunto, va quindi valutato non solo rispetto al presente, ma in relazione ai bisogni che si creeranno</w:t>
      </w:r>
      <w:r w:rsidR="00284DA0">
        <w:rPr>
          <w:sz w:val="28"/>
          <w:szCs w:val="28"/>
          <w:lang w:val="it-IT"/>
        </w:rPr>
        <w:t>.</w:t>
      </w:r>
      <w:r w:rsidR="00AA1F0C" w:rsidRPr="000F46D6">
        <w:rPr>
          <w:sz w:val="28"/>
          <w:szCs w:val="28"/>
          <w:lang w:val="it-IT"/>
        </w:rPr>
        <w:t xml:space="preserve"> </w:t>
      </w:r>
    </w:p>
    <w:p w14:paraId="517BB7F3" w14:textId="0C444FEC" w:rsidR="00535345" w:rsidRPr="000F46D6" w:rsidRDefault="00AA1F0C" w:rsidP="00E94764">
      <w:pPr>
        <w:spacing w:after="140" w:line="259" w:lineRule="auto"/>
        <w:jc w:val="both"/>
        <w:rPr>
          <w:sz w:val="28"/>
          <w:szCs w:val="28"/>
          <w:lang w:val="it-IT"/>
        </w:rPr>
      </w:pPr>
      <w:r w:rsidRPr="000F46D6">
        <w:rPr>
          <w:sz w:val="28"/>
          <w:szCs w:val="28"/>
          <w:lang w:val="it-IT"/>
        </w:rPr>
        <w:t xml:space="preserve">Per questo chiediamo alla </w:t>
      </w:r>
      <w:r w:rsidR="00DD61B7" w:rsidRPr="000F46D6">
        <w:rPr>
          <w:sz w:val="28"/>
          <w:szCs w:val="28"/>
          <w:lang w:val="it-IT"/>
        </w:rPr>
        <w:t>R</w:t>
      </w:r>
      <w:r w:rsidRPr="000F46D6">
        <w:rPr>
          <w:sz w:val="28"/>
          <w:szCs w:val="28"/>
          <w:lang w:val="it-IT"/>
        </w:rPr>
        <w:t>egione di confrontarsi con noi e le altre forze del territorio sul progetto di riordino amministrativo</w:t>
      </w:r>
      <w:r w:rsidR="006D6AF9" w:rsidRPr="000F46D6">
        <w:rPr>
          <w:sz w:val="28"/>
          <w:szCs w:val="28"/>
          <w:lang w:val="it-IT"/>
        </w:rPr>
        <w:t xml:space="preserve"> per considerare </w:t>
      </w:r>
      <w:r w:rsidR="00C20A16" w:rsidRPr="000F46D6">
        <w:rPr>
          <w:sz w:val="28"/>
          <w:szCs w:val="28"/>
          <w:lang w:val="it-IT"/>
        </w:rPr>
        <w:t>l’assoluta nostra specificità e creare le premesse normative e amministrative per un governo unitario che acceleri i</w:t>
      </w:r>
      <w:r w:rsidR="00F44C5E" w:rsidRPr="000F46D6">
        <w:rPr>
          <w:sz w:val="28"/>
          <w:szCs w:val="28"/>
          <w:lang w:val="it-IT"/>
        </w:rPr>
        <w:t>l</w:t>
      </w:r>
      <w:r w:rsidR="00C20A16" w:rsidRPr="000F46D6">
        <w:rPr>
          <w:sz w:val="28"/>
          <w:szCs w:val="28"/>
          <w:lang w:val="it-IT"/>
        </w:rPr>
        <w:t xml:space="preserve"> potenzial</w:t>
      </w:r>
      <w:r w:rsidR="00F44C5E" w:rsidRPr="000F46D6">
        <w:rPr>
          <w:sz w:val="28"/>
          <w:szCs w:val="28"/>
          <w:lang w:val="it-IT"/>
        </w:rPr>
        <w:t>e</w:t>
      </w:r>
      <w:r w:rsidR="000D2866" w:rsidRPr="000F46D6">
        <w:rPr>
          <w:sz w:val="28"/>
          <w:szCs w:val="28"/>
          <w:lang w:val="it-IT"/>
        </w:rPr>
        <w:t xml:space="preserve"> di </w:t>
      </w:r>
      <w:r w:rsidR="00240894" w:rsidRPr="000F46D6">
        <w:rPr>
          <w:sz w:val="28"/>
          <w:szCs w:val="28"/>
          <w:lang w:val="it-IT"/>
        </w:rPr>
        <w:t>modernizzazione, cresci</w:t>
      </w:r>
      <w:r w:rsidR="000D2866" w:rsidRPr="000F46D6">
        <w:rPr>
          <w:sz w:val="28"/>
          <w:szCs w:val="28"/>
          <w:lang w:val="it-IT"/>
        </w:rPr>
        <w:t>ta ed attrattività.</w:t>
      </w:r>
    </w:p>
    <w:p w14:paraId="57E3B1C2" w14:textId="7FA786A7" w:rsidR="00476A62" w:rsidRDefault="00FE2C4A" w:rsidP="00E94764">
      <w:pPr>
        <w:spacing w:after="140" w:line="259" w:lineRule="auto"/>
        <w:jc w:val="both"/>
        <w:rPr>
          <w:sz w:val="28"/>
          <w:szCs w:val="28"/>
          <w:lang w:val="it-IT"/>
        </w:rPr>
      </w:pPr>
      <w:r w:rsidRPr="0001102D">
        <w:rPr>
          <w:sz w:val="28"/>
          <w:szCs w:val="28"/>
          <w:lang w:val="it-IT"/>
        </w:rPr>
        <w:lastRenderedPageBreak/>
        <w:t>Un inc</w:t>
      </w:r>
      <w:r w:rsidR="00975E3E">
        <w:rPr>
          <w:sz w:val="28"/>
          <w:szCs w:val="28"/>
          <w:lang w:val="it-IT"/>
        </w:rPr>
        <w:t>rocio</w:t>
      </w:r>
      <w:r w:rsidR="00294083">
        <w:rPr>
          <w:sz w:val="28"/>
          <w:szCs w:val="28"/>
          <w:lang w:val="it-IT"/>
        </w:rPr>
        <w:t xml:space="preserve"> importante</w:t>
      </w:r>
      <w:r w:rsidR="00975E3E">
        <w:rPr>
          <w:sz w:val="28"/>
          <w:szCs w:val="28"/>
          <w:lang w:val="it-IT"/>
        </w:rPr>
        <w:t xml:space="preserve"> tra storia e futuro</w:t>
      </w:r>
      <w:r w:rsidR="00294083">
        <w:rPr>
          <w:sz w:val="28"/>
          <w:szCs w:val="28"/>
          <w:lang w:val="it-IT"/>
        </w:rPr>
        <w:t>,</w:t>
      </w:r>
      <w:r w:rsidRPr="0001102D">
        <w:rPr>
          <w:sz w:val="28"/>
          <w:szCs w:val="28"/>
          <w:lang w:val="it-IT"/>
        </w:rPr>
        <w:t xml:space="preserve"> dove ciò che è stato fatto non </w:t>
      </w:r>
      <w:r w:rsidR="00975E3E">
        <w:rPr>
          <w:sz w:val="28"/>
          <w:szCs w:val="28"/>
          <w:lang w:val="it-IT"/>
        </w:rPr>
        <w:t xml:space="preserve">è </w:t>
      </w:r>
      <w:r w:rsidR="006D7484">
        <w:rPr>
          <w:sz w:val="28"/>
          <w:szCs w:val="28"/>
          <w:lang w:val="it-IT"/>
        </w:rPr>
        <w:t xml:space="preserve">solo </w:t>
      </w:r>
      <w:r w:rsidR="006D7484" w:rsidRPr="0001102D">
        <w:rPr>
          <w:sz w:val="28"/>
          <w:szCs w:val="28"/>
          <w:lang w:val="it-IT"/>
        </w:rPr>
        <w:t>apprezzamento</w:t>
      </w:r>
      <w:r w:rsidRPr="0001102D">
        <w:rPr>
          <w:sz w:val="28"/>
          <w:szCs w:val="28"/>
          <w:lang w:val="it-IT"/>
        </w:rPr>
        <w:t xml:space="preserve"> e</w:t>
      </w:r>
      <w:r w:rsidR="0070296C">
        <w:rPr>
          <w:sz w:val="28"/>
          <w:szCs w:val="28"/>
          <w:lang w:val="it-IT"/>
        </w:rPr>
        <w:t xml:space="preserve"> s</w:t>
      </w:r>
      <w:r w:rsidR="00476A62" w:rsidRPr="0001102D">
        <w:rPr>
          <w:sz w:val="28"/>
          <w:szCs w:val="28"/>
          <w:lang w:val="it-IT"/>
        </w:rPr>
        <w:t>oddisfazione</w:t>
      </w:r>
      <w:r w:rsidR="00476A62">
        <w:rPr>
          <w:sz w:val="28"/>
          <w:szCs w:val="28"/>
          <w:lang w:val="it-IT"/>
        </w:rPr>
        <w:t>,</w:t>
      </w:r>
      <w:r w:rsidR="00476A62" w:rsidRPr="0001102D">
        <w:rPr>
          <w:sz w:val="28"/>
          <w:szCs w:val="28"/>
          <w:lang w:val="it-IT"/>
        </w:rPr>
        <w:t xml:space="preserve"> ma presupposto e stimolo per </w:t>
      </w:r>
      <w:r w:rsidR="00294083">
        <w:rPr>
          <w:sz w:val="28"/>
          <w:szCs w:val="28"/>
          <w:lang w:val="it-IT"/>
        </w:rPr>
        <w:t xml:space="preserve">la </w:t>
      </w:r>
      <w:r w:rsidR="00476A62" w:rsidRPr="0001102D">
        <w:rPr>
          <w:sz w:val="28"/>
          <w:szCs w:val="28"/>
          <w:lang w:val="it-IT"/>
        </w:rPr>
        <w:t>costruzione di prospettive diverse</w:t>
      </w:r>
      <w:r w:rsidR="00294083">
        <w:rPr>
          <w:sz w:val="28"/>
          <w:szCs w:val="28"/>
          <w:lang w:val="it-IT"/>
        </w:rPr>
        <w:t>,</w:t>
      </w:r>
      <w:r w:rsidR="00476A62" w:rsidRPr="0001102D">
        <w:rPr>
          <w:sz w:val="28"/>
          <w:szCs w:val="28"/>
          <w:lang w:val="it-IT"/>
        </w:rPr>
        <w:t xml:space="preserve"> </w:t>
      </w:r>
      <w:r w:rsidR="00D12C22">
        <w:rPr>
          <w:sz w:val="28"/>
          <w:szCs w:val="28"/>
          <w:lang w:val="it-IT"/>
        </w:rPr>
        <w:t xml:space="preserve">per una maggiore </w:t>
      </w:r>
      <w:r w:rsidR="00476A62">
        <w:rPr>
          <w:sz w:val="28"/>
          <w:szCs w:val="28"/>
          <w:lang w:val="it-IT"/>
        </w:rPr>
        <w:t>creazione di ricchezza</w:t>
      </w:r>
      <w:r w:rsidR="00362A0E">
        <w:rPr>
          <w:sz w:val="28"/>
          <w:szCs w:val="28"/>
          <w:lang w:val="it-IT"/>
        </w:rPr>
        <w:t xml:space="preserve"> </w:t>
      </w:r>
      <w:r w:rsidR="00476A62">
        <w:rPr>
          <w:sz w:val="28"/>
          <w:szCs w:val="28"/>
          <w:lang w:val="it-IT"/>
        </w:rPr>
        <w:t xml:space="preserve">e </w:t>
      </w:r>
      <w:r w:rsidR="00476A62" w:rsidRPr="0001102D">
        <w:rPr>
          <w:sz w:val="28"/>
          <w:szCs w:val="28"/>
          <w:lang w:val="it-IT"/>
        </w:rPr>
        <w:t>benessere per la nostr</w:t>
      </w:r>
      <w:r w:rsidR="00D12C22">
        <w:rPr>
          <w:sz w:val="28"/>
          <w:szCs w:val="28"/>
          <w:lang w:val="it-IT"/>
        </w:rPr>
        <w:t>a</w:t>
      </w:r>
      <w:r w:rsidR="00476A62" w:rsidRPr="0001102D">
        <w:rPr>
          <w:sz w:val="28"/>
          <w:szCs w:val="28"/>
          <w:lang w:val="it-IT"/>
        </w:rPr>
        <w:t xml:space="preserve"> comunità</w:t>
      </w:r>
      <w:r w:rsidR="00284DA0">
        <w:rPr>
          <w:sz w:val="28"/>
          <w:szCs w:val="28"/>
          <w:lang w:val="it-IT"/>
        </w:rPr>
        <w:t>.</w:t>
      </w:r>
    </w:p>
    <w:p w14:paraId="2F4B8135" w14:textId="3694EE3D" w:rsidR="001E65AC" w:rsidRDefault="000A2931" w:rsidP="00E94764">
      <w:pPr>
        <w:spacing w:after="160"/>
        <w:jc w:val="both"/>
        <w:rPr>
          <w:sz w:val="28"/>
          <w:szCs w:val="28"/>
          <w:lang w:val="it-IT"/>
        </w:rPr>
      </w:pPr>
      <w:r>
        <w:rPr>
          <w:sz w:val="28"/>
          <w:szCs w:val="28"/>
          <w:lang w:val="it-IT"/>
        </w:rPr>
        <w:t xml:space="preserve">La crescita e la resilienza </w:t>
      </w:r>
      <w:r w:rsidR="002778BD">
        <w:rPr>
          <w:sz w:val="28"/>
          <w:szCs w:val="28"/>
          <w:lang w:val="it-IT"/>
        </w:rPr>
        <w:t>espresse da</w:t>
      </w:r>
      <w:r w:rsidR="00D6268C">
        <w:rPr>
          <w:sz w:val="28"/>
          <w:szCs w:val="28"/>
          <w:lang w:val="it-IT"/>
        </w:rPr>
        <w:t>ll’</w:t>
      </w:r>
      <w:r w:rsidR="002778BD">
        <w:rPr>
          <w:sz w:val="28"/>
          <w:szCs w:val="28"/>
          <w:lang w:val="it-IT"/>
        </w:rPr>
        <w:t>andamento del PIL</w:t>
      </w:r>
      <w:r w:rsidR="005A250A">
        <w:rPr>
          <w:sz w:val="28"/>
          <w:szCs w:val="28"/>
          <w:lang w:val="it-IT"/>
        </w:rPr>
        <w:t xml:space="preserve">, </w:t>
      </w:r>
      <w:r w:rsidR="002778BD">
        <w:rPr>
          <w:sz w:val="28"/>
          <w:szCs w:val="28"/>
          <w:lang w:val="it-IT"/>
        </w:rPr>
        <w:t>che abbiamo evidenziato a livello macro</w:t>
      </w:r>
      <w:r w:rsidR="005A250A">
        <w:rPr>
          <w:sz w:val="28"/>
          <w:szCs w:val="28"/>
          <w:lang w:val="it-IT"/>
        </w:rPr>
        <w:t>,</w:t>
      </w:r>
      <w:r w:rsidR="002778BD">
        <w:rPr>
          <w:sz w:val="28"/>
          <w:szCs w:val="28"/>
          <w:lang w:val="it-IT"/>
        </w:rPr>
        <w:t xml:space="preserve"> hanno trovato importante presupposto e sostegno nella capacità delle imprese di rafforzare le esportaz</w:t>
      </w:r>
      <w:r w:rsidR="009C347E">
        <w:rPr>
          <w:sz w:val="28"/>
          <w:szCs w:val="28"/>
          <w:lang w:val="it-IT"/>
        </w:rPr>
        <w:t>i</w:t>
      </w:r>
      <w:r w:rsidR="002778BD">
        <w:rPr>
          <w:sz w:val="28"/>
          <w:szCs w:val="28"/>
          <w:lang w:val="it-IT"/>
        </w:rPr>
        <w:t>oni, diversificando</w:t>
      </w:r>
      <w:r w:rsidR="009C347E">
        <w:rPr>
          <w:sz w:val="28"/>
          <w:szCs w:val="28"/>
          <w:lang w:val="it-IT"/>
        </w:rPr>
        <w:t xml:space="preserve"> </w:t>
      </w:r>
      <w:r w:rsidR="002778BD">
        <w:rPr>
          <w:sz w:val="28"/>
          <w:szCs w:val="28"/>
          <w:lang w:val="it-IT"/>
        </w:rPr>
        <w:t>i mercati di destinazione e creando maggior valore aggiunto.</w:t>
      </w:r>
    </w:p>
    <w:p w14:paraId="7EA898BB" w14:textId="0DCB4512" w:rsidR="001E65AC" w:rsidRPr="00176BEF" w:rsidRDefault="001E65AC" w:rsidP="00E94764">
      <w:pPr>
        <w:spacing w:after="160"/>
        <w:jc w:val="both"/>
        <w:rPr>
          <w:sz w:val="28"/>
          <w:szCs w:val="28"/>
          <w:lang w:val="it-IT"/>
        </w:rPr>
      </w:pPr>
      <w:r w:rsidRPr="716FF383">
        <w:rPr>
          <w:sz w:val="28"/>
          <w:szCs w:val="28"/>
          <w:lang w:val="it-IT"/>
        </w:rPr>
        <w:t>Ampliandosi i mercati cresce la competizione in termini di numerosità</w:t>
      </w:r>
      <w:r w:rsidR="009C347E" w:rsidRPr="716FF383">
        <w:rPr>
          <w:sz w:val="28"/>
          <w:szCs w:val="28"/>
          <w:lang w:val="it-IT"/>
        </w:rPr>
        <w:t xml:space="preserve"> degli attori</w:t>
      </w:r>
      <w:r w:rsidRPr="716FF383">
        <w:rPr>
          <w:sz w:val="28"/>
          <w:szCs w:val="28"/>
          <w:lang w:val="it-IT"/>
        </w:rPr>
        <w:t>, tecnologie</w:t>
      </w:r>
      <w:r w:rsidR="009C347E" w:rsidRPr="716FF383">
        <w:rPr>
          <w:sz w:val="28"/>
          <w:szCs w:val="28"/>
          <w:lang w:val="it-IT"/>
        </w:rPr>
        <w:t xml:space="preserve"> abilitanti e differenziali, qualità dei prodotti</w:t>
      </w:r>
      <w:r w:rsidR="00F26584">
        <w:rPr>
          <w:sz w:val="28"/>
          <w:szCs w:val="28"/>
          <w:lang w:val="it-IT"/>
        </w:rPr>
        <w:t>.</w:t>
      </w:r>
      <w:r w:rsidR="00DB18C3">
        <w:rPr>
          <w:sz w:val="28"/>
          <w:szCs w:val="28"/>
          <w:lang w:val="it-IT"/>
        </w:rPr>
        <w:t xml:space="preserve"> Per fronteggiare tutto ciò</w:t>
      </w:r>
      <w:r w:rsidR="007F5AE4" w:rsidRPr="716FF383">
        <w:rPr>
          <w:sz w:val="28"/>
          <w:szCs w:val="28"/>
          <w:lang w:val="it-IT"/>
        </w:rPr>
        <w:t xml:space="preserve"> è </w:t>
      </w:r>
      <w:r w:rsidR="00DB18C3">
        <w:rPr>
          <w:sz w:val="28"/>
          <w:szCs w:val="28"/>
          <w:lang w:val="it-IT"/>
        </w:rPr>
        <w:t>imperativo</w:t>
      </w:r>
      <w:r w:rsidR="007F5AE4" w:rsidRPr="716FF383">
        <w:rPr>
          <w:sz w:val="28"/>
          <w:szCs w:val="28"/>
          <w:lang w:val="it-IT"/>
        </w:rPr>
        <w:t xml:space="preserve"> innovare e migliorare.</w:t>
      </w:r>
    </w:p>
    <w:p w14:paraId="5221258A" w14:textId="1B130D29" w:rsidR="001E65AC" w:rsidRPr="00D624F4" w:rsidRDefault="001E65AC" w:rsidP="00E94764">
      <w:pPr>
        <w:spacing w:after="160"/>
        <w:jc w:val="both"/>
        <w:rPr>
          <w:sz w:val="28"/>
          <w:szCs w:val="28"/>
          <w:lang w:val="it-IT"/>
        </w:rPr>
      </w:pPr>
      <w:r>
        <w:rPr>
          <w:sz w:val="28"/>
          <w:szCs w:val="28"/>
          <w:lang w:val="it-IT"/>
        </w:rPr>
        <w:t>L</w:t>
      </w:r>
      <w:r w:rsidRPr="00176BEF">
        <w:rPr>
          <w:sz w:val="28"/>
          <w:szCs w:val="28"/>
          <w:lang w:val="it-IT"/>
        </w:rPr>
        <w:t>’impresa deve quindi co</w:t>
      </w:r>
      <w:r>
        <w:rPr>
          <w:sz w:val="28"/>
          <w:szCs w:val="28"/>
          <w:lang w:val="it-IT"/>
        </w:rPr>
        <w:t>stantemente</w:t>
      </w:r>
      <w:r w:rsidRPr="00176BEF">
        <w:rPr>
          <w:sz w:val="28"/>
          <w:szCs w:val="28"/>
          <w:lang w:val="it-IT"/>
        </w:rPr>
        <w:t xml:space="preserve"> investire nell</w:t>
      </w:r>
      <w:r w:rsidR="00A10D4E">
        <w:rPr>
          <w:sz w:val="28"/>
          <w:szCs w:val="28"/>
          <w:lang w:val="it-IT"/>
        </w:rPr>
        <w:t>e</w:t>
      </w:r>
      <w:r w:rsidRPr="00176BEF">
        <w:rPr>
          <w:sz w:val="28"/>
          <w:szCs w:val="28"/>
          <w:lang w:val="it-IT"/>
        </w:rPr>
        <w:t xml:space="preserve"> proprie competenze </w:t>
      </w:r>
      <w:r w:rsidR="00284DA0">
        <w:rPr>
          <w:sz w:val="28"/>
          <w:szCs w:val="28"/>
          <w:lang w:val="it-IT"/>
        </w:rPr>
        <w:t>che permettano</w:t>
      </w:r>
      <w:r>
        <w:rPr>
          <w:sz w:val="28"/>
          <w:szCs w:val="28"/>
          <w:lang w:val="it-IT"/>
        </w:rPr>
        <w:t xml:space="preserve"> l’adeguata conoscenza</w:t>
      </w:r>
      <w:r w:rsidR="00B10CEA">
        <w:rPr>
          <w:sz w:val="28"/>
          <w:szCs w:val="28"/>
          <w:lang w:val="it-IT"/>
        </w:rPr>
        <w:t xml:space="preserve"> e </w:t>
      </w:r>
      <w:r w:rsidRPr="0082518A">
        <w:rPr>
          <w:sz w:val="28"/>
          <w:szCs w:val="28"/>
          <w:lang w:val="it-IT"/>
        </w:rPr>
        <w:t>l’u</w:t>
      </w:r>
      <w:r w:rsidR="00DB18C3">
        <w:rPr>
          <w:sz w:val="28"/>
          <w:szCs w:val="28"/>
          <w:lang w:val="it-IT"/>
        </w:rPr>
        <w:t>so de</w:t>
      </w:r>
      <w:r w:rsidRPr="0082518A">
        <w:rPr>
          <w:sz w:val="28"/>
          <w:szCs w:val="28"/>
          <w:lang w:val="it-IT"/>
        </w:rPr>
        <w:t>lle tecnologie più avanzate e delle tecniche organizzative</w:t>
      </w:r>
      <w:r w:rsidR="00DB18C3">
        <w:rPr>
          <w:sz w:val="28"/>
          <w:szCs w:val="28"/>
          <w:lang w:val="it-IT"/>
        </w:rPr>
        <w:t>.</w:t>
      </w:r>
      <w:r w:rsidRPr="0082518A">
        <w:rPr>
          <w:sz w:val="28"/>
          <w:szCs w:val="28"/>
          <w:lang w:val="it-IT"/>
        </w:rPr>
        <w:t xml:space="preserve"> </w:t>
      </w:r>
      <w:r w:rsidR="00DB18C3">
        <w:rPr>
          <w:sz w:val="28"/>
          <w:szCs w:val="28"/>
          <w:lang w:val="it-IT"/>
        </w:rPr>
        <w:t xml:space="preserve">Sono queste </w:t>
      </w:r>
      <w:r w:rsidRPr="0082518A">
        <w:rPr>
          <w:sz w:val="28"/>
          <w:szCs w:val="28"/>
          <w:lang w:val="it-IT"/>
        </w:rPr>
        <w:t>le più forti leve di accelerazione dei processi di sviluppo e crescita</w:t>
      </w:r>
      <w:r w:rsidR="00B10CEA">
        <w:rPr>
          <w:sz w:val="28"/>
          <w:szCs w:val="28"/>
          <w:lang w:val="it-IT"/>
        </w:rPr>
        <w:t>.</w:t>
      </w:r>
    </w:p>
    <w:p w14:paraId="7D8F2C9C" w14:textId="77777777" w:rsidR="000643CE" w:rsidRDefault="000643CE" w:rsidP="00E94764">
      <w:pPr>
        <w:jc w:val="both"/>
        <w:rPr>
          <w:sz w:val="28"/>
          <w:szCs w:val="28"/>
          <w:u w:val="single"/>
          <w:lang w:val="it-IT"/>
        </w:rPr>
      </w:pPr>
    </w:p>
    <w:p w14:paraId="6C748E14" w14:textId="035561A2" w:rsidR="00DB18C3" w:rsidRPr="000643CE" w:rsidRDefault="000643CE" w:rsidP="00E94764">
      <w:pPr>
        <w:jc w:val="both"/>
        <w:rPr>
          <w:sz w:val="28"/>
          <w:szCs w:val="28"/>
          <w:u w:val="single"/>
          <w:lang w:val="it-IT"/>
        </w:rPr>
      </w:pPr>
      <w:r w:rsidRPr="000643CE">
        <w:rPr>
          <w:sz w:val="28"/>
          <w:szCs w:val="28"/>
          <w:u w:val="single"/>
          <w:lang w:val="it-IT"/>
        </w:rPr>
        <w:t xml:space="preserve">LA RIVOLUZIONE DELL’AI, I DATI, LA ROBOTIZZAZIONE </w:t>
      </w:r>
    </w:p>
    <w:p w14:paraId="5CA9EF9B" w14:textId="65906F24" w:rsidR="001E65AC" w:rsidRDefault="001E65AC" w:rsidP="00E94764">
      <w:pPr>
        <w:jc w:val="both"/>
        <w:rPr>
          <w:sz w:val="28"/>
          <w:szCs w:val="28"/>
          <w:lang w:val="it-IT"/>
        </w:rPr>
      </w:pPr>
      <w:r w:rsidRPr="0082518A">
        <w:rPr>
          <w:sz w:val="28"/>
          <w:szCs w:val="28"/>
          <w:lang w:val="it-IT"/>
        </w:rPr>
        <w:t xml:space="preserve">L’intelligenza artificiale rappresenta la rivoluzione tecnologica che </w:t>
      </w:r>
      <w:r>
        <w:rPr>
          <w:sz w:val="28"/>
          <w:szCs w:val="28"/>
          <w:lang w:val="it-IT"/>
        </w:rPr>
        <w:t>sta trasformando</w:t>
      </w:r>
      <w:r w:rsidRPr="0082518A">
        <w:rPr>
          <w:sz w:val="28"/>
          <w:szCs w:val="28"/>
          <w:lang w:val="it-IT"/>
        </w:rPr>
        <w:t xml:space="preserve"> profondamente le nostre imprese e costituirà una </w:t>
      </w:r>
      <w:r>
        <w:rPr>
          <w:sz w:val="28"/>
          <w:szCs w:val="28"/>
          <w:lang w:val="it-IT"/>
        </w:rPr>
        <w:t>netta</w:t>
      </w:r>
      <w:r w:rsidRPr="0082518A">
        <w:rPr>
          <w:sz w:val="28"/>
          <w:szCs w:val="28"/>
          <w:lang w:val="it-IT"/>
        </w:rPr>
        <w:t xml:space="preserve"> linea di demarcazione fra</w:t>
      </w:r>
      <w:r w:rsidR="000643CE">
        <w:rPr>
          <w:sz w:val="28"/>
          <w:szCs w:val="28"/>
          <w:lang w:val="it-IT"/>
        </w:rPr>
        <w:t xml:space="preserve"> </w:t>
      </w:r>
      <w:r w:rsidRPr="0082518A">
        <w:rPr>
          <w:sz w:val="28"/>
          <w:szCs w:val="28"/>
          <w:lang w:val="it-IT"/>
        </w:rPr>
        <w:t xml:space="preserve">miglioramento evolutivo e dirompente cambiamento </w:t>
      </w:r>
      <w:r w:rsidR="000D23F1">
        <w:rPr>
          <w:sz w:val="28"/>
          <w:szCs w:val="28"/>
          <w:lang w:val="it-IT"/>
        </w:rPr>
        <w:t xml:space="preserve">nell’intera organizzazione aziendale. </w:t>
      </w:r>
      <w:r w:rsidRPr="0082518A">
        <w:rPr>
          <w:sz w:val="28"/>
          <w:szCs w:val="28"/>
          <w:lang w:val="it-IT"/>
        </w:rPr>
        <w:t xml:space="preserve"> </w:t>
      </w:r>
    </w:p>
    <w:p w14:paraId="7E59EA4B" w14:textId="59DC58C3" w:rsidR="001E65AC" w:rsidRPr="0082518A" w:rsidRDefault="001E65AC" w:rsidP="00E94764">
      <w:pPr>
        <w:jc w:val="both"/>
        <w:rPr>
          <w:sz w:val="28"/>
          <w:szCs w:val="28"/>
          <w:lang w:val="it-IT"/>
        </w:rPr>
      </w:pPr>
      <w:r>
        <w:rPr>
          <w:sz w:val="28"/>
          <w:szCs w:val="28"/>
          <w:lang w:val="it-IT"/>
        </w:rPr>
        <w:t>D</w:t>
      </w:r>
      <w:r w:rsidRPr="0082518A">
        <w:rPr>
          <w:sz w:val="28"/>
          <w:szCs w:val="28"/>
          <w:lang w:val="it-IT"/>
        </w:rPr>
        <w:t>alle più semplici funzioni amministrative ed organizzative alle attività di progettazione e realizzazione dei prodotti</w:t>
      </w:r>
      <w:r w:rsidR="00C5500E">
        <w:rPr>
          <w:sz w:val="28"/>
          <w:szCs w:val="28"/>
          <w:lang w:val="it-IT"/>
        </w:rPr>
        <w:t xml:space="preserve">. </w:t>
      </w:r>
    </w:p>
    <w:p w14:paraId="4A042CA6" w14:textId="77777777" w:rsidR="00C73B2E" w:rsidRPr="001F3D37" w:rsidRDefault="00C73B2E" w:rsidP="00C73B2E">
      <w:pPr>
        <w:spacing w:after="160" w:line="278" w:lineRule="auto"/>
        <w:rPr>
          <w:lang w:val="it-IT"/>
        </w:rPr>
      </w:pPr>
      <w:r w:rsidRPr="001F3D37">
        <w:rPr>
          <w:sz w:val="28"/>
          <w:szCs w:val="28"/>
          <w:lang w:val="it-IT"/>
        </w:rPr>
        <w:t>La sua applicazione pervasiva richiederà il consolidamento dei processi di trasformazione digitale. La base di ogni utilizzo dell’intelligenza artificiale è infatti la disponibilità di dati certi, solidi e tempestivi, all’interno di sistemi informativi affidabili, scalabili e sicuri</w:t>
      </w:r>
      <w:r w:rsidRPr="001F3D37">
        <w:rPr>
          <w:lang w:val="it-IT"/>
        </w:rPr>
        <w:t>.</w:t>
      </w:r>
    </w:p>
    <w:p w14:paraId="343E02F4" w14:textId="77777777" w:rsidR="00C73B2E" w:rsidRPr="008F5830" w:rsidRDefault="00C73B2E" w:rsidP="00E94764">
      <w:pPr>
        <w:jc w:val="both"/>
        <w:rPr>
          <w:sz w:val="28"/>
          <w:szCs w:val="28"/>
          <w:lang w:val="it-IT"/>
        </w:rPr>
      </w:pPr>
    </w:p>
    <w:p w14:paraId="683D1A09" w14:textId="0D69B9F3" w:rsidR="00AB7DD6" w:rsidRPr="00A5734B" w:rsidRDefault="00AB7DD6" w:rsidP="00E94764">
      <w:pPr>
        <w:jc w:val="both"/>
        <w:rPr>
          <w:sz w:val="28"/>
          <w:szCs w:val="28"/>
          <w:lang w:val="it-IT"/>
        </w:rPr>
      </w:pPr>
      <w:r w:rsidRPr="00A5734B">
        <w:rPr>
          <w:sz w:val="28"/>
          <w:szCs w:val="28"/>
          <w:lang w:val="it-IT"/>
        </w:rPr>
        <w:lastRenderedPageBreak/>
        <w:t xml:space="preserve">Per il territorio </w:t>
      </w:r>
      <w:r w:rsidR="00465A0E">
        <w:rPr>
          <w:sz w:val="28"/>
          <w:szCs w:val="28"/>
          <w:lang w:val="it-IT"/>
        </w:rPr>
        <w:t xml:space="preserve">è </w:t>
      </w:r>
      <w:r w:rsidR="00CF7AF5" w:rsidRPr="00A5734B">
        <w:rPr>
          <w:sz w:val="28"/>
          <w:szCs w:val="28"/>
          <w:lang w:val="it-IT"/>
        </w:rPr>
        <w:t>una sfida di innovazione</w:t>
      </w:r>
      <w:r w:rsidR="008A49E1" w:rsidRPr="00A5734B">
        <w:rPr>
          <w:sz w:val="28"/>
          <w:szCs w:val="28"/>
          <w:lang w:val="it-IT"/>
        </w:rPr>
        <w:t>,</w:t>
      </w:r>
      <w:r w:rsidR="00CF7AF5" w:rsidRPr="00A5734B">
        <w:rPr>
          <w:sz w:val="28"/>
          <w:szCs w:val="28"/>
          <w:lang w:val="it-IT"/>
        </w:rPr>
        <w:t xml:space="preserve"> ma anche di coesione</w:t>
      </w:r>
      <w:r w:rsidR="008A49E1" w:rsidRPr="00A5734B">
        <w:rPr>
          <w:sz w:val="28"/>
          <w:szCs w:val="28"/>
          <w:lang w:val="it-IT"/>
        </w:rPr>
        <w:t>,</w:t>
      </w:r>
      <w:r w:rsidR="005301A8" w:rsidRPr="00A5734B">
        <w:rPr>
          <w:sz w:val="28"/>
          <w:szCs w:val="28"/>
          <w:lang w:val="it-IT"/>
        </w:rPr>
        <w:t xml:space="preserve"> ovvero </w:t>
      </w:r>
      <w:r w:rsidR="00D47EA8" w:rsidRPr="00A5734B">
        <w:rPr>
          <w:sz w:val="28"/>
          <w:szCs w:val="28"/>
          <w:lang w:val="it-IT"/>
        </w:rPr>
        <w:t xml:space="preserve">di capacità </w:t>
      </w:r>
      <w:r w:rsidR="000B4095" w:rsidRPr="00A5734B">
        <w:rPr>
          <w:sz w:val="28"/>
          <w:szCs w:val="28"/>
          <w:lang w:val="it-IT"/>
        </w:rPr>
        <w:t xml:space="preserve">di costruire assieme </w:t>
      </w:r>
      <w:r w:rsidR="00B70B4A" w:rsidRPr="00A5734B">
        <w:rPr>
          <w:sz w:val="28"/>
          <w:szCs w:val="28"/>
          <w:lang w:val="it-IT"/>
        </w:rPr>
        <w:t>un’infrastruttura</w:t>
      </w:r>
      <w:r w:rsidR="0015446A" w:rsidRPr="00A5734B">
        <w:rPr>
          <w:sz w:val="28"/>
          <w:szCs w:val="28"/>
          <w:lang w:val="it-IT"/>
        </w:rPr>
        <w:t xml:space="preserve"> di dati</w:t>
      </w:r>
      <w:r w:rsidR="00B70B4A" w:rsidRPr="00A5734B">
        <w:rPr>
          <w:sz w:val="28"/>
          <w:szCs w:val="28"/>
          <w:lang w:val="it-IT"/>
        </w:rPr>
        <w:t xml:space="preserve"> e una connessione </w:t>
      </w:r>
      <w:r w:rsidR="00F94DAB" w:rsidRPr="00A5734B">
        <w:rPr>
          <w:sz w:val="28"/>
          <w:szCs w:val="28"/>
          <w:lang w:val="it-IT"/>
        </w:rPr>
        <w:t xml:space="preserve">fra le imprese </w:t>
      </w:r>
      <w:r w:rsidR="003A4D61" w:rsidRPr="00A5734B">
        <w:rPr>
          <w:sz w:val="28"/>
          <w:szCs w:val="28"/>
          <w:lang w:val="it-IT"/>
        </w:rPr>
        <w:t xml:space="preserve">che superi </w:t>
      </w:r>
      <w:r w:rsidR="0012278B" w:rsidRPr="00A5734B">
        <w:rPr>
          <w:sz w:val="28"/>
          <w:szCs w:val="28"/>
          <w:lang w:val="it-IT"/>
        </w:rPr>
        <w:t>la dimensione individuale.</w:t>
      </w:r>
    </w:p>
    <w:p w14:paraId="3513C6B4" w14:textId="5A5F05F7" w:rsidR="001E65AC" w:rsidRPr="0082518A" w:rsidRDefault="001E65AC" w:rsidP="00E94764">
      <w:pPr>
        <w:jc w:val="both"/>
        <w:rPr>
          <w:sz w:val="28"/>
          <w:szCs w:val="28"/>
          <w:lang w:val="it-IT"/>
        </w:rPr>
      </w:pPr>
      <w:r>
        <w:rPr>
          <w:sz w:val="28"/>
          <w:szCs w:val="28"/>
          <w:lang w:val="it-IT"/>
        </w:rPr>
        <w:t>Confindustria Romagna è e sarà impegnata a sostenere con competenza e determinazione questo processo di digitalizzazione</w:t>
      </w:r>
      <w:r w:rsidR="003E3505">
        <w:rPr>
          <w:sz w:val="28"/>
          <w:szCs w:val="28"/>
          <w:lang w:val="it-IT"/>
        </w:rPr>
        <w:t xml:space="preserve"> attraverso i propri servizi di consulenza</w:t>
      </w:r>
      <w:r w:rsidR="00465A0E">
        <w:rPr>
          <w:sz w:val="28"/>
          <w:szCs w:val="28"/>
          <w:lang w:val="it-IT"/>
        </w:rPr>
        <w:t>.</w:t>
      </w:r>
    </w:p>
    <w:p w14:paraId="0005D897" w14:textId="592BCD5D" w:rsidR="001E65AC" w:rsidRPr="0082518A" w:rsidRDefault="001E65AC" w:rsidP="00E94764">
      <w:pPr>
        <w:jc w:val="both"/>
        <w:rPr>
          <w:sz w:val="28"/>
          <w:szCs w:val="28"/>
          <w:lang w:val="it-IT"/>
        </w:rPr>
      </w:pPr>
      <w:r w:rsidRPr="0082518A">
        <w:rPr>
          <w:sz w:val="28"/>
          <w:szCs w:val="28"/>
          <w:lang w:val="it-IT"/>
        </w:rPr>
        <w:t xml:space="preserve">Il differenziale competitivo sarà generato sicuramente dai modelli linguistici utilizzati, ma molto di più dalla unicità e distintività dei </w:t>
      </w:r>
      <w:r w:rsidR="00E30582" w:rsidRPr="0082518A">
        <w:rPr>
          <w:sz w:val="28"/>
          <w:szCs w:val="28"/>
          <w:lang w:val="it-IT"/>
        </w:rPr>
        <w:t xml:space="preserve">dati </w:t>
      </w:r>
      <w:r w:rsidR="00E30582">
        <w:rPr>
          <w:sz w:val="28"/>
          <w:szCs w:val="28"/>
          <w:lang w:val="it-IT"/>
        </w:rPr>
        <w:t>e</w:t>
      </w:r>
      <w:r w:rsidR="00A26E96">
        <w:rPr>
          <w:sz w:val="28"/>
          <w:szCs w:val="28"/>
          <w:lang w:val="it-IT"/>
        </w:rPr>
        <w:t xml:space="preserve"> delle conoscenze sviluppate </w:t>
      </w:r>
      <w:r w:rsidRPr="0082518A">
        <w:rPr>
          <w:sz w:val="28"/>
          <w:szCs w:val="28"/>
          <w:lang w:val="it-IT"/>
        </w:rPr>
        <w:t>nell’impresa e nella filiera</w:t>
      </w:r>
      <w:r w:rsidR="00A26E96">
        <w:rPr>
          <w:sz w:val="28"/>
          <w:szCs w:val="28"/>
          <w:lang w:val="it-IT"/>
        </w:rPr>
        <w:t>.</w:t>
      </w:r>
      <w:r w:rsidRPr="0082518A">
        <w:rPr>
          <w:sz w:val="28"/>
          <w:szCs w:val="28"/>
          <w:lang w:val="it-IT"/>
        </w:rPr>
        <w:t xml:space="preserve"> </w:t>
      </w:r>
      <w:r w:rsidR="00BB1F3A">
        <w:rPr>
          <w:sz w:val="28"/>
          <w:szCs w:val="28"/>
          <w:lang w:val="it-IT"/>
        </w:rPr>
        <w:t>L</w:t>
      </w:r>
      <w:r w:rsidRPr="0082518A">
        <w:rPr>
          <w:sz w:val="28"/>
          <w:szCs w:val="28"/>
          <w:lang w:val="it-IT"/>
        </w:rPr>
        <w:t>a capacità di integrarli form</w:t>
      </w:r>
      <w:r>
        <w:rPr>
          <w:sz w:val="28"/>
          <w:szCs w:val="28"/>
          <w:lang w:val="it-IT"/>
        </w:rPr>
        <w:t>erà</w:t>
      </w:r>
      <w:r w:rsidRPr="0082518A">
        <w:rPr>
          <w:sz w:val="28"/>
          <w:szCs w:val="28"/>
          <w:lang w:val="it-IT"/>
        </w:rPr>
        <w:t xml:space="preserve"> un unicum di conoscenza</w:t>
      </w:r>
      <w:r w:rsidR="00465A0E">
        <w:rPr>
          <w:sz w:val="28"/>
          <w:szCs w:val="28"/>
          <w:lang w:val="it-IT"/>
        </w:rPr>
        <w:t xml:space="preserve"> all’</w:t>
      </w:r>
      <w:r w:rsidRPr="0082518A">
        <w:rPr>
          <w:sz w:val="28"/>
          <w:szCs w:val="28"/>
          <w:lang w:val="it-IT"/>
        </w:rPr>
        <w:t>origine del</w:t>
      </w:r>
      <w:r w:rsidR="00DF1BC6">
        <w:rPr>
          <w:sz w:val="28"/>
          <w:szCs w:val="28"/>
          <w:lang w:val="it-IT"/>
        </w:rPr>
        <w:t xml:space="preserve"> posizionamento </w:t>
      </w:r>
      <w:r w:rsidRPr="0082518A">
        <w:rPr>
          <w:sz w:val="28"/>
          <w:szCs w:val="28"/>
          <w:lang w:val="it-IT"/>
        </w:rPr>
        <w:t xml:space="preserve">dell’impresa, della sua catena di fornitura e del suo contesto </w:t>
      </w:r>
      <w:r w:rsidR="003E3505">
        <w:rPr>
          <w:sz w:val="28"/>
          <w:szCs w:val="28"/>
          <w:lang w:val="it-IT"/>
        </w:rPr>
        <w:t>territoriale</w:t>
      </w:r>
      <w:r w:rsidR="00EB37C1">
        <w:rPr>
          <w:sz w:val="28"/>
          <w:szCs w:val="28"/>
          <w:lang w:val="it-IT"/>
        </w:rPr>
        <w:t xml:space="preserve"> </w:t>
      </w:r>
      <w:r w:rsidRPr="0082518A">
        <w:rPr>
          <w:sz w:val="28"/>
          <w:szCs w:val="28"/>
          <w:lang w:val="it-IT"/>
        </w:rPr>
        <w:t>di appartenenza,</w:t>
      </w:r>
      <w:r w:rsidR="00DF1BC6">
        <w:rPr>
          <w:sz w:val="28"/>
          <w:szCs w:val="28"/>
          <w:lang w:val="it-IT"/>
        </w:rPr>
        <w:t xml:space="preserve"> nella misura in cui sia</w:t>
      </w:r>
      <w:r w:rsidR="000415D6">
        <w:rPr>
          <w:sz w:val="28"/>
          <w:szCs w:val="28"/>
          <w:lang w:val="it-IT"/>
        </w:rPr>
        <w:t xml:space="preserve"> condivisa</w:t>
      </w:r>
      <w:r w:rsidR="003E3505">
        <w:rPr>
          <w:sz w:val="28"/>
          <w:szCs w:val="28"/>
          <w:lang w:val="it-IT"/>
        </w:rPr>
        <w:t>.</w:t>
      </w:r>
      <w:r w:rsidRPr="0082518A">
        <w:rPr>
          <w:sz w:val="28"/>
          <w:szCs w:val="28"/>
          <w:lang w:val="it-IT"/>
        </w:rPr>
        <w:t xml:space="preserve"> </w:t>
      </w:r>
    </w:p>
    <w:p w14:paraId="7E88EBDE" w14:textId="66E96207" w:rsidR="00263955" w:rsidRDefault="001E65AC" w:rsidP="00E94764">
      <w:pPr>
        <w:jc w:val="both"/>
        <w:rPr>
          <w:sz w:val="28"/>
          <w:szCs w:val="28"/>
          <w:lang w:val="it-IT"/>
        </w:rPr>
      </w:pPr>
      <w:r w:rsidRPr="1AB022FE">
        <w:rPr>
          <w:sz w:val="28"/>
          <w:szCs w:val="28"/>
          <w:lang w:val="it-IT"/>
        </w:rPr>
        <w:t xml:space="preserve">“Federare”, </w:t>
      </w:r>
      <w:r w:rsidR="006B745A" w:rsidRPr="1AB022FE">
        <w:rPr>
          <w:sz w:val="28"/>
          <w:szCs w:val="28"/>
          <w:lang w:val="it-IT"/>
        </w:rPr>
        <w:t xml:space="preserve">cioè </w:t>
      </w:r>
      <w:r w:rsidRPr="1AB022FE">
        <w:rPr>
          <w:sz w:val="28"/>
          <w:szCs w:val="28"/>
          <w:lang w:val="it-IT"/>
        </w:rPr>
        <w:t xml:space="preserve">mettere a fattore comune </w:t>
      </w:r>
      <w:r w:rsidR="42B62888" w:rsidRPr="1AB022FE">
        <w:rPr>
          <w:sz w:val="28"/>
          <w:szCs w:val="28"/>
          <w:lang w:val="it-IT"/>
        </w:rPr>
        <w:t>il patrimonio informativo</w:t>
      </w:r>
      <w:r w:rsidRPr="1AB022FE">
        <w:rPr>
          <w:sz w:val="28"/>
          <w:szCs w:val="28"/>
          <w:lang w:val="it-IT"/>
        </w:rPr>
        <w:t xml:space="preserve"> delle singole imprese, per il semplice motivo che le quantità e il valore dei dati che le </w:t>
      </w:r>
      <w:r w:rsidR="00DF1BC6" w:rsidRPr="1AB022FE">
        <w:rPr>
          <w:sz w:val="28"/>
          <w:szCs w:val="28"/>
          <w:lang w:val="it-IT"/>
        </w:rPr>
        <w:t>singole</w:t>
      </w:r>
      <w:r w:rsidRPr="1AB022FE">
        <w:rPr>
          <w:sz w:val="28"/>
          <w:szCs w:val="28"/>
          <w:lang w:val="it-IT"/>
        </w:rPr>
        <w:t xml:space="preserve"> PMI hanno a disposizione non sono sufficienti per la piena operatività del modello</w:t>
      </w:r>
      <w:r w:rsidR="00A37C35" w:rsidRPr="1AB022FE">
        <w:rPr>
          <w:sz w:val="28"/>
          <w:szCs w:val="28"/>
          <w:lang w:val="it-IT"/>
        </w:rPr>
        <w:t xml:space="preserve"> </w:t>
      </w:r>
      <w:r w:rsidRPr="1AB022FE">
        <w:rPr>
          <w:sz w:val="28"/>
          <w:szCs w:val="28"/>
          <w:lang w:val="it-IT"/>
        </w:rPr>
        <w:t>di AI e soprattutto per addestrarlo all’evoluzione.</w:t>
      </w:r>
    </w:p>
    <w:p w14:paraId="6FEE386B" w14:textId="77777777" w:rsidR="00263955" w:rsidRPr="0082518A" w:rsidRDefault="00263955" w:rsidP="00263955">
      <w:pPr>
        <w:jc w:val="both"/>
        <w:rPr>
          <w:sz w:val="28"/>
          <w:szCs w:val="28"/>
          <w:lang w:val="it-IT"/>
        </w:rPr>
      </w:pPr>
      <w:r w:rsidRPr="0082518A">
        <w:rPr>
          <w:sz w:val="28"/>
          <w:szCs w:val="28"/>
          <w:lang w:val="it-IT"/>
        </w:rPr>
        <w:t xml:space="preserve">È la strada che vorremmo percorrere in Romagna se </w:t>
      </w:r>
      <w:r>
        <w:rPr>
          <w:sz w:val="28"/>
          <w:szCs w:val="28"/>
          <w:lang w:val="it-IT"/>
        </w:rPr>
        <w:t>troveremo</w:t>
      </w:r>
      <w:r w:rsidRPr="0082518A">
        <w:rPr>
          <w:sz w:val="28"/>
          <w:szCs w:val="28"/>
          <w:lang w:val="it-IT"/>
        </w:rPr>
        <w:t xml:space="preserve"> le condizioni di condivisione, lungimiranza ed entusiasmo che auspichiamo.</w:t>
      </w:r>
    </w:p>
    <w:p w14:paraId="38B42147" w14:textId="63375584" w:rsidR="00A37C35" w:rsidRPr="0082518A" w:rsidRDefault="00A37C35" w:rsidP="00E94764">
      <w:pPr>
        <w:jc w:val="both"/>
        <w:rPr>
          <w:sz w:val="28"/>
          <w:szCs w:val="28"/>
          <w:lang w:val="it-IT"/>
        </w:rPr>
      </w:pPr>
      <w:r>
        <w:rPr>
          <w:sz w:val="28"/>
          <w:szCs w:val="28"/>
          <w:lang w:val="it-IT"/>
        </w:rPr>
        <w:t>L</w:t>
      </w:r>
      <w:r w:rsidR="00656FF4">
        <w:rPr>
          <w:sz w:val="28"/>
          <w:szCs w:val="28"/>
          <w:lang w:val="it-IT"/>
        </w:rPr>
        <w:t>’obiettivo</w:t>
      </w:r>
      <w:r>
        <w:rPr>
          <w:sz w:val="28"/>
          <w:szCs w:val="28"/>
          <w:lang w:val="it-IT"/>
        </w:rPr>
        <w:t xml:space="preserve"> è spostare la competitività dai</w:t>
      </w:r>
      <w:r w:rsidR="00114663">
        <w:rPr>
          <w:sz w:val="28"/>
          <w:szCs w:val="28"/>
          <w:lang w:val="it-IT"/>
        </w:rPr>
        <w:t xml:space="preserve"> </w:t>
      </w:r>
      <w:r>
        <w:rPr>
          <w:sz w:val="28"/>
          <w:szCs w:val="28"/>
          <w:lang w:val="it-IT"/>
        </w:rPr>
        <w:t xml:space="preserve">modelli di AI </w:t>
      </w:r>
      <w:r w:rsidR="00DF1BC6">
        <w:rPr>
          <w:sz w:val="28"/>
          <w:szCs w:val="28"/>
          <w:lang w:val="it-IT"/>
        </w:rPr>
        <w:t>gen</w:t>
      </w:r>
      <w:r w:rsidR="006200A8">
        <w:rPr>
          <w:sz w:val="28"/>
          <w:szCs w:val="28"/>
          <w:lang w:val="it-IT"/>
        </w:rPr>
        <w:t>erativi</w:t>
      </w:r>
      <w:r w:rsidR="00DF1BC6">
        <w:rPr>
          <w:sz w:val="28"/>
          <w:szCs w:val="28"/>
          <w:lang w:val="it-IT"/>
        </w:rPr>
        <w:t xml:space="preserve"> </w:t>
      </w:r>
      <w:r>
        <w:rPr>
          <w:sz w:val="28"/>
          <w:szCs w:val="28"/>
          <w:lang w:val="it-IT"/>
        </w:rPr>
        <w:t>all’unicità de</w:t>
      </w:r>
      <w:r w:rsidR="00114663">
        <w:rPr>
          <w:sz w:val="28"/>
          <w:szCs w:val="28"/>
          <w:lang w:val="it-IT"/>
        </w:rPr>
        <w:t>lle conoscenze ed esperienze delle imprese nel</w:t>
      </w:r>
      <w:r w:rsidR="00DF1BC6">
        <w:rPr>
          <w:sz w:val="28"/>
          <w:szCs w:val="28"/>
          <w:lang w:val="it-IT"/>
        </w:rPr>
        <w:t>le attività produttive.</w:t>
      </w:r>
    </w:p>
    <w:p w14:paraId="1C711AE7" w14:textId="0C9B1C05" w:rsidR="001E65AC" w:rsidRDefault="001E65AC" w:rsidP="00E94764">
      <w:pPr>
        <w:jc w:val="both"/>
        <w:rPr>
          <w:sz w:val="28"/>
          <w:szCs w:val="28"/>
          <w:lang w:val="it-IT"/>
        </w:rPr>
      </w:pPr>
      <w:r w:rsidRPr="0082518A">
        <w:rPr>
          <w:sz w:val="28"/>
          <w:szCs w:val="28"/>
          <w:lang w:val="it-IT"/>
        </w:rPr>
        <w:t>La nostra manifattura dovrà rendersi protagonista della ibridazione della più avanzata tecnologia meccanica con la trasformazione digitale e l’applicazione pervasiva dell’AI</w:t>
      </w:r>
      <w:r w:rsidR="00114663">
        <w:rPr>
          <w:sz w:val="28"/>
          <w:szCs w:val="28"/>
          <w:lang w:val="it-IT"/>
        </w:rPr>
        <w:t xml:space="preserve"> per generare </w:t>
      </w:r>
      <w:r w:rsidR="00A37163">
        <w:rPr>
          <w:sz w:val="28"/>
          <w:szCs w:val="28"/>
          <w:lang w:val="it-IT"/>
        </w:rPr>
        <w:t>un’automazione e robotizzazione che apra</w:t>
      </w:r>
      <w:r w:rsidR="00F91B21">
        <w:rPr>
          <w:sz w:val="28"/>
          <w:szCs w:val="28"/>
          <w:lang w:val="it-IT"/>
        </w:rPr>
        <w:t>no</w:t>
      </w:r>
      <w:r w:rsidR="00A37163">
        <w:rPr>
          <w:sz w:val="28"/>
          <w:szCs w:val="28"/>
          <w:lang w:val="it-IT"/>
        </w:rPr>
        <w:t xml:space="preserve"> la strada a nuovi scenari di produttività, flessibilità e competitività globale.</w:t>
      </w:r>
    </w:p>
    <w:p w14:paraId="2B38A31A" w14:textId="1044D7EA" w:rsidR="00DD68CC" w:rsidRDefault="00AB4518" w:rsidP="00E94764">
      <w:pPr>
        <w:jc w:val="both"/>
        <w:rPr>
          <w:sz w:val="28"/>
          <w:szCs w:val="28"/>
          <w:lang w:val="it-IT"/>
        </w:rPr>
      </w:pPr>
      <w:r>
        <w:rPr>
          <w:sz w:val="28"/>
          <w:szCs w:val="28"/>
          <w:lang w:val="it-IT"/>
        </w:rPr>
        <w:t>L’automazione robotica</w:t>
      </w:r>
      <w:r w:rsidR="004544F1">
        <w:rPr>
          <w:sz w:val="28"/>
          <w:szCs w:val="28"/>
          <w:lang w:val="it-IT"/>
        </w:rPr>
        <w:t xml:space="preserve"> </w:t>
      </w:r>
      <w:r w:rsidR="009320C5">
        <w:rPr>
          <w:sz w:val="28"/>
          <w:szCs w:val="28"/>
          <w:lang w:val="it-IT"/>
        </w:rPr>
        <w:t xml:space="preserve">sta progressivamente </w:t>
      </w:r>
      <w:r w:rsidR="004D1719">
        <w:rPr>
          <w:sz w:val="28"/>
          <w:szCs w:val="28"/>
          <w:lang w:val="it-IT"/>
        </w:rPr>
        <w:t>mutando i processi</w:t>
      </w:r>
      <w:r w:rsidR="006F02C0">
        <w:rPr>
          <w:sz w:val="28"/>
          <w:szCs w:val="28"/>
          <w:lang w:val="it-IT"/>
        </w:rPr>
        <w:t xml:space="preserve"> </w:t>
      </w:r>
      <w:r w:rsidR="00EA26B1">
        <w:rPr>
          <w:sz w:val="28"/>
          <w:szCs w:val="28"/>
          <w:lang w:val="it-IT"/>
        </w:rPr>
        <w:t>produttivi</w:t>
      </w:r>
      <w:r w:rsidR="008D20C2">
        <w:rPr>
          <w:sz w:val="28"/>
          <w:szCs w:val="28"/>
          <w:lang w:val="it-IT"/>
        </w:rPr>
        <w:t xml:space="preserve"> </w:t>
      </w:r>
      <w:r w:rsidR="007C500F">
        <w:rPr>
          <w:sz w:val="28"/>
          <w:szCs w:val="28"/>
          <w:lang w:val="it-IT"/>
        </w:rPr>
        <w:t>dell</w:t>
      </w:r>
      <w:r w:rsidR="00DF1BC6">
        <w:rPr>
          <w:sz w:val="28"/>
          <w:szCs w:val="28"/>
          <w:lang w:val="it-IT"/>
        </w:rPr>
        <w:t>e lavorazioni.</w:t>
      </w:r>
    </w:p>
    <w:p w14:paraId="45362C1A" w14:textId="46049FE9" w:rsidR="00477CDC" w:rsidRDefault="00477CDC" w:rsidP="00E94764">
      <w:pPr>
        <w:jc w:val="both"/>
        <w:rPr>
          <w:sz w:val="28"/>
          <w:szCs w:val="28"/>
          <w:lang w:val="it-IT"/>
        </w:rPr>
      </w:pPr>
      <w:r w:rsidRPr="180EEB5C">
        <w:rPr>
          <w:sz w:val="28"/>
          <w:szCs w:val="28"/>
          <w:lang w:val="it-IT"/>
        </w:rPr>
        <w:t>L’adozione non è uno schema on/off</w:t>
      </w:r>
      <w:r w:rsidR="00AC4717" w:rsidRPr="180EEB5C">
        <w:rPr>
          <w:sz w:val="28"/>
          <w:szCs w:val="28"/>
          <w:lang w:val="it-IT"/>
        </w:rPr>
        <w:t xml:space="preserve">, ma procede </w:t>
      </w:r>
      <w:r w:rsidR="007B0897" w:rsidRPr="180EEB5C">
        <w:rPr>
          <w:sz w:val="28"/>
          <w:szCs w:val="28"/>
          <w:lang w:val="it-IT"/>
        </w:rPr>
        <w:t>per passi</w:t>
      </w:r>
      <w:r w:rsidR="007A0CD3" w:rsidRPr="180EEB5C">
        <w:rPr>
          <w:sz w:val="28"/>
          <w:szCs w:val="28"/>
          <w:lang w:val="it-IT"/>
        </w:rPr>
        <w:t>, per soglie di com</w:t>
      </w:r>
      <w:r w:rsidR="00D3356C" w:rsidRPr="180EEB5C">
        <w:rPr>
          <w:sz w:val="28"/>
          <w:szCs w:val="28"/>
          <w:lang w:val="it-IT"/>
        </w:rPr>
        <w:t>p</w:t>
      </w:r>
      <w:r w:rsidR="007A0CD3" w:rsidRPr="180EEB5C">
        <w:rPr>
          <w:sz w:val="28"/>
          <w:szCs w:val="28"/>
          <w:lang w:val="it-IT"/>
        </w:rPr>
        <w:t>lessità</w:t>
      </w:r>
      <w:r w:rsidR="000F21C1" w:rsidRPr="180EEB5C">
        <w:rPr>
          <w:sz w:val="28"/>
          <w:szCs w:val="28"/>
          <w:lang w:val="it-IT"/>
        </w:rPr>
        <w:t xml:space="preserve"> crescente che potremmo definire</w:t>
      </w:r>
      <w:r w:rsidR="00504EBD" w:rsidRPr="180EEB5C">
        <w:rPr>
          <w:sz w:val="28"/>
          <w:szCs w:val="28"/>
          <w:lang w:val="it-IT"/>
        </w:rPr>
        <w:t xml:space="preserve"> una “rivoluzione</w:t>
      </w:r>
      <w:r w:rsidR="000439A0" w:rsidRPr="180EEB5C">
        <w:rPr>
          <w:sz w:val="28"/>
          <w:szCs w:val="28"/>
          <w:lang w:val="it-IT"/>
        </w:rPr>
        <w:t xml:space="preserve"> discreta”</w:t>
      </w:r>
      <w:r w:rsidR="005535D1" w:rsidRPr="180EEB5C">
        <w:rPr>
          <w:sz w:val="28"/>
          <w:szCs w:val="28"/>
          <w:lang w:val="it-IT"/>
        </w:rPr>
        <w:t xml:space="preserve">. </w:t>
      </w:r>
      <w:r w:rsidR="01AD63FB" w:rsidRPr="180EEB5C">
        <w:rPr>
          <w:sz w:val="28"/>
          <w:szCs w:val="28"/>
          <w:lang w:val="it-IT"/>
        </w:rPr>
        <w:t>Anche se</w:t>
      </w:r>
      <w:r w:rsidR="005535D1" w:rsidRPr="180EEB5C">
        <w:rPr>
          <w:sz w:val="28"/>
          <w:szCs w:val="28"/>
          <w:lang w:val="it-IT"/>
        </w:rPr>
        <w:t xml:space="preserve"> la sua natura è cambiata progressivamente nel tempo.</w:t>
      </w:r>
    </w:p>
    <w:p w14:paraId="1FFB0430" w14:textId="7B0EEB45" w:rsidR="00FF19CB" w:rsidRDefault="00FF19CB" w:rsidP="00E94764">
      <w:pPr>
        <w:jc w:val="both"/>
        <w:rPr>
          <w:sz w:val="28"/>
          <w:szCs w:val="28"/>
          <w:lang w:val="it-IT"/>
        </w:rPr>
      </w:pPr>
      <w:r>
        <w:rPr>
          <w:sz w:val="28"/>
          <w:szCs w:val="28"/>
          <w:lang w:val="it-IT"/>
        </w:rPr>
        <w:lastRenderedPageBreak/>
        <w:t>Per trent’anni l’automazione è stata</w:t>
      </w:r>
      <w:r w:rsidR="008A0B4E">
        <w:rPr>
          <w:sz w:val="28"/>
          <w:szCs w:val="28"/>
          <w:lang w:val="it-IT"/>
        </w:rPr>
        <w:t xml:space="preserve"> una scommessa sui v</w:t>
      </w:r>
      <w:r w:rsidR="00573117">
        <w:rPr>
          <w:sz w:val="28"/>
          <w:szCs w:val="28"/>
          <w:lang w:val="it-IT"/>
        </w:rPr>
        <w:t>olumi</w:t>
      </w:r>
      <w:r w:rsidR="00D64598">
        <w:rPr>
          <w:sz w:val="28"/>
          <w:szCs w:val="28"/>
          <w:lang w:val="it-IT"/>
        </w:rPr>
        <w:t>.</w:t>
      </w:r>
    </w:p>
    <w:p w14:paraId="5E01C3E2" w14:textId="453C6FFA" w:rsidR="00D64598" w:rsidRDefault="00D64598" w:rsidP="00E94764">
      <w:pPr>
        <w:jc w:val="both"/>
        <w:rPr>
          <w:sz w:val="28"/>
          <w:szCs w:val="28"/>
          <w:lang w:val="it-IT"/>
        </w:rPr>
      </w:pPr>
      <w:r>
        <w:rPr>
          <w:sz w:val="28"/>
          <w:szCs w:val="28"/>
          <w:lang w:val="it-IT"/>
        </w:rPr>
        <w:t xml:space="preserve">Con la crescente disponibilità dei </w:t>
      </w:r>
      <w:r w:rsidR="002155A3">
        <w:rPr>
          <w:sz w:val="28"/>
          <w:szCs w:val="28"/>
          <w:lang w:val="it-IT"/>
        </w:rPr>
        <w:t>modelli computazionali complessi</w:t>
      </w:r>
      <w:r w:rsidR="002A0254">
        <w:rPr>
          <w:sz w:val="28"/>
          <w:szCs w:val="28"/>
          <w:lang w:val="it-IT"/>
        </w:rPr>
        <w:t xml:space="preserve">, la </w:t>
      </w:r>
      <w:proofErr w:type="spellStart"/>
      <w:r w:rsidR="002A0254">
        <w:rPr>
          <w:sz w:val="28"/>
          <w:szCs w:val="28"/>
          <w:lang w:val="it-IT"/>
        </w:rPr>
        <w:t>ph</w:t>
      </w:r>
      <w:r w:rsidR="00A26C46">
        <w:rPr>
          <w:sz w:val="28"/>
          <w:szCs w:val="28"/>
          <w:lang w:val="it-IT"/>
        </w:rPr>
        <w:t>y</w:t>
      </w:r>
      <w:r w:rsidR="002A0254">
        <w:rPr>
          <w:sz w:val="28"/>
          <w:szCs w:val="28"/>
          <w:lang w:val="it-IT"/>
        </w:rPr>
        <w:t>sical</w:t>
      </w:r>
      <w:proofErr w:type="spellEnd"/>
      <w:r w:rsidR="002A0254">
        <w:rPr>
          <w:sz w:val="28"/>
          <w:szCs w:val="28"/>
          <w:lang w:val="it-IT"/>
        </w:rPr>
        <w:t xml:space="preserve"> AI</w:t>
      </w:r>
      <w:r w:rsidR="006E2715">
        <w:rPr>
          <w:sz w:val="28"/>
          <w:szCs w:val="28"/>
          <w:lang w:val="it-IT"/>
        </w:rPr>
        <w:t>, la scala ha p</w:t>
      </w:r>
      <w:r w:rsidR="00707FA6">
        <w:rPr>
          <w:sz w:val="28"/>
          <w:szCs w:val="28"/>
          <w:lang w:val="it-IT"/>
        </w:rPr>
        <w:t>erso</w:t>
      </w:r>
      <w:r w:rsidR="006E2715">
        <w:rPr>
          <w:sz w:val="28"/>
          <w:szCs w:val="28"/>
          <w:lang w:val="it-IT"/>
        </w:rPr>
        <w:t xml:space="preserve"> parte </w:t>
      </w:r>
      <w:r w:rsidR="00E9080D">
        <w:rPr>
          <w:sz w:val="28"/>
          <w:szCs w:val="28"/>
          <w:lang w:val="it-IT"/>
        </w:rPr>
        <w:t>d</w:t>
      </w:r>
      <w:r w:rsidR="00707FA6">
        <w:rPr>
          <w:sz w:val="28"/>
          <w:szCs w:val="28"/>
          <w:lang w:val="it-IT"/>
        </w:rPr>
        <w:t xml:space="preserve">ella sua </w:t>
      </w:r>
      <w:r w:rsidR="00F65A98">
        <w:rPr>
          <w:sz w:val="28"/>
          <w:szCs w:val="28"/>
          <w:lang w:val="it-IT"/>
        </w:rPr>
        <w:t>rilevanza</w:t>
      </w:r>
      <w:r w:rsidR="0070401A">
        <w:rPr>
          <w:sz w:val="28"/>
          <w:szCs w:val="28"/>
          <w:lang w:val="it-IT"/>
        </w:rPr>
        <w:t xml:space="preserve"> per lasciar spazio</w:t>
      </w:r>
      <w:r w:rsidR="00BD6CF4">
        <w:rPr>
          <w:sz w:val="28"/>
          <w:szCs w:val="28"/>
          <w:lang w:val="it-IT"/>
        </w:rPr>
        <w:t xml:space="preserve"> alla varietà e flessibilità.</w:t>
      </w:r>
    </w:p>
    <w:p w14:paraId="6B129CDB" w14:textId="6A6565D8" w:rsidR="00AB4A64" w:rsidRDefault="00AB4A64" w:rsidP="00E94764">
      <w:pPr>
        <w:jc w:val="both"/>
        <w:rPr>
          <w:sz w:val="28"/>
          <w:szCs w:val="28"/>
          <w:lang w:val="it-IT"/>
        </w:rPr>
      </w:pPr>
      <w:r>
        <w:rPr>
          <w:sz w:val="28"/>
          <w:szCs w:val="28"/>
          <w:lang w:val="it-IT"/>
        </w:rPr>
        <w:t>Un’onda crescente si sta diffondendo</w:t>
      </w:r>
      <w:r w:rsidR="000A1305">
        <w:rPr>
          <w:sz w:val="28"/>
          <w:szCs w:val="28"/>
          <w:lang w:val="it-IT"/>
        </w:rPr>
        <w:t xml:space="preserve"> nella manifattura mondiale</w:t>
      </w:r>
      <w:r w:rsidR="00A87E47">
        <w:rPr>
          <w:sz w:val="28"/>
          <w:szCs w:val="28"/>
          <w:lang w:val="it-IT"/>
        </w:rPr>
        <w:t>.</w:t>
      </w:r>
    </w:p>
    <w:p w14:paraId="73E32C43" w14:textId="5A050F54" w:rsidR="00A87E47" w:rsidRDefault="00A87E47" w:rsidP="00E94764">
      <w:pPr>
        <w:jc w:val="both"/>
        <w:rPr>
          <w:sz w:val="28"/>
          <w:szCs w:val="28"/>
          <w:lang w:val="it-IT"/>
        </w:rPr>
      </w:pPr>
      <w:r>
        <w:rPr>
          <w:sz w:val="28"/>
          <w:szCs w:val="28"/>
          <w:lang w:val="it-IT"/>
        </w:rPr>
        <w:t>Da una stima di circa 15</w:t>
      </w:r>
      <w:r w:rsidR="00640FAC">
        <w:rPr>
          <w:sz w:val="28"/>
          <w:szCs w:val="28"/>
          <w:lang w:val="it-IT"/>
        </w:rPr>
        <w:t>.000 robot</w:t>
      </w:r>
      <w:r w:rsidR="00DF1AEA">
        <w:rPr>
          <w:sz w:val="28"/>
          <w:szCs w:val="28"/>
          <w:lang w:val="it-IT"/>
        </w:rPr>
        <w:t xml:space="preserve"> venduti nel 202</w:t>
      </w:r>
      <w:r w:rsidR="00D23D84">
        <w:rPr>
          <w:sz w:val="28"/>
          <w:szCs w:val="28"/>
          <w:lang w:val="it-IT"/>
        </w:rPr>
        <w:t>5, si valutano per il 2026</w:t>
      </w:r>
      <w:r w:rsidR="00917BC1">
        <w:rPr>
          <w:sz w:val="28"/>
          <w:szCs w:val="28"/>
          <w:lang w:val="it-IT"/>
        </w:rPr>
        <w:t xml:space="preserve"> circa 50.000 unità vendute</w:t>
      </w:r>
      <w:r w:rsidR="00801B0E">
        <w:rPr>
          <w:sz w:val="28"/>
          <w:szCs w:val="28"/>
          <w:lang w:val="it-IT"/>
        </w:rPr>
        <w:t xml:space="preserve"> con </w:t>
      </w:r>
      <w:proofErr w:type="gramStart"/>
      <w:r w:rsidR="00801B0E">
        <w:rPr>
          <w:sz w:val="28"/>
          <w:szCs w:val="28"/>
          <w:lang w:val="it-IT"/>
        </w:rPr>
        <w:t>un</w:t>
      </w:r>
      <w:r w:rsidR="006D440A">
        <w:rPr>
          <w:sz w:val="28"/>
          <w:szCs w:val="28"/>
          <w:lang w:val="it-IT"/>
        </w:rPr>
        <w:t xml:space="preserve"> trend</w:t>
      </w:r>
      <w:proofErr w:type="gramEnd"/>
      <w:r w:rsidR="006D440A">
        <w:rPr>
          <w:sz w:val="28"/>
          <w:szCs w:val="28"/>
          <w:lang w:val="it-IT"/>
        </w:rPr>
        <w:t xml:space="preserve"> di crescita</w:t>
      </w:r>
      <w:r w:rsidR="00A04CEF">
        <w:rPr>
          <w:sz w:val="28"/>
          <w:szCs w:val="28"/>
          <w:lang w:val="it-IT"/>
        </w:rPr>
        <w:t>,</w:t>
      </w:r>
      <w:r w:rsidR="006D440A">
        <w:rPr>
          <w:sz w:val="28"/>
          <w:szCs w:val="28"/>
          <w:lang w:val="it-IT"/>
        </w:rPr>
        <w:t xml:space="preserve"> secondo il report</w:t>
      </w:r>
      <w:r w:rsidR="0006490E">
        <w:rPr>
          <w:sz w:val="28"/>
          <w:szCs w:val="28"/>
          <w:lang w:val="it-IT"/>
        </w:rPr>
        <w:t xml:space="preserve"> di Ban</w:t>
      </w:r>
      <w:r w:rsidR="00105D48">
        <w:rPr>
          <w:sz w:val="28"/>
          <w:szCs w:val="28"/>
          <w:lang w:val="it-IT"/>
        </w:rPr>
        <w:t>k</w:t>
      </w:r>
      <w:r w:rsidR="0006490E">
        <w:rPr>
          <w:sz w:val="28"/>
          <w:szCs w:val="28"/>
          <w:lang w:val="it-IT"/>
        </w:rPr>
        <w:t xml:space="preserve"> of America Global </w:t>
      </w:r>
      <w:proofErr w:type="spellStart"/>
      <w:r w:rsidR="0006490E">
        <w:rPr>
          <w:sz w:val="28"/>
          <w:szCs w:val="28"/>
          <w:lang w:val="it-IT"/>
        </w:rPr>
        <w:t>Resea</w:t>
      </w:r>
      <w:r w:rsidR="00105D48">
        <w:rPr>
          <w:sz w:val="28"/>
          <w:szCs w:val="28"/>
          <w:lang w:val="it-IT"/>
        </w:rPr>
        <w:t>r</w:t>
      </w:r>
      <w:r w:rsidR="0006490E">
        <w:rPr>
          <w:sz w:val="28"/>
          <w:szCs w:val="28"/>
          <w:lang w:val="it-IT"/>
        </w:rPr>
        <w:t>ch</w:t>
      </w:r>
      <w:proofErr w:type="spellEnd"/>
      <w:r w:rsidR="00A04CEF">
        <w:rPr>
          <w:sz w:val="28"/>
          <w:szCs w:val="28"/>
          <w:lang w:val="it-IT"/>
        </w:rPr>
        <w:t>, di 500.000 nel 2028 ed 1 milione nel 2030.</w:t>
      </w:r>
    </w:p>
    <w:p w14:paraId="3D69E00D" w14:textId="3ADB9A11" w:rsidR="001A4F4C" w:rsidRDefault="001A4F4C" w:rsidP="00E94764">
      <w:pPr>
        <w:jc w:val="both"/>
        <w:rPr>
          <w:sz w:val="28"/>
          <w:szCs w:val="28"/>
          <w:lang w:val="it-IT"/>
        </w:rPr>
      </w:pPr>
      <w:r w:rsidRPr="180EEB5C">
        <w:rPr>
          <w:sz w:val="28"/>
          <w:szCs w:val="28"/>
          <w:lang w:val="it-IT"/>
        </w:rPr>
        <w:t>La Cina è già il primo attore</w:t>
      </w:r>
      <w:r w:rsidR="00965FAA" w:rsidRPr="180EEB5C">
        <w:rPr>
          <w:sz w:val="28"/>
          <w:szCs w:val="28"/>
          <w:lang w:val="it-IT"/>
        </w:rPr>
        <w:t>, con il parco installato più grande al mondo</w:t>
      </w:r>
      <w:r w:rsidR="004D6EF8" w:rsidRPr="180EEB5C">
        <w:rPr>
          <w:sz w:val="28"/>
          <w:szCs w:val="28"/>
          <w:lang w:val="it-IT"/>
        </w:rPr>
        <w:t xml:space="preserve"> ed una strategia di integrazione </w:t>
      </w:r>
      <w:r w:rsidR="00307ED2" w:rsidRPr="180EEB5C">
        <w:rPr>
          <w:sz w:val="28"/>
          <w:szCs w:val="28"/>
          <w:lang w:val="it-IT"/>
        </w:rPr>
        <w:t>verticale dell’</w:t>
      </w:r>
      <w:r w:rsidR="07967D80" w:rsidRPr="180EEB5C">
        <w:rPr>
          <w:sz w:val="28"/>
          <w:szCs w:val="28"/>
          <w:lang w:val="it-IT"/>
        </w:rPr>
        <w:t>AI</w:t>
      </w:r>
      <w:r w:rsidR="001F3D2C" w:rsidRPr="180EEB5C">
        <w:rPr>
          <w:sz w:val="28"/>
          <w:szCs w:val="28"/>
          <w:lang w:val="it-IT"/>
        </w:rPr>
        <w:t xml:space="preserve"> nella manifattura </w:t>
      </w:r>
      <w:r w:rsidR="00CA3227" w:rsidRPr="180EEB5C">
        <w:rPr>
          <w:sz w:val="28"/>
          <w:szCs w:val="28"/>
          <w:lang w:val="it-IT"/>
        </w:rPr>
        <w:t xml:space="preserve">fisica e di diffusione </w:t>
      </w:r>
      <w:r w:rsidR="00EC241F" w:rsidRPr="180EEB5C">
        <w:rPr>
          <w:sz w:val="28"/>
          <w:szCs w:val="28"/>
          <w:lang w:val="it-IT"/>
        </w:rPr>
        <w:t>in ogni segmento dell’economia reale.</w:t>
      </w:r>
    </w:p>
    <w:p w14:paraId="31C7B4E3" w14:textId="2899C1C6" w:rsidR="00EC241F" w:rsidRDefault="00084CD7" w:rsidP="00E94764">
      <w:pPr>
        <w:jc w:val="both"/>
        <w:rPr>
          <w:sz w:val="28"/>
          <w:szCs w:val="28"/>
          <w:lang w:val="it-IT"/>
        </w:rPr>
      </w:pPr>
      <w:r>
        <w:rPr>
          <w:sz w:val="28"/>
          <w:szCs w:val="28"/>
          <w:lang w:val="it-IT"/>
        </w:rPr>
        <w:t>Per l’Italia</w:t>
      </w:r>
      <w:r w:rsidR="00204684">
        <w:rPr>
          <w:sz w:val="28"/>
          <w:szCs w:val="28"/>
          <w:lang w:val="it-IT"/>
        </w:rPr>
        <w:t>, che comunque vanta una d</w:t>
      </w:r>
      <w:r w:rsidR="009B2F3D">
        <w:rPr>
          <w:sz w:val="28"/>
          <w:szCs w:val="28"/>
          <w:lang w:val="it-IT"/>
        </w:rPr>
        <w:t>ensità</w:t>
      </w:r>
      <w:r w:rsidR="00204684">
        <w:rPr>
          <w:sz w:val="28"/>
          <w:szCs w:val="28"/>
          <w:lang w:val="it-IT"/>
        </w:rPr>
        <w:t xml:space="preserve"> robotica</w:t>
      </w:r>
      <w:r w:rsidR="009B2F3D">
        <w:rPr>
          <w:sz w:val="28"/>
          <w:szCs w:val="28"/>
          <w:lang w:val="it-IT"/>
        </w:rPr>
        <w:t xml:space="preserve"> elevata</w:t>
      </w:r>
      <w:r w:rsidR="004908D5">
        <w:rPr>
          <w:sz w:val="28"/>
          <w:szCs w:val="28"/>
          <w:lang w:val="it-IT"/>
        </w:rPr>
        <w:t xml:space="preserve"> per addett</w:t>
      </w:r>
      <w:r w:rsidR="00476A8F">
        <w:rPr>
          <w:sz w:val="28"/>
          <w:szCs w:val="28"/>
          <w:lang w:val="it-IT"/>
        </w:rPr>
        <w:t>o</w:t>
      </w:r>
      <w:r w:rsidR="00DF1BC6">
        <w:rPr>
          <w:sz w:val="28"/>
          <w:szCs w:val="28"/>
          <w:lang w:val="it-IT"/>
        </w:rPr>
        <w:t>,</w:t>
      </w:r>
      <w:r w:rsidR="00476A8F">
        <w:rPr>
          <w:sz w:val="28"/>
          <w:szCs w:val="28"/>
          <w:lang w:val="it-IT"/>
        </w:rPr>
        <w:t xml:space="preserve"> </w:t>
      </w:r>
      <w:r w:rsidR="00FA1C62">
        <w:rPr>
          <w:sz w:val="28"/>
          <w:szCs w:val="28"/>
          <w:lang w:val="it-IT"/>
        </w:rPr>
        <w:t xml:space="preserve">con la riduzione del costo marginale della riprogrammazione </w:t>
      </w:r>
      <w:r w:rsidR="0020505C">
        <w:rPr>
          <w:sz w:val="28"/>
          <w:szCs w:val="28"/>
          <w:lang w:val="it-IT"/>
        </w:rPr>
        <w:t xml:space="preserve">si </w:t>
      </w:r>
      <w:r w:rsidR="00FA1C62">
        <w:rPr>
          <w:sz w:val="28"/>
          <w:szCs w:val="28"/>
          <w:lang w:val="it-IT"/>
        </w:rPr>
        <w:t>apr</w:t>
      </w:r>
      <w:r w:rsidR="0020505C">
        <w:rPr>
          <w:sz w:val="28"/>
          <w:szCs w:val="28"/>
          <w:lang w:val="it-IT"/>
        </w:rPr>
        <w:t>ono</w:t>
      </w:r>
      <w:r w:rsidR="00FA1C62">
        <w:rPr>
          <w:sz w:val="28"/>
          <w:szCs w:val="28"/>
          <w:lang w:val="it-IT"/>
        </w:rPr>
        <w:t xml:space="preserve"> prospettive di competitività</w:t>
      </w:r>
      <w:r w:rsidR="00D21E28">
        <w:rPr>
          <w:sz w:val="28"/>
          <w:szCs w:val="28"/>
          <w:lang w:val="it-IT"/>
        </w:rPr>
        <w:t xml:space="preserve"> </w:t>
      </w:r>
      <w:r w:rsidR="00E31EEA">
        <w:rPr>
          <w:sz w:val="28"/>
          <w:szCs w:val="28"/>
          <w:lang w:val="it-IT"/>
        </w:rPr>
        <w:t xml:space="preserve">attraverso </w:t>
      </w:r>
      <w:r w:rsidR="00A10AF6">
        <w:rPr>
          <w:sz w:val="28"/>
          <w:szCs w:val="28"/>
          <w:lang w:val="it-IT"/>
        </w:rPr>
        <w:t xml:space="preserve">l’unicità </w:t>
      </w:r>
      <w:r w:rsidR="00B6520E">
        <w:rPr>
          <w:sz w:val="28"/>
          <w:szCs w:val="28"/>
          <w:lang w:val="it-IT"/>
        </w:rPr>
        <w:t xml:space="preserve">dei </w:t>
      </w:r>
      <w:r w:rsidR="00586722">
        <w:rPr>
          <w:sz w:val="28"/>
          <w:szCs w:val="28"/>
          <w:lang w:val="it-IT"/>
        </w:rPr>
        <w:t xml:space="preserve">nostri </w:t>
      </w:r>
      <w:r w:rsidR="00B6520E">
        <w:rPr>
          <w:sz w:val="28"/>
          <w:szCs w:val="28"/>
          <w:lang w:val="it-IT"/>
        </w:rPr>
        <w:t xml:space="preserve">processi </w:t>
      </w:r>
      <w:r w:rsidR="00287DBA">
        <w:rPr>
          <w:sz w:val="28"/>
          <w:szCs w:val="28"/>
          <w:lang w:val="it-IT"/>
        </w:rPr>
        <w:t>e la riprodu</w:t>
      </w:r>
      <w:r w:rsidR="00242AB9">
        <w:rPr>
          <w:sz w:val="28"/>
          <w:szCs w:val="28"/>
          <w:lang w:val="it-IT"/>
        </w:rPr>
        <w:t xml:space="preserve">cibilità flessibile </w:t>
      </w:r>
      <w:r w:rsidR="007A565B">
        <w:rPr>
          <w:sz w:val="28"/>
          <w:szCs w:val="28"/>
          <w:lang w:val="it-IT"/>
        </w:rPr>
        <w:t>dei “gesti competenti ad alto valore</w:t>
      </w:r>
      <w:r w:rsidR="008151E2">
        <w:rPr>
          <w:sz w:val="28"/>
          <w:szCs w:val="28"/>
          <w:lang w:val="it-IT"/>
        </w:rPr>
        <w:t>” come li definisce il professor Carnevale Maff</w:t>
      </w:r>
      <w:r w:rsidR="00DF1BC6">
        <w:rPr>
          <w:sz w:val="28"/>
          <w:szCs w:val="28"/>
          <w:lang w:val="it-IT"/>
        </w:rPr>
        <w:t>è</w:t>
      </w:r>
      <w:r w:rsidR="008151E2">
        <w:rPr>
          <w:sz w:val="28"/>
          <w:szCs w:val="28"/>
          <w:lang w:val="it-IT"/>
        </w:rPr>
        <w:t>.</w:t>
      </w:r>
    </w:p>
    <w:p w14:paraId="0A2A6A98" w14:textId="7522EC6D" w:rsidR="00B95DE8" w:rsidRDefault="00B95DE8" w:rsidP="00E94764">
      <w:pPr>
        <w:jc w:val="both"/>
        <w:rPr>
          <w:sz w:val="28"/>
          <w:szCs w:val="28"/>
          <w:lang w:val="it-IT"/>
        </w:rPr>
      </w:pPr>
      <w:r>
        <w:rPr>
          <w:sz w:val="28"/>
          <w:szCs w:val="28"/>
          <w:lang w:val="it-IT"/>
        </w:rPr>
        <w:t xml:space="preserve">La scelta </w:t>
      </w:r>
      <w:r w:rsidR="006403EF">
        <w:rPr>
          <w:sz w:val="28"/>
          <w:szCs w:val="28"/>
          <w:lang w:val="it-IT"/>
        </w:rPr>
        <w:t xml:space="preserve">non è quindi se automatizzare </w:t>
      </w:r>
      <w:r w:rsidR="009559C5">
        <w:rPr>
          <w:sz w:val="28"/>
          <w:szCs w:val="28"/>
          <w:lang w:val="it-IT"/>
        </w:rPr>
        <w:t xml:space="preserve">ma se restare </w:t>
      </w:r>
      <w:r w:rsidR="007C2B85">
        <w:rPr>
          <w:sz w:val="28"/>
          <w:szCs w:val="28"/>
          <w:lang w:val="it-IT"/>
        </w:rPr>
        <w:t>“</w:t>
      </w:r>
      <w:r w:rsidR="009559C5">
        <w:rPr>
          <w:sz w:val="28"/>
          <w:szCs w:val="28"/>
          <w:lang w:val="it-IT"/>
        </w:rPr>
        <w:t>padroni di casa</w:t>
      </w:r>
      <w:r w:rsidR="007C2B85">
        <w:rPr>
          <w:sz w:val="28"/>
          <w:szCs w:val="28"/>
          <w:lang w:val="it-IT"/>
        </w:rPr>
        <w:t>”</w:t>
      </w:r>
      <w:r w:rsidR="009559C5">
        <w:rPr>
          <w:sz w:val="28"/>
          <w:szCs w:val="28"/>
          <w:lang w:val="it-IT"/>
        </w:rPr>
        <w:t xml:space="preserve"> mentre lo facciamo, con le nostre competenze, i nostri dati e </w:t>
      </w:r>
      <w:r w:rsidR="25E9767F" w:rsidRPr="1340FD2D">
        <w:rPr>
          <w:sz w:val="28"/>
          <w:szCs w:val="28"/>
          <w:lang w:val="it-IT"/>
        </w:rPr>
        <w:t>le nostre</w:t>
      </w:r>
      <w:r w:rsidR="009559C5">
        <w:rPr>
          <w:sz w:val="28"/>
          <w:szCs w:val="28"/>
          <w:lang w:val="it-IT"/>
        </w:rPr>
        <w:t xml:space="preserve"> regole.</w:t>
      </w:r>
    </w:p>
    <w:p w14:paraId="0E843177" w14:textId="49D1C5B5" w:rsidR="00BA4A63" w:rsidRDefault="00705D54" w:rsidP="00E94764">
      <w:pPr>
        <w:jc w:val="both"/>
        <w:rPr>
          <w:sz w:val="28"/>
          <w:szCs w:val="28"/>
          <w:lang w:val="it-IT"/>
        </w:rPr>
      </w:pPr>
      <w:r>
        <w:rPr>
          <w:sz w:val="28"/>
          <w:szCs w:val="28"/>
          <w:lang w:val="it-IT"/>
        </w:rPr>
        <w:t>In</w:t>
      </w:r>
      <w:r w:rsidR="000E7674">
        <w:rPr>
          <w:sz w:val="28"/>
          <w:szCs w:val="28"/>
          <w:lang w:val="it-IT"/>
        </w:rPr>
        <w:t xml:space="preserve"> Romag</w:t>
      </w:r>
      <w:r w:rsidR="00274A9F">
        <w:rPr>
          <w:sz w:val="28"/>
          <w:szCs w:val="28"/>
          <w:lang w:val="it-IT"/>
        </w:rPr>
        <w:t xml:space="preserve">na </w:t>
      </w:r>
      <w:r w:rsidR="00117D1D">
        <w:rPr>
          <w:sz w:val="28"/>
          <w:szCs w:val="28"/>
          <w:lang w:val="it-IT"/>
        </w:rPr>
        <w:t>l’impiego della robotica collaborativa procede per gradi: non è ancora diffusa, ma non è più marginale e si rafforza al crescere della dimensione e della maturità organizzativa dell’impresa.</w:t>
      </w:r>
    </w:p>
    <w:p w14:paraId="46553C52" w14:textId="12C3E5AD" w:rsidR="00115575" w:rsidRDefault="00115575" w:rsidP="00E94764">
      <w:pPr>
        <w:jc w:val="both"/>
        <w:rPr>
          <w:sz w:val="28"/>
          <w:szCs w:val="28"/>
          <w:lang w:val="it-IT"/>
        </w:rPr>
      </w:pPr>
      <w:r w:rsidRPr="0FE6A893">
        <w:rPr>
          <w:sz w:val="28"/>
          <w:szCs w:val="28"/>
          <w:lang w:val="it-IT"/>
        </w:rPr>
        <w:t>Il robot collaborativo, inoltre, non entra mai da solo: è una tessera dentro un mosaico di tecnologie digitali</w:t>
      </w:r>
      <w:r w:rsidR="003344FF">
        <w:rPr>
          <w:sz w:val="28"/>
          <w:szCs w:val="28"/>
          <w:lang w:val="it-IT"/>
        </w:rPr>
        <w:t>, con una integrazione</w:t>
      </w:r>
      <w:r w:rsidR="007548E2">
        <w:rPr>
          <w:sz w:val="28"/>
          <w:szCs w:val="28"/>
          <w:lang w:val="it-IT"/>
        </w:rPr>
        <w:t xml:space="preserve"> che va oltre la fabbrica</w:t>
      </w:r>
      <w:r w:rsidR="00BC277C">
        <w:rPr>
          <w:sz w:val="28"/>
          <w:szCs w:val="28"/>
          <w:lang w:val="it-IT"/>
        </w:rPr>
        <w:t>,</w:t>
      </w:r>
      <w:r w:rsidR="00FC00B3">
        <w:rPr>
          <w:sz w:val="28"/>
          <w:szCs w:val="28"/>
          <w:lang w:val="it-IT"/>
        </w:rPr>
        <w:t xml:space="preserve"> </w:t>
      </w:r>
      <w:r w:rsidR="007548E2">
        <w:rPr>
          <w:sz w:val="28"/>
          <w:szCs w:val="28"/>
          <w:lang w:val="it-IT"/>
        </w:rPr>
        <w:t xml:space="preserve">verso </w:t>
      </w:r>
      <w:r w:rsidR="00764C94">
        <w:rPr>
          <w:sz w:val="28"/>
          <w:szCs w:val="28"/>
          <w:lang w:val="it-IT"/>
        </w:rPr>
        <w:t xml:space="preserve">la </w:t>
      </w:r>
      <w:r w:rsidR="007548E2">
        <w:rPr>
          <w:sz w:val="28"/>
          <w:szCs w:val="28"/>
          <w:lang w:val="it-IT"/>
        </w:rPr>
        <w:t xml:space="preserve">smart supply chain </w:t>
      </w:r>
      <w:r w:rsidR="00BC277C">
        <w:rPr>
          <w:sz w:val="28"/>
          <w:szCs w:val="28"/>
          <w:lang w:val="it-IT"/>
        </w:rPr>
        <w:t>e cybersecurity.</w:t>
      </w:r>
      <w:r w:rsidR="00871C3F" w:rsidRPr="0FE6A893">
        <w:rPr>
          <w:sz w:val="28"/>
          <w:szCs w:val="28"/>
          <w:lang w:val="it-IT"/>
        </w:rPr>
        <w:t xml:space="preserve"> </w:t>
      </w:r>
      <w:r w:rsidR="00405BD9" w:rsidRPr="0FE6A893">
        <w:rPr>
          <w:sz w:val="28"/>
          <w:szCs w:val="28"/>
          <w:lang w:val="it-IT"/>
        </w:rPr>
        <w:t>È</w:t>
      </w:r>
      <w:r w:rsidR="00871C3F" w:rsidRPr="0FE6A893">
        <w:rPr>
          <w:sz w:val="28"/>
          <w:szCs w:val="28"/>
          <w:lang w:val="it-IT"/>
        </w:rPr>
        <w:t xml:space="preserve"> questa la “rivoluzione discreta”: non un salto improvviso, ma una successione di soglie che ciascuna impresa supera secondo la propria maturità.</w:t>
      </w:r>
    </w:p>
    <w:p w14:paraId="20A12686" w14:textId="639AD7CA" w:rsidR="00FB21E5" w:rsidRDefault="00EC3707" w:rsidP="00E94764">
      <w:pPr>
        <w:jc w:val="both"/>
        <w:rPr>
          <w:sz w:val="28"/>
          <w:szCs w:val="28"/>
          <w:lang w:val="it-IT"/>
        </w:rPr>
      </w:pPr>
      <w:r>
        <w:rPr>
          <w:sz w:val="28"/>
          <w:szCs w:val="28"/>
          <w:lang w:val="it-IT"/>
        </w:rPr>
        <w:t xml:space="preserve">Una trasformazione profonda </w:t>
      </w:r>
      <w:r w:rsidR="00B26DB6">
        <w:rPr>
          <w:sz w:val="28"/>
          <w:szCs w:val="28"/>
          <w:lang w:val="it-IT"/>
        </w:rPr>
        <w:t>che marcherà la produttività ed un differenziale competitivo a favore di chi la adotterà rapidamente.</w:t>
      </w:r>
    </w:p>
    <w:p w14:paraId="5295C78A" w14:textId="71245E44" w:rsidR="002E05E9" w:rsidRDefault="002E05E9" w:rsidP="00E94764">
      <w:pPr>
        <w:jc w:val="both"/>
        <w:rPr>
          <w:sz w:val="28"/>
          <w:szCs w:val="28"/>
          <w:lang w:val="it-IT"/>
        </w:rPr>
      </w:pPr>
      <w:r w:rsidRPr="0082518A">
        <w:rPr>
          <w:sz w:val="28"/>
          <w:szCs w:val="28"/>
          <w:lang w:val="it-IT"/>
        </w:rPr>
        <w:lastRenderedPageBreak/>
        <w:t>Ne parlerà in modo approfondito il Prof. Car</w:t>
      </w:r>
      <w:r>
        <w:rPr>
          <w:sz w:val="28"/>
          <w:szCs w:val="28"/>
          <w:lang w:val="it-IT"/>
        </w:rPr>
        <w:t>nevale</w:t>
      </w:r>
      <w:r w:rsidRPr="0082518A">
        <w:rPr>
          <w:sz w:val="28"/>
          <w:szCs w:val="28"/>
          <w:lang w:val="it-IT"/>
        </w:rPr>
        <w:t xml:space="preserve"> Maffè nel suo intervento, rappresentandoci le opinioni, le minacce e le opportunità che abbiamo davanti a noi ormai incombenti e stimolandoci a delle scelte, apparentemente lontane, ma in realtà già decisive.</w:t>
      </w:r>
    </w:p>
    <w:p w14:paraId="703267CA" w14:textId="33A5C770" w:rsidR="00274A9F" w:rsidRPr="00274A9F" w:rsidRDefault="00274A9F" w:rsidP="00E94764">
      <w:pPr>
        <w:jc w:val="both"/>
        <w:rPr>
          <w:sz w:val="28"/>
          <w:szCs w:val="28"/>
          <w:u w:val="single"/>
          <w:lang w:val="it-IT"/>
        </w:rPr>
      </w:pPr>
      <w:r w:rsidRPr="00274A9F">
        <w:rPr>
          <w:sz w:val="28"/>
          <w:szCs w:val="28"/>
          <w:u w:val="single"/>
          <w:lang w:val="it-IT"/>
        </w:rPr>
        <w:t>LA SFIDA DELL’AUTONOMIA ENERGETICA E TECNOLOGICA</w:t>
      </w:r>
    </w:p>
    <w:p w14:paraId="73E57C71" w14:textId="7C99A2A8" w:rsidR="002E05E9" w:rsidRPr="0082518A" w:rsidRDefault="001E65AC" w:rsidP="00E94764">
      <w:pPr>
        <w:jc w:val="both"/>
        <w:rPr>
          <w:sz w:val="28"/>
          <w:szCs w:val="28"/>
          <w:lang w:val="it-IT"/>
        </w:rPr>
      </w:pPr>
      <w:r w:rsidRPr="0082518A">
        <w:rPr>
          <w:sz w:val="28"/>
          <w:szCs w:val="28"/>
          <w:lang w:val="it-IT"/>
        </w:rPr>
        <w:t>Si apre qui il tema dell’autonomia strategica</w:t>
      </w:r>
      <w:r>
        <w:rPr>
          <w:sz w:val="28"/>
          <w:szCs w:val="28"/>
          <w:lang w:val="it-IT"/>
        </w:rPr>
        <w:t xml:space="preserve"> cioè della indipendenza tecnologica</w:t>
      </w:r>
      <w:r w:rsidRPr="0082518A">
        <w:rPr>
          <w:sz w:val="28"/>
          <w:szCs w:val="28"/>
          <w:lang w:val="it-IT"/>
        </w:rPr>
        <w:t xml:space="preserve"> delle imprese, del territorio, del Paese e dell’Europa.</w:t>
      </w:r>
    </w:p>
    <w:p w14:paraId="3B9413E6" w14:textId="1EDBF36F" w:rsidR="001E65AC" w:rsidRPr="002314CE" w:rsidRDefault="00DC297C" w:rsidP="00E94764">
      <w:pPr>
        <w:jc w:val="both"/>
        <w:rPr>
          <w:sz w:val="28"/>
          <w:szCs w:val="28"/>
          <w:lang w:val="it-IT"/>
        </w:rPr>
      </w:pPr>
      <w:r>
        <w:rPr>
          <w:sz w:val="28"/>
          <w:szCs w:val="28"/>
          <w:lang w:val="it-IT"/>
        </w:rPr>
        <w:t>Una</w:t>
      </w:r>
      <w:r w:rsidR="001E65AC" w:rsidRPr="002314CE">
        <w:rPr>
          <w:sz w:val="28"/>
          <w:szCs w:val="28"/>
          <w:lang w:val="it-IT"/>
        </w:rPr>
        <w:t xml:space="preserve"> prospettiva, nella quale siamo </w:t>
      </w:r>
      <w:r w:rsidR="009B0CB3">
        <w:rPr>
          <w:sz w:val="28"/>
          <w:szCs w:val="28"/>
          <w:lang w:val="it-IT"/>
        </w:rPr>
        <w:t>pienamente</w:t>
      </w:r>
      <w:r w:rsidR="001E65AC" w:rsidRPr="002314CE">
        <w:rPr>
          <w:sz w:val="28"/>
          <w:szCs w:val="28"/>
          <w:lang w:val="it-IT"/>
        </w:rPr>
        <w:t xml:space="preserve"> calati e che ha avuto già inizio</w:t>
      </w:r>
      <w:r w:rsidR="00E21DD0" w:rsidRPr="002314CE">
        <w:rPr>
          <w:sz w:val="28"/>
          <w:szCs w:val="28"/>
          <w:lang w:val="it-IT"/>
        </w:rPr>
        <w:t>.</w:t>
      </w:r>
      <w:r w:rsidR="001E65AC" w:rsidRPr="002314CE">
        <w:rPr>
          <w:sz w:val="28"/>
          <w:szCs w:val="28"/>
          <w:lang w:val="it-IT"/>
        </w:rPr>
        <w:t xml:space="preserve"> </w:t>
      </w:r>
      <w:r w:rsidR="00E21DD0" w:rsidRPr="002314CE">
        <w:rPr>
          <w:sz w:val="28"/>
          <w:szCs w:val="28"/>
          <w:lang w:val="it-IT"/>
        </w:rPr>
        <w:t>P</w:t>
      </w:r>
      <w:r w:rsidR="001E65AC" w:rsidRPr="002314CE">
        <w:rPr>
          <w:sz w:val="28"/>
          <w:szCs w:val="28"/>
          <w:lang w:val="it-IT"/>
        </w:rPr>
        <w:t xml:space="preserve">enso a </w:t>
      </w:r>
      <w:r w:rsidR="00974E2E">
        <w:rPr>
          <w:sz w:val="28"/>
          <w:szCs w:val="28"/>
          <w:lang w:val="it-IT"/>
        </w:rPr>
        <w:t>t</w:t>
      </w:r>
      <w:r w:rsidR="001E65AC" w:rsidRPr="002314CE">
        <w:rPr>
          <w:sz w:val="28"/>
          <w:szCs w:val="28"/>
          <w:lang w:val="it-IT"/>
        </w:rPr>
        <w:t xml:space="preserve">ecnologia ed </w:t>
      </w:r>
      <w:r w:rsidR="00974E2E">
        <w:rPr>
          <w:sz w:val="28"/>
          <w:szCs w:val="28"/>
          <w:lang w:val="it-IT"/>
        </w:rPr>
        <w:t>e</w:t>
      </w:r>
      <w:r w:rsidR="001E65AC" w:rsidRPr="002314CE">
        <w:rPr>
          <w:sz w:val="28"/>
          <w:szCs w:val="28"/>
          <w:lang w:val="it-IT"/>
        </w:rPr>
        <w:t>nergia.</w:t>
      </w:r>
    </w:p>
    <w:p w14:paraId="4C0AFD9D" w14:textId="0B293993" w:rsidR="001E65AC" w:rsidRPr="0082518A" w:rsidRDefault="001E65AC" w:rsidP="00E94764">
      <w:pPr>
        <w:jc w:val="both"/>
        <w:rPr>
          <w:lang w:val="it-IT"/>
        </w:rPr>
      </w:pPr>
      <w:r w:rsidRPr="0082518A">
        <w:rPr>
          <w:sz w:val="28"/>
          <w:szCs w:val="28"/>
          <w:lang w:val="it-IT"/>
        </w:rPr>
        <w:t xml:space="preserve">I divari tecnologici ed energetici sono profondamente interconnessi e </w:t>
      </w:r>
      <w:r w:rsidR="00165BA4">
        <w:rPr>
          <w:sz w:val="28"/>
          <w:szCs w:val="28"/>
          <w:lang w:val="it-IT"/>
        </w:rPr>
        <w:t>si condizionano</w:t>
      </w:r>
      <w:r w:rsidRPr="0082518A">
        <w:rPr>
          <w:sz w:val="28"/>
          <w:szCs w:val="28"/>
          <w:lang w:val="it-IT"/>
        </w:rPr>
        <w:t xml:space="preserve"> l’uno con l’altro.</w:t>
      </w:r>
    </w:p>
    <w:p w14:paraId="5CB05BDB" w14:textId="063EE8AB" w:rsidR="001E65AC" w:rsidRPr="0082518A" w:rsidRDefault="00165BA4" w:rsidP="00E94764">
      <w:pPr>
        <w:jc w:val="both"/>
        <w:rPr>
          <w:sz w:val="28"/>
          <w:szCs w:val="28"/>
          <w:lang w:val="it-IT"/>
        </w:rPr>
      </w:pPr>
      <w:r>
        <w:rPr>
          <w:sz w:val="28"/>
          <w:szCs w:val="28"/>
          <w:lang w:val="it-IT"/>
        </w:rPr>
        <w:t>Invece di essere una spinta, o</w:t>
      </w:r>
      <w:r w:rsidR="001E65AC" w:rsidRPr="0082518A">
        <w:rPr>
          <w:sz w:val="28"/>
          <w:szCs w:val="28"/>
          <w:lang w:val="it-IT"/>
        </w:rPr>
        <w:t xml:space="preserve">ggi l’energia </w:t>
      </w:r>
      <w:r w:rsidR="00FE62B1">
        <w:rPr>
          <w:sz w:val="28"/>
          <w:szCs w:val="28"/>
          <w:lang w:val="it-IT"/>
        </w:rPr>
        <w:t>è un freno alla</w:t>
      </w:r>
      <w:r w:rsidR="00DC12D8">
        <w:rPr>
          <w:sz w:val="28"/>
          <w:szCs w:val="28"/>
          <w:lang w:val="it-IT"/>
        </w:rPr>
        <w:t xml:space="preserve"> </w:t>
      </w:r>
      <w:r w:rsidR="001E65AC" w:rsidRPr="0082518A">
        <w:rPr>
          <w:sz w:val="28"/>
          <w:szCs w:val="28"/>
          <w:lang w:val="it-IT"/>
        </w:rPr>
        <w:t xml:space="preserve">competitività delle imprese e </w:t>
      </w:r>
      <w:r w:rsidR="00FE62B1">
        <w:rPr>
          <w:sz w:val="28"/>
          <w:szCs w:val="28"/>
          <w:lang w:val="it-IT"/>
        </w:rPr>
        <w:t>al</w:t>
      </w:r>
      <w:r w:rsidR="001E65AC" w:rsidRPr="0082518A">
        <w:rPr>
          <w:sz w:val="28"/>
          <w:szCs w:val="28"/>
          <w:lang w:val="it-IT"/>
        </w:rPr>
        <w:t>la crescita del Paese.</w:t>
      </w:r>
    </w:p>
    <w:p w14:paraId="22EC3383" w14:textId="0A3026FA" w:rsidR="001E65AC" w:rsidRPr="0082518A" w:rsidRDefault="001E65AC" w:rsidP="00E94764">
      <w:pPr>
        <w:jc w:val="both"/>
        <w:rPr>
          <w:sz w:val="28"/>
          <w:szCs w:val="28"/>
          <w:lang w:val="it-IT"/>
        </w:rPr>
      </w:pPr>
      <w:r w:rsidRPr="0FE6A893">
        <w:rPr>
          <w:sz w:val="28"/>
          <w:szCs w:val="28"/>
          <w:lang w:val="it-IT"/>
        </w:rPr>
        <w:t>Le imprese temono</w:t>
      </w:r>
      <w:r w:rsidR="00536D8E" w:rsidRPr="0FE6A893">
        <w:rPr>
          <w:sz w:val="28"/>
          <w:szCs w:val="28"/>
          <w:lang w:val="it-IT"/>
        </w:rPr>
        <w:t xml:space="preserve"> fortemente i</w:t>
      </w:r>
      <w:r w:rsidRPr="0FE6A893">
        <w:rPr>
          <w:sz w:val="28"/>
          <w:szCs w:val="28"/>
          <w:lang w:val="it-IT"/>
        </w:rPr>
        <w:t xml:space="preserve"> rincari che si </w:t>
      </w:r>
      <w:r w:rsidR="00E0644B">
        <w:rPr>
          <w:sz w:val="28"/>
          <w:szCs w:val="28"/>
          <w:lang w:val="it-IT"/>
        </w:rPr>
        <w:t>aggravano</w:t>
      </w:r>
      <w:r w:rsidR="00CD276E" w:rsidRPr="0FE6A893">
        <w:rPr>
          <w:sz w:val="28"/>
          <w:szCs w:val="28"/>
          <w:lang w:val="it-IT"/>
        </w:rPr>
        <w:t xml:space="preserve"> di giorno in giorno e si stanno diffondendo </w:t>
      </w:r>
      <w:r w:rsidRPr="0FE6A893">
        <w:rPr>
          <w:sz w:val="28"/>
          <w:szCs w:val="28"/>
          <w:lang w:val="it-IT"/>
        </w:rPr>
        <w:t xml:space="preserve">dai combustibili alla logistica e ad una pluralità di prodotti e </w:t>
      </w:r>
      <w:r w:rsidR="634A8D75" w:rsidRPr="0FE6A893">
        <w:rPr>
          <w:sz w:val="28"/>
          <w:szCs w:val="28"/>
          <w:lang w:val="it-IT"/>
        </w:rPr>
        <w:t>s</w:t>
      </w:r>
      <w:r w:rsidRPr="0FE6A893">
        <w:rPr>
          <w:sz w:val="28"/>
          <w:szCs w:val="28"/>
          <w:lang w:val="it-IT"/>
        </w:rPr>
        <w:t>ervizi</w:t>
      </w:r>
      <w:r w:rsidR="00EF10B3">
        <w:rPr>
          <w:sz w:val="28"/>
          <w:szCs w:val="28"/>
          <w:lang w:val="it-IT"/>
        </w:rPr>
        <w:t>,</w:t>
      </w:r>
      <w:r w:rsidRPr="0FE6A893">
        <w:rPr>
          <w:sz w:val="28"/>
          <w:szCs w:val="28"/>
          <w:lang w:val="it-IT"/>
        </w:rPr>
        <w:t xml:space="preserve"> </w:t>
      </w:r>
      <w:r w:rsidR="00EF10B3">
        <w:rPr>
          <w:sz w:val="28"/>
          <w:szCs w:val="28"/>
          <w:lang w:val="it-IT"/>
        </w:rPr>
        <w:t>p</w:t>
      </w:r>
      <w:r w:rsidRPr="0FE6A893">
        <w:rPr>
          <w:sz w:val="28"/>
          <w:szCs w:val="28"/>
          <w:lang w:val="it-IT"/>
        </w:rPr>
        <w:t xml:space="preserve">er cause geopolitiche </w:t>
      </w:r>
      <w:r w:rsidR="00EF10B3">
        <w:rPr>
          <w:sz w:val="28"/>
          <w:szCs w:val="28"/>
          <w:lang w:val="it-IT"/>
        </w:rPr>
        <w:t xml:space="preserve">e </w:t>
      </w:r>
      <w:r w:rsidRPr="0FE6A893">
        <w:rPr>
          <w:sz w:val="28"/>
          <w:szCs w:val="28"/>
          <w:lang w:val="it-IT"/>
        </w:rPr>
        <w:t xml:space="preserve">strutturali </w:t>
      </w:r>
      <w:r w:rsidR="00EF10B3">
        <w:rPr>
          <w:sz w:val="28"/>
          <w:szCs w:val="28"/>
          <w:lang w:val="it-IT"/>
        </w:rPr>
        <w:t>legate al</w:t>
      </w:r>
      <w:r w:rsidRPr="0FE6A893">
        <w:rPr>
          <w:sz w:val="28"/>
          <w:szCs w:val="28"/>
          <w:lang w:val="it-IT"/>
        </w:rPr>
        <w:t xml:space="preserve"> mix energetico, </w:t>
      </w:r>
      <w:r w:rsidR="00EF10B3">
        <w:rPr>
          <w:sz w:val="28"/>
          <w:szCs w:val="28"/>
          <w:lang w:val="it-IT"/>
        </w:rPr>
        <w:t>a</w:t>
      </w:r>
      <w:r w:rsidRPr="0FE6A893">
        <w:rPr>
          <w:sz w:val="28"/>
          <w:szCs w:val="28"/>
          <w:lang w:val="it-IT"/>
        </w:rPr>
        <w:t>lla diversificazione delle</w:t>
      </w:r>
      <w:r w:rsidR="00EF10B3">
        <w:rPr>
          <w:sz w:val="28"/>
          <w:szCs w:val="28"/>
          <w:lang w:val="it-IT"/>
        </w:rPr>
        <w:t xml:space="preserve"> fonti</w:t>
      </w:r>
      <w:r w:rsidRPr="0FE6A893">
        <w:rPr>
          <w:sz w:val="28"/>
          <w:szCs w:val="28"/>
          <w:lang w:val="it-IT"/>
        </w:rPr>
        <w:t xml:space="preserve">, </w:t>
      </w:r>
      <w:r w:rsidR="00EF10B3">
        <w:rPr>
          <w:sz w:val="28"/>
          <w:szCs w:val="28"/>
          <w:lang w:val="it-IT"/>
        </w:rPr>
        <w:t>a</w:t>
      </w:r>
      <w:r w:rsidRPr="0FE6A893">
        <w:rPr>
          <w:sz w:val="28"/>
          <w:szCs w:val="28"/>
          <w:lang w:val="it-IT"/>
        </w:rPr>
        <w:t xml:space="preserve">lle carenze impiantistiche e </w:t>
      </w:r>
      <w:r w:rsidR="00EF10B3">
        <w:rPr>
          <w:sz w:val="28"/>
          <w:szCs w:val="28"/>
          <w:lang w:val="it-IT"/>
        </w:rPr>
        <w:t>a</w:t>
      </w:r>
      <w:r w:rsidRPr="0FE6A893">
        <w:rPr>
          <w:sz w:val="28"/>
          <w:szCs w:val="28"/>
          <w:lang w:val="it-IT"/>
        </w:rPr>
        <w:t>ll’insufficienza delle reti</w:t>
      </w:r>
      <w:r w:rsidR="00EF10B3">
        <w:rPr>
          <w:sz w:val="28"/>
          <w:szCs w:val="28"/>
          <w:lang w:val="it-IT"/>
        </w:rPr>
        <w:t>.</w:t>
      </w:r>
    </w:p>
    <w:p w14:paraId="5A80DDB6" w14:textId="1B259885" w:rsidR="001E65AC" w:rsidRPr="0082518A" w:rsidRDefault="001E65AC" w:rsidP="00E94764">
      <w:pPr>
        <w:jc w:val="both"/>
        <w:rPr>
          <w:sz w:val="28"/>
          <w:szCs w:val="28"/>
          <w:lang w:val="it-IT"/>
        </w:rPr>
      </w:pPr>
      <w:r w:rsidRPr="0082518A">
        <w:rPr>
          <w:sz w:val="28"/>
          <w:szCs w:val="28"/>
          <w:lang w:val="it-IT"/>
        </w:rPr>
        <w:t>È noto come il Paese</w:t>
      </w:r>
      <w:r w:rsidR="00150863">
        <w:rPr>
          <w:sz w:val="28"/>
          <w:szCs w:val="28"/>
          <w:lang w:val="it-IT"/>
        </w:rPr>
        <w:t>,</w:t>
      </w:r>
      <w:r w:rsidRPr="0082518A">
        <w:rPr>
          <w:sz w:val="28"/>
          <w:szCs w:val="28"/>
          <w:lang w:val="it-IT"/>
        </w:rPr>
        <w:t xml:space="preserve"> sbilanciato sul gas</w:t>
      </w:r>
      <w:r w:rsidR="00150863">
        <w:rPr>
          <w:sz w:val="28"/>
          <w:szCs w:val="28"/>
          <w:lang w:val="it-IT"/>
        </w:rPr>
        <w:t>,</w:t>
      </w:r>
      <w:r w:rsidRPr="0082518A">
        <w:rPr>
          <w:sz w:val="28"/>
          <w:szCs w:val="28"/>
          <w:lang w:val="it-IT"/>
        </w:rPr>
        <w:t xml:space="preserve"> necessiti di una maggiore produzione da rinnovabili ed una maggiore generazione complessiva, dato che i consumi superano le produzioni con un conseguente fabbisogno di importazione.</w:t>
      </w:r>
    </w:p>
    <w:p w14:paraId="24B0AACC" w14:textId="7849DBE7" w:rsidR="0043124D" w:rsidRPr="0082518A" w:rsidRDefault="0043124D" w:rsidP="0043124D">
      <w:pPr>
        <w:jc w:val="both"/>
        <w:rPr>
          <w:sz w:val="28"/>
          <w:szCs w:val="28"/>
          <w:lang w:val="it-IT"/>
        </w:rPr>
      </w:pPr>
      <w:r>
        <w:rPr>
          <w:sz w:val="28"/>
          <w:szCs w:val="28"/>
          <w:lang w:val="it-IT"/>
        </w:rPr>
        <w:t>Siamo tutti favorevoli alle rinnovabili, ma purtroppo prima delle localizzazioni</w:t>
      </w:r>
      <w:r w:rsidR="00BF6E02">
        <w:rPr>
          <w:sz w:val="28"/>
          <w:szCs w:val="28"/>
          <w:lang w:val="it-IT"/>
        </w:rPr>
        <w:t xml:space="preserve"> degli impianti.</w:t>
      </w:r>
    </w:p>
    <w:p w14:paraId="0F2869F0" w14:textId="3CD49427" w:rsidR="008A179D" w:rsidRDefault="008A179D" w:rsidP="00E94764">
      <w:pPr>
        <w:jc w:val="both"/>
        <w:rPr>
          <w:sz w:val="28"/>
          <w:szCs w:val="28"/>
          <w:lang w:val="it-IT"/>
        </w:rPr>
      </w:pPr>
      <w:r>
        <w:rPr>
          <w:sz w:val="28"/>
          <w:szCs w:val="28"/>
          <w:lang w:val="it-IT"/>
        </w:rPr>
        <w:t>Il numero delle autorizzazioni pendenti supera abbondantemente</w:t>
      </w:r>
      <w:r w:rsidR="00FC3514">
        <w:rPr>
          <w:sz w:val="28"/>
          <w:szCs w:val="28"/>
          <w:lang w:val="it-IT"/>
        </w:rPr>
        <w:t xml:space="preserve"> </w:t>
      </w:r>
      <w:r w:rsidR="00B13436">
        <w:rPr>
          <w:sz w:val="28"/>
          <w:szCs w:val="28"/>
          <w:lang w:val="it-IT"/>
        </w:rPr>
        <w:t>i</w:t>
      </w:r>
      <w:r w:rsidR="00FC3514">
        <w:rPr>
          <w:sz w:val="28"/>
          <w:szCs w:val="28"/>
          <w:lang w:val="it-IT"/>
        </w:rPr>
        <w:t xml:space="preserve"> </w:t>
      </w:r>
      <w:r w:rsidR="00B13436">
        <w:rPr>
          <w:sz w:val="28"/>
          <w:szCs w:val="28"/>
          <w:lang w:val="it-IT"/>
        </w:rPr>
        <w:t>146</w:t>
      </w:r>
      <w:r w:rsidR="00FC3514">
        <w:rPr>
          <w:sz w:val="28"/>
          <w:szCs w:val="28"/>
          <w:lang w:val="it-IT"/>
        </w:rPr>
        <w:t xml:space="preserve"> GW</w:t>
      </w:r>
      <w:r>
        <w:rPr>
          <w:sz w:val="28"/>
          <w:szCs w:val="28"/>
          <w:lang w:val="it-IT"/>
        </w:rPr>
        <w:t>,</w:t>
      </w:r>
      <w:r w:rsidR="00E425F9">
        <w:rPr>
          <w:sz w:val="28"/>
          <w:szCs w:val="28"/>
          <w:lang w:val="it-IT"/>
        </w:rPr>
        <w:t xml:space="preserve"> pari a 850 autorizzazioni in corso,</w:t>
      </w:r>
      <w:r>
        <w:rPr>
          <w:sz w:val="28"/>
          <w:szCs w:val="28"/>
          <w:lang w:val="it-IT"/>
        </w:rPr>
        <w:t xml:space="preserve"> </w:t>
      </w:r>
      <w:r w:rsidR="009C031D">
        <w:rPr>
          <w:sz w:val="28"/>
          <w:szCs w:val="28"/>
          <w:lang w:val="it-IT"/>
        </w:rPr>
        <w:t>a causa di</w:t>
      </w:r>
      <w:r>
        <w:rPr>
          <w:sz w:val="28"/>
          <w:szCs w:val="28"/>
          <w:lang w:val="it-IT"/>
        </w:rPr>
        <w:t xml:space="preserve"> comp</w:t>
      </w:r>
      <w:r w:rsidR="00103C97">
        <w:rPr>
          <w:sz w:val="28"/>
          <w:szCs w:val="28"/>
          <w:lang w:val="it-IT"/>
        </w:rPr>
        <w:t>l</w:t>
      </w:r>
      <w:r>
        <w:rPr>
          <w:sz w:val="28"/>
          <w:szCs w:val="28"/>
          <w:lang w:val="it-IT"/>
        </w:rPr>
        <w:t>essità burocratiche</w:t>
      </w:r>
      <w:r w:rsidR="009C031D">
        <w:rPr>
          <w:sz w:val="28"/>
          <w:szCs w:val="28"/>
          <w:lang w:val="it-IT"/>
        </w:rPr>
        <w:t xml:space="preserve"> e di </w:t>
      </w:r>
      <w:r>
        <w:rPr>
          <w:sz w:val="28"/>
          <w:szCs w:val="28"/>
          <w:lang w:val="it-IT"/>
        </w:rPr>
        <w:t>resistenze finali sui lu</w:t>
      </w:r>
      <w:r w:rsidR="00103C97">
        <w:rPr>
          <w:sz w:val="28"/>
          <w:szCs w:val="28"/>
          <w:lang w:val="it-IT"/>
        </w:rPr>
        <w:t>o</w:t>
      </w:r>
      <w:r>
        <w:rPr>
          <w:sz w:val="28"/>
          <w:szCs w:val="28"/>
          <w:lang w:val="it-IT"/>
        </w:rPr>
        <w:t>ghi di insediamento</w:t>
      </w:r>
      <w:r w:rsidR="00607297">
        <w:rPr>
          <w:sz w:val="28"/>
          <w:szCs w:val="28"/>
          <w:lang w:val="it-IT"/>
        </w:rPr>
        <w:t>.</w:t>
      </w:r>
      <w:r w:rsidR="0038204A">
        <w:rPr>
          <w:sz w:val="28"/>
          <w:szCs w:val="28"/>
          <w:lang w:val="it-IT"/>
        </w:rPr>
        <w:t xml:space="preserve"> </w:t>
      </w:r>
      <w:r w:rsidR="00FF34AD">
        <w:rPr>
          <w:sz w:val="28"/>
          <w:szCs w:val="28"/>
          <w:lang w:val="it-IT"/>
        </w:rPr>
        <w:t>L</w:t>
      </w:r>
      <w:r w:rsidR="00021310">
        <w:rPr>
          <w:sz w:val="28"/>
          <w:szCs w:val="28"/>
          <w:lang w:val="it-IT"/>
        </w:rPr>
        <w:t>a connessione degli impianti in corso di autorizzazione è oggi cruciale</w:t>
      </w:r>
      <w:r w:rsidR="00F250C0">
        <w:rPr>
          <w:sz w:val="28"/>
          <w:szCs w:val="28"/>
          <w:lang w:val="it-IT"/>
        </w:rPr>
        <w:t xml:space="preserve"> </w:t>
      </w:r>
      <w:r w:rsidR="00130848">
        <w:rPr>
          <w:sz w:val="28"/>
          <w:szCs w:val="28"/>
          <w:lang w:val="it-IT"/>
        </w:rPr>
        <w:t xml:space="preserve">ai fini </w:t>
      </w:r>
      <w:r w:rsidR="00C64A73">
        <w:rPr>
          <w:sz w:val="28"/>
          <w:szCs w:val="28"/>
          <w:lang w:val="it-IT"/>
        </w:rPr>
        <w:t>de</w:t>
      </w:r>
      <w:r w:rsidR="001A144A">
        <w:rPr>
          <w:sz w:val="28"/>
          <w:szCs w:val="28"/>
          <w:lang w:val="it-IT"/>
        </w:rPr>
        <w:t>lla riduzione del costo dell’energia nel breve termine.</w:t>
      </w:r>
    </w:p>
    <w:p w14:paraId="0D8195C8" w14:textId="14A27D3F" w:rsidR="00F250C0" w:rsidRDefault="00C12614" w:rsidP="00E94764">
      <w:pPr>
        <w:jc w:val="both"/>
        <w:rPr>
          <w:sz w:val="28"/>
          <w:szCs w:val="28"/>
          <w:lang w:val="it-IT"/>
        </w:rPr>
      </w:pPr>
      <w:r>
        <w:rPr>
          <w:sz w:val="28"/>
          <w:szCs w:val="28"/>
          <w:lang w:val="it-IT"/>
        </w:rPr>
        <w:lastRenderedPageBreak/>
        <w:t>As</w:t>
      </w:r>
      <w:r w:rsidR="00F250C0">
        <w:rPr>
          <w:sz w:val="28"/>
          <w:szCs w:val="28"/>
          <w:lang w:val="it-IT"/>
        </w:rPr>
        <w:t xml:space="preserve">sieme </w:t>
      </w:r>
      <w:r w:rsidR="004C4F3C">
        <w:rPr>
          <w:sz w:val="28"/>
          <w:szCs w:val="28"/>
          <w:lang w:val="it-IT"/>
        </w:rPr>
        <w:t xml:space="preserve">alla revisione </w:t>
      </w:r>
      <w:r w:rsidR="001E0367">
        <w:rPr>
          <w:sz w:val="28"/>
          <w:szCs w:val="28"/>
          <w:lang w:val="it-IT"/>
        </w:rPr>
        <w:t>degli ETS</w:t>
      </w:r>
      <w:r w:rsidR="00855C8B">
        <w:rPr>
          <w:sz w:val="28"/>
          <w:szCs w:val="28"/>
          <w:lang w:val="it-IT"/>
        </w:rPr>
        <w:t xml:space="preserve"> per i settori con emissioni</w:t>
      </w:r>
      <w:r w:rsidR="002B7040">
        <w:rPr>
          <w:sz w:val="28"/>
          <w:szCs w:val="28"/>
          <w:lang w:val="it-IT"/>
        </w:rPr>
        <w:t xml:space="preserve"> “hard to abate”</w:t>
      </w:r>
      <w:r w:rsidR="003C4DCA">
        <w:rPr>
          <w:sz w:val="28"/>
          <w:szCs w:val="28"/>
          <w:lang w:val="it-IT"/>
        </w:rPr>
        <w:t xml:space="preserve"> che</w:t>
      </w:r>
      <w:r w:rsidR="002B7040">
        <w:rPr>
          <w:sz w:val="28"/>
          <w:szCs w:val="28"/>
          <w:lang w:val="it-IT"/>
        </w:rPr>
        <w:t xml:space="preserve">, </w:t>
      </w:r>
      <w:r w:rsidR="003C4DCA">
        <w:rPr>
          <w:sz w:val="28"/>
          <w:szCs w:val="28"/>
          <w:lang w:val="it-IT"/>
        </w:rPr>
        <w:t xml:space="preserve">a causa </w:t>
      </w:r>
      <w:r w:rsidR="00761271">
        <w:rPr>
          <w:sz w:val="28"/>
          <w:szCs w:val="28"/>
          <w:lang w:val="it-IT"/>
        </w:rPr>
        <w:t>di una distorsione finanziaria</w:t>
      </w:r>
      <w:r w:rsidR="002B7040">
        <w:rPr>
          <w:sz w:val="28"/>
          <w:szCs w:val="28"/>
          <w:lang w:val="it-IT"/>
        </w:rPr>
        <w:t xml:space="preserve">, </w:t>
      </w:r>
      <w:r w:rsidR="00060A83">
        <w:rPr>
          <w:sz w:val="28"/>
          <w:szCs w:val="28"/>
          <w:lang w:val="it-IT"/>
        </w:rPr>
        <w:t>pesa</w:t>
      </w:r>
      <w:r w:rsidR="002B7040">
        <w:rPr>
          <w:sz w:val="28"/>
          <w:szCs w:val="28"/>
          <w:lang w:val="it-IT"/>
        </w:rPr>
        <w:t>no</w:t>
      </w:r>
      <w:r w:rsidR="00060A83">
        <w:rPr>
          <w:sz w:val="28"/>
          <w:szCs w:val="28"/>
          <w:lang w:val="it-IT"/>
        </w:rPr>
        <w:t xml:space="preserve"> </w:t>
      </w:r>
      <w:r w:rsidR="00ED3589">
        <w:rPr>
          <w:sz w:val="28"/>
          <w:szCs w:val="28"/>
          <w:lang w:val="it-IT"/>
        </w:rPr>
        <w:t>in misura non sopportabile</w:t>
      </w:r>
      <w:r w:rsidR="00EF53F6">
        <w:rPr>
          <w:sz w:val="28"/>
          <w:szCs w:val="28"/>
          <w:lang w:val="it-IT"/>
        </w:rPr>
        <w:t>.</w:t>
      </w:r>
    </w:p>
    <w:p w14:paraId="3154CC5C" w14:textId="3B1A7522" w:rsidR="00185C82" w:rsidRDefault="000D7D86" w:rsidP="00E94764">
      <w:pPr>
        <w:jc w:val="both"/>
        <w:rPr>
          <w:sz w:val="28"/>
          <w:szCs w:val="28"/>
          <w:lang w:val="it-IT"/>
        </w:rPr>
      </w:pPr>
      <w:r>
        <w:rPr>
          <w:sz w:val="28"/>
          <w:szCs w:val="28"/>
          <w:lang w:val="it-IT"/>
        </w:rPr>
        <w:t>L’energia è sì un fattore di economicità, ma anche di garanzia di continuità.</w:t>
      </w:r>
    </w:p>
    <w:p w14:paraId="35602041" w14:textId="2E7F2AFA" w:rsidR="009751A1" w:rsidRDefault="009751A1" w:rsidP="00E94764">
      <w:pPr>
        <w:jc w:val="both"/>
        <w:rPr>
          <w:sz w:val="28"/>
          <w:szCs w:val="28"/>
          <w:lang w:val="it-IT"/>
        </w:rPr>
      </w:pPr>
      <w:r>
        <w:rPr>
          <w:sz w:val="28"/>
          <w:szCs w:val="28"/>
          <w:lang w:val="it-IT"/>
        </w:rPr>
        <w:t>Senza energia non c’è industria.</w:t>
      </w:r>
      <w:r w:rsidR="00FA210D">
        <w:rPr>
          <w:sz w:val="28"/>
          <w:szCs w:val="28"/>
          <w:lang w:val="it-IT"/>
        </w:rPr>
        <w:t xml:space="preserve"> </w:t>
      </w:r>
    </w:p>
    <w:p w14:paraId="2A3EDC13" w14:textId="4CE6011B" w:rsidR="00FA210D" w:rsidRDefault="00FA210D" w:rsidP="00E94764">
      <w:pPr>
        <w:jc w:val="both"/>
        <w:rPr>
          <w:sz w:val="28"/>
          <w:szCs w:val="28"/>
          <w:lang w:val="it-IT"/>
        </w:rPr>
      </w:pPr>
      <w:r>
        <w:rPr>
          <w:sz w:val="28"/>
          <w:szCs w:val="28"/>
          <w:lang w:val="it-IT"/>
        </w:rPr>
        <w:t>Senza industria non c’è né sviluppo né benessere.</w:t>
      </w:r>
    </w:p>
    <w:p w14:paraId="7534101B" w14:textId="42061D24" w:rsidR="00EF3FD8" w:rsidRDefault="00EF3FD8" w:rsidP="00EF3FD8">
      <w:pPr>
        <w:jc w:val="both"/>
        <w:rPr>
          <w:sz w:val="28"/>
          <w:szCs w:val="28"/>
          <w:lang w:val="it-IT"/>
        </w:rPr>
      </w:pPr>
      <w:r w:rsidRPr="0082518A">
        <w:rPr>
          <w:sz w:val="28"/>
          <w:szCs w:val="28"/>
          <w:lang w:val="it-IT"/>
        </w:rPr>
        <w:t xml:space="preserve">Tutti questi </w:t>
      </w:r>
      <w:r w:rsidR="00381833">
        <w:rPr>
          <w:sz w:val="28"/>
          <w:szCs w:val="28"/>
          <w:lang w:val="it-IT"/>
        </w:rPr>
        <w:t>interventi</w:t>
      </w:r>
      <w:r w:rsidRPr="0082518A">
        <w:rPr>
          <w:sz w:val="28"/>
          <w:szCs w:val="28"/>
          <w:lang w:val="it-IT"/>
        </w:rPr>
        <w:t xml:space="preserve"> saranno efficaci e più brevi solo se inseriti in una politica energetica industriale </w:t>
      </w:r>
      <w:r w:rsidR="002B7040">
        <w:rPr>
          <w:sz w:val="28"/>
          <w:szCs w:val="28"/>
          <w:lang w:val="it-IT"/>
        </w:rPr>
        <w:t xml:space="preserve">consapevole </w:t>
      </w:r>
      <w:r w:rsidRPr="0082518A">
        <w:rPr>
          <w:sz w:val="28"/>
          <w:szCs w:val="28"/>
          <w:lang w:val="it-IT"/>
        </w:rPr>
        <w:t>che una</w:t>
      </w:r>
      <w:r>
        <w:rPr>
          <w:sz w:val="28"/>
          <w:szCs w:val="28"/>
          <w:lang w:val="it-IT"/>
        </w:rPr>
        <w:t xml:space="preserve"> </w:t>
      </w:r>
      <w:r w:rsidRPr="0082518A">
        <w:rPr>
          <w:sz w:val="28"/>
          <w:szCs w:val="28"/>
          <w:lang w:val="it-IT"/>
        </w:rPr>
        <w:t>energia più competitiva, al livello degli altri Paesi europei, sarà</w:t>
      </w:r>
      <w:r>
        <w:rPr>
          <w:sz w:val="28"/>
          <w:szCs w:val="28"/>
          <w:lang w:val="it-IT"/>
        </w:rPr>
        <w:t xml:space="preserve"> </w:t>
      </w:r>
      <w:r w:rsidRPr="0082518A">
        <w:rPr>
          <w:sz w:val="28"/>
          <w:szCs w:val="28"/>
          <w:lang w:val="it-IT"/>
        </w:rPr>
        <w:t xml:space="preserve">fattore </w:t>
      </w:r>
      <w:r>
        <w:rPr>
          <w:sz w:val="28"/>
          <w:szCs w:val="28"/>
          <w:lang w:val="it-IT"/>
        </w:rPr>
        <w:t>a</w:t>
      </w:r>
      <w:r w:rsidRPr="0082518A">
        <w:rPr>
          <w:sz w:val="28"/>
          <w:szCs w:val="28"/>
          <w:lang w:val="it-IT"/>
        </w:rPr>
        <w:t>bilitante per la crescita del prodotto interno lordo.</w:t>
      </w:r>
    </w:p>
    <w:p w14:paraId="452EFECE" w14:textId="5A920117" w:rsidR="00CE5A8E" w:rsidRDefault="00CE5A8E" w:rsidP="00EF3FD8">
      <w:pPr>
        <w:jc w:val="both"/>
        <w:rPr>
          <w:sz w:val="28"/>
          <w:szCs w:val="28"/>
          <w:lang w:val="it-IT"/>
        </w:rPr>
      </w:pPr>
      <w:r>
        <w:rPr>
          <w:sz w:val="28"/>
          <w:szCs w:val="28"/>
          <w:lang w:val="it-IT"/>
        </w:rPr>
        <w:t xml:space="preserve">Le </w:t>
      </w:r>
      <w:r w:rsidRPr="1AB022FE">
        <w:rPr>
          <w:sz w:val="28"/>
          <w:szCs w:val="28"/>
          <w:lang w:val="it-IT"/>
        </w:rPr>
        <w:t>imprese italiane</w:t>
      </w:r>
      <w:r>
        <w:rPr>
          <w:sz w:val="28"/>
          <w:szCs w:val="28"/>
          <w:lang w:val="it-IT"/>
        </w:rPr>
        <w:t xml:space="preserve"> partecipano a </w:t>
      </w:r>
      <w:r w:rsidRPr="1AB022FE">
        <w:rPr>
          <w:sz w:val="28"/>
          <w:szCs w:val="28"/>
          <w:lang w:val="it-IT"/>
        </w:rPr>
        <w:t xml:space="preserve">una gara ad handicap </w:t>
      </w:r>
      <w:r>
        <w:rPr>
          <w:sz w:val="28"/>
          <w:szCs w:val="28"/>
          <w:lang w:val="it-IT"/>
        </w:rPr>
        <w:t xml:space="preserve">in cui </w:t>
      </w:r>
      <w:r w:rsidRPr="1AB022FE">
        <w:rPr>
          <w:sz w:val="28"/>
          <w:szCs w:val="28"/>
          <w:lang w:val="it-IT"/>
        </w:rPr>
        <w:t xml:space="preserve">le nostre aziende partono con un </w:t>
      </w:r>
      <w:proofErr w:type="gramStart"/>
      <w:r w:rsidRPr="1AB022FE">
        <w:rPr>
          <w:sz w:val="28"/>
          <w:szCs w:val="28"/>
          <w:lang w:val="it-IT"/>
        </w:rPr>
        <w:t>gap</w:t>
      </w:r>
      <w:proofErr w:type="gramEnd"/>
      <w:r w:rsidRPr="1AB022FE">
        <w:rPr>
          <w:sz w:val="28"/>
          <w:szCs w:val="28"/>
          <w:lang w:val="it-IT"/>
        </w:rPr>
        <w:t xml:space="preserve"> pesante di costo dell’energia.</w:t>
      </w:r>
    </w:p>
    <w:p w14:paraId="1C016CA3" w14:textId="13B3200E" w:rsidR="00E158F6" w:rsidRPr="0082518A" w:rsidRDefault="00E215C4" w:rsidP="00E94764">
      <w:pPr>
        <w:jc w:val="both"/>
        <w:rPr>
          <w:sz w:val="28"/>
          <w:szCs w:val="28"/>
          <w:lang w:val="it-IT"/>
        </w:rPr>
      </w:pPr>
      <w:r>
        <w:rPr>
          <w:sz w:val="28"/>
          <w:szCs w:val="28"/>
          <w:lang w:val="it-IT"/>
        </w:rPr>
        <w:t>La competitività delle imprese va difesa subito, prima di qualunque cesura delle produzioni.</w:t>
      </w:r>
    </w:p>
    <w:p w14:paraId="25561FB8" w14:textId="0A3EF55D" w:rsidR="00CB7DE7" w:rsidRDefault="00CB7DE7" w:rsidP="00E94764">
      <w:pPr>
        <w:jc w:val="both"/>
        <w:rPr>
          <w:sz w:val="28"/>
          <w:szCs w:val="28"/>
          <w:lang w:val="it-IT"/>
        </w:rPr>
      </w:pPr>
      <w:r w:rsidRPr="0082518A">
        <w:rPr>
          <w:sz w:val="28"/>
          <w:szCs w:val="28"/>
          <w:lang w:val="it-IT"/>
        </w:rPr>
        <w:t xml:space="preserve">Nel tempo </w:t>
      </w:r>
      <w:r>
        <w:rPr>
          <w:sz w:val="28"/>
          <w:szCs w:val="28"/>
          <w:lang w:val="it-IT"/>
        </w:rPr>
        <w:t>richiesto</w:t>
      </w:r>
      <w:r w:rsidRPr="0082518A">
        <w:rPr>
          <w:sz w:val="28"/>
          <w:szCs w:val="28"/>
          <w:lang w:val="it-IT"/>
        </w:rPr>
        <w:t>, ma con uno sguardo profondo e completo</w:t>
      </w:r>
      <w:r w:rsidR="00672209">
        <w:rPr>
          <w:sz w:val="28"/>
          <w:szCs w:val="28"/>
          <w:lang w:val="it-IT"/>
        </w:rPr>
        <w:t>, considerando in primis</w:t>
      </w:r>
      <w:r w:rsidR="007E2EE5">
        <w:rPr>
          <w:sz w:val="28"/>
          <w:szCs w:val="28"/>
          <w:lang w:val="it-IT"/>
        </w:rPr>
        <w:t xml:space="preserve"> i crescenti fabbisogni del domani.</w:t>
      </w:r>
    </w:p>
    <w:p w14:paraId="293F90FC" w14:textId="7488D80B" w:rsidR="00723161" w:rsidRPr="0082518A" w:rsidRDefault="00723161" w:rsidP="000321CD">
      <w:pPr>
        <w:jc w:val="both"/>
        <w:rPr>
          <w:sz w:val="28"/>
          <w:szCs w:val="28"/>
          <w:lang w:val="it-IT"/>
        </w:rPr>
      </w:pPr>
      <w:r w:rsidRPr="1AB022FE">
        <w:rPr>
          <w:sz w:val="28"/>
          <w:szCs w:val="28"/>
          <w:lang w:val="it-IT"/>
        </w:rPr>
        <w:t xml:space="preserve">In questi giorni </w:t>
      </w:r>
      <w:r w:rsidR="00A73F51" w:rsidRPr="1AB022FE">
        <w:rPr>
          <w:sz w:val="28"/>
          <w:szCs w:val="28"/>
          <w:lang w:val="it-IT"/>
        </w:rPr>
        <w:t>è stata approvat</w:t>
      </w:r>
      <w:r w:rsidR="002309D8" w:rsidRPr="1AB022FE">
        <w:rPr>
          <w:sz w:val="28"/>
          <w:szCs w:val="28"/>
          <w:lang w:val="it-IT"/>
        </w:rPr>
        <w:t xml:space="preserve">o il Ddl sull’energia nucleare. Una buona notizia </w:t>
      </w:r>
      <w:r w:rsidR="00175A82" w:rsidRPr="1AB022FE">
        <w:rPr>
          <w:sz w:val="28"/>
          <w:szCs w:val="28"/>
          <w:lang w:val="it-IT"/>
        </w:rPr>
        <w:t xml:space="preserve">che apre delle </w:t>
      </w:r>
      <w:r w:rsidR="6E0F2883" w:rsidRPr="1AB022FE">
        <w:rPr>
          <w:sz w:val="28"/>
          <w:szCs w:val="28"/>
          <w:lang w:val="it-IT"/>
        </w:rPr>
        <w:t>prospettive per</w:t>
      </w:r>
      <w:r w:rsidR="00175A82" w:rsidRPr="1AB022FE">
        <w:rPr>
          <w:sz w:val="28"/>
          <w:szCs w:val="28"/>
          <w:lang w:val="it-IT"/>
        </w:rPr>
        <w:t xml:space="preserve"> l</w:t>
      </w:r>
      <w:r w:rsidR="006E55C9" w:rsidRPr="1AB022FE">
        <w:rPr>
          <w:sz w:val="28"/>
          <w:szCs w:val="28"/>
          <w:lang w:val="it-IT"/>
        </w:rPr>
        <w:t xml:space="preserve">’autonomia strategica e l’equilibrio ambientale </w:t>
      </w:r>
      <w:r w:rsidR="004F59E2" w:rsidRPr="1AB022FE">
        <w:rPr>
          <w:sz w:val="28"/>
          <w:szCs w:val="28"/>
          <w:lang w:val="it-IT"/>
        </w:rPr>
        <w:t xml:space="preserve">del </w:t>
      </w:r>
      <w:r w:rsidR="58B668AE" w:rsidRPr="1AB022FE">
        <w:rPr>
          <w:sz w:val="28"/>
          <w:szCs w:val="28"/>
          <w:lang w:val="it-IT"/>
        </w:rPr>
        <w:t>P</w:t>
      </w:r>
      <w:r w:rsidR="004F59E2" w:rsidRPr="1AB022FE">
        <w:rPr>
          <w:sz w:val="28"/>
          <w:szCs w:val="28"/>
          <w:lang w:val="it-IT"/>
        </w:rPr>
        <w:t>aese</w:t>
      </w:r>
      <w:r w:rsidR="2B534303" w:rsidRPr="1AB022FE">
        <w:rPr>
          <w:sz w:val="28"/>
          <w:szCs w:val="28"/>
          <w:lang w:val="it-IT"/>
        </w:rPr>
        <w:t xml:space="preserve"> e del nostro territorio.</w:t>
      </w:r>
    </w:p>
    <w:p w14:paraId="5B8B51C9" w14:textId="6D982841" w:rsidR="001E65AC" w:rsidRPr="0082518A" w:rsidRDefault="28427CE5" w:rsidP="00E94764">
      <w:pPr>
        <w:jc w:val="both"/>
        <w:rPr>
          <w:sz w:val="28"/>
          <w:szCs w:val="28"/>
          <w:lang w:val="it-IT"/>
        </w:rPr>
      </w:pPr>
      <w:r w:rsidRPr="180EEB5C">
        <w:rPr>
          <w:sz w:val="28"/>
          <w:szCs w:val="28"/>
          <w:lang w:val="it-IT"/>
        </w:rPr>
        <w:t>È</w:t>
      </w:r>
      <w:r w:rsidR="00903558" w:rsidRPr="180EEB5C">
        <w:rPr>
          <w:sz w:val="28"/>
          <w:szCs w:val="28"/>
          <w:lang w:val="it-IT"/>
        </w:rPr>
        <w:t xml:space="preserve"> </w:t>
      </w:r>
      <w:r w:rsidR="00A83BC6">
        <w:rPr>
          <w:sz w:val="28"/>
          <w:szCs w:val="28"/>
          <w:lang w:val="it-IT"/>
        </w:rPr>
        <w:t xml:space="preserve">comunque </w:t>
      </w:r>
      <w:r w:rsidR="00903558" w:rsidRPr="180EEB5C">
        <w:rPr>
          <w:sz w:val="28"/>
          <w:szCs w:val="28"/>
          <w:lang w:val="it-IT"/>
        </w:rPr>
        <w:t>necessario</w:t>
      </w:r>
      <w:r w:rsidR="00A83BC6">
        <w:rPr>
          <w:sz w:val="28"/>
          <w:szCs w:val="28"/>
          <w:lang w:val="it-IT"/>
        </w:rPr>
        <w:t xml:space="preserve"> </w:t>
      </w:r>
      <w:r w:rsidR="658811E4" w:rsidRPr="180EEB5C">
        <w:rPr>
          <w:sz w:val="28"/>
          <w:szCs w:val="28"/>
          <w:lang w:val="it-IT"/>
        </w:rPr>
        <w:t>colmare il</w:t>
      </w:r>
      <w:r w:rsidR="001E65AC" w:rsidRPr="180EEB5C">
        <w:rPr>
          <w:sz w:val="28"/>
          <w:szCs w:val="28"/>
          <w:lang w:val="it-IT"/>
        </w:rPr>
        <w:t xml:space="preserve"> differenziale di competitività</w:t>
      </w:r>
      <w:r w:rsidR="00D92E8F" w:rsidRPr="180EEB5C">
        <w:rPr>
          <w:sz w:val="28"/>
          <w:szCs w:val="28"/>
          <w:lang w:val="it-IT"/>
        </w:rPr>
        <w:t>, assumen</w:t>
      </w:r>
      <w:r w:rsidR="008C6053" w:rsidRPr="180EEB5C">
        <w:rPr>
          <w:sz w:val="28"/>
          <w:szCs w:val="28"/>
          <w:lang w:val="it-IT"/>
        </w:rPr>
        <w:t>d</w:t>
      </w:r>
      <w:r w:rsidR="00D92E8F" w:rsidRPr="180EEB5C">
        <w:rPr>
          <w:sz w:val="28"/>
          <w:szCs w:val="28"/>
          <w:lang w:val="it-IT"/>
        </w:rPr>
        <w:t>o</w:t>
      </w:r>
      <w:r w:rsidR="00A83BC6">
        <w:rPr>
          <w:sz w:val="28"/>
          <w:szCs w:val="28"/>
          <w:lang w:val="it-IT"/>
        </w:rPr>
        <w:t xml:space="preserve"> </w:t>
      </w:r>
      <w:r w:rsidR="00D92E8F" w:rsidRPr="180EEB5C">
        <w:rPr>
          <w:sz w:val="28"/>
          <w:szCs w:val="28"/>
          <w:lang w:val="it-IT"/>
        </w:rPr>
        <w:t>tempestivam</w:t>
      </w:r>
      <w:r w:rsidR="008C6053" w:rsidRPr="180EEB5C">
        <w:rPr>
          <w:sz w:val="28"/>
          <w:szCs w:val="28"/>
          <w:lang w:val="it-IT"/>
        </w:rPr>
        <w:t>e</w:t>
      </w:r>
      <w:r w:rsidR="00D92E8F" w:rsidRPr="180EEB5C">
        <w:rPr>
          <w:sz w:val="28"/>
          <w:szCs w:val="28"/>
          <w:lang w:val="it-IT"/>
        </w:rPr>
        <w:t xml:space="preserve">nte </w:t>
      </w:r>
      <w:r w:rsidR="00F92101" w:rsidRPr="180EEB5C">
        <w:rPr>
          <w:sz w:val="28"/>
          <w:szCs w:val="28"/>
          <w:lang w:val="it-IT"/>
        </w:rPr>
        <w:t xml:space="preserve">le decisioni </w:t>
      </w:r>
      <w:r w:rsidR="00363C7C">
        <w:rPr>
          <w:sz w:val="28"/>
          <w:szCs w:val="28"/>
          <w:lang w:val="it-IT"/>
        </w:rPr>
        <w:t>opportune</w:t>
      </w:r>
      <w:r w:rsidR="00F92101" w:rsidRPr="180EEB5C">
        <w:rPr>
          <w:sz w:val="28"/>
          <w:szCs w:val="28"/>
          <w:lang w:val="it-IT"/>
        </w:rPr>
        <w:t xml:space="preserve"> per eliminare le distorsioni più penalizzanti</w:t>
      </w:r>
      <w:r w:rsidR="00777E50">
        <w:rPr>
          <w:sz w:val="28"/>
          <w:szCs w:val="28"/>
          <w:lang w:val="it-IT"/>
        </w:rPr>
        <w:t xml:space="preserve"> a partire dallo sganciamento del prezzo dell’energia rinnovabile d</w:t>
      </w:r>
      <w:r w:rsidR="00AD67A4">
        <w:rPr>
          <w:sz w:val="28"/>
          <w:szCs w:val="28"/>
          <w:lang w:val="it-IT"/>
        </w:rPr>
        <w:t>a</w:t>
      </w:r>
      <w:r w:rsidR="00777E50">
        <w:rPr>
          <w:sz w:val="28"/>
          <w:szCs w:val="28"/>
          <w:lang w:val="it-IT"/>
        </w:rPr>
        <w:t>i valori marginali del gas</w:t>
      </w:r>
      <w:r w:rsidR="00AD67A4">
        <w:rPr>
          <w:sz w:val="28"/>
          <w:szCs w:val="28"/>
          <w:lang w:val="it-IT"/>
        </w:rPr>
        <w:t>.</w:t>
      </w:r>
    </w:p>
    <w:p w14:paraId="43108EDD" w14:textId="6373898A" w:rsidR="001E65AC" w:rsidRPr="0082518A" w:rsidRDefault="001E65AC" w:rsidP="1AB022FE">
      <w:pPr>
        <w:jc w:val="both"/>
        <w:rPr>
          <w:sz w:val="28"/>
          <w:szCs w:val="28"/>
          <w:lang w:val="it-IT"/>
        </w:rPr>
      </w:pPr>
      <w:r w:rsidRPr="1AB022FE">
        <w:rPr>
          <w:sz w:val="28"/>
          <w:szCs w:val="28"/>
          <w:lang w:val="it-IT"/>
        </w:rPr>
        <w:t xml:space="preserve">In Romagna sono nate e </w:t>
      </w:r>
      <w:r w:rsidR="00C1455A" w:rsidRPr="1AB022FE">
        <w:rPr>
          <w:sz w:val="28"/>
          <w:szCs w:val="28"/>
          <w:lang w:val="it-IT"/>
        </w:rPr>
        <w:t>prosperano aziende</w:t>
      </w:r>
      <w:r w:rsidR="5F91D04A" w:rsidRPr="1AB022FE">
        <w:rPr>
          <w:sz w:val="28"/>
          <w:szCs w:val="28"/>
          <w:lang w:val="it-IT"/>
        </w:rPr>
        <w:t xml:space="preserve"> di rilievo</w:t>
      </w:r>
      <w:r w:rsidRPr="1AB022FE">
        <w:rPr>
          <w:sz w:val="28"/>
          <w:szCs w:val="28"/>
          <w:lang w:val="it-IT"/>
        </w:rPr>
        <w:t xml:space="preserve"> nel settore delle rinnovabili</w:t>
      </w:r>
      <w:r w:rsidR="004E267A">
        <w:rPr>
          <w:sz w:val="28"/>
          <w:szCs w:val="28"/>
          <w:lang w:val="it-IT"/>
        </w:rPr>
        <w:t>;</w:t>
      </w:r>
      <w:r w:rsidRPr="1AB022FE">
        <w:rPr>
          <w:sz w:val="28"/>
          <w:szCs w:val="28"/>
          <w:lang w:val="it-IT"/>
        </w:rPr>
        <w:t xml:space="preserve"> Ravenna è stata protagonista di decisioni coraggiose nella diversificazione delle fonti e nella costruzione</w:t>
      </w:r>
      <w:r w:rsidR="00C042CA">
        <w:rPr>
          <w:sz w:val="28"/>
          <w:szCs w:val="28"/>
          <w:lang w:val="it-IT"/>
        </w:rPr>
        <w:t xml:space="preserve"> di</w:t>
      </w:r>
      <w:r w:rsidRPr="1AB022FE">
        <w:rPr>
          <w:sz w:val="28"/>
          <w:szCs w:val="28"/>
          <w:lang w:val="it-IT"/>
        </w:rPr>
        <w:t xml:space="preserve"> infrastrutture,</w:t>
      </w:r>
      <w:r w:rsidR="00F92101" w:rsidRPr="1AB022FE">
        <w:rPr>
          <w:sz w:val="28"/>
          <w:szCs w:val="28"/>
          <w:lang w:val="it-IT"/>
        </w:rPr>
        <w:t xml:space="preserve"> </w:t>
      </w:r>
      <w:r w:rsidR="00C042CA">
        <w:rPr>
          <w:sz w:val="28"/>
          <w:szCs w:val="28"/>
          <w:lang w:val="it-IT"/>
        </w:rPr>
        <w:t>tra cui</w:t>
      </w:r>
      <w:r w:rsidR="00F92101" w:rsidRPr="1AB022FE">
        <w:rPr>
          <w:sz w:val="28"/>
          <w:szCs w:val="28"/>
          <w:lang w:val="it-IT"/>
        </w:rPr>
        <w:t xml:space="preserve"> il rigassificatore</w:t>
      </w:r>
      <w:r w:rsidR="00911A83">
        <w:rPr>
          <w:sz w:val="28"/>
          <w:szCs w:val="28"/>
          <w:lang w:val="it-IT"/>
        </w:rPr>
        <w:t>.</w:t>
      </w:r>
      <w:r w:rsidRPr="1AB022FE">
        <w:rPr>
          <w:sz w:val="28"/>
          <w:szCs w:val="28"/>
          <w:lang w:val="it-IT"/>
        </w:rPr>
        <w:t xml:space="preserve"> </w:t>
      </w:r>
      <w:r w:rsidR="00911A83">
        <w:rPr>
          <w:sz w:val="28"/>
          <w:szCs w:val="28"/>
          <w:lang w:val="it-IT"/>
        </w:rPr>
        <w:t>I</w:t>
      </w:r>
      <w:r w:rsidRPr="1AB022FE">
        <w:rPr>
          <w:sz w:val="28"/>
          <w:szCs w:val="28"/>
          <w:lang w:val="it-IT"/>
        </w:rPr>
        <w:t xml:space="preserve">l settore agroalimentare ha favorito </w:t>
      </w:r>
      <w:r w:rsidR="55AC4F36" w:rsidRPr="1AB022FE">
        <w:rPr>
          <w:sz w:val="28"/>
          <w:szCs w:val="28"/>
          <w:lang w:val="it-IT"/>
        </w:rPr>
        <w:t>significative</w:t>
      </w:r>
      <w:r w:rsidRPr="1AB022FE">
        <w:rPr>
          <w:sz w:val="28"/>
          <w:szCs w:val="28"/>
          <w:lang w:val="it-IT"/>
        </w:rPr>
        <w:t xml:space="preserve"> sinergie fra produzione agricola</w:t>
      </w:r>
      <w:r w:rsidR="006B1707" w:rsidRPr="1AB022FE">
        <w:rPr>
          <w:sz w:val="28"/>
          <w:szCs w:val="28"/>
          <w:lang w:val="it-IT"/>
        </w:rPr>
        <w:t xml:space="preserve"> e</w:t>
      </w:r>
      <w:r w:rsidRPr="1AB022FE">
        <w:rPr>
          <w:sz w:val="28"/>
          <w:szCs w:val="28"/>
          <w:lang w:val="it-IT"/>
        </w:rPr>
        <w:t xml:space="preserve"> trasformazione industriale per la produzione di </w:t>
      </w:r>
      <w:r w:rsidRPr="1AB022FE">
        <w:rPr>
          <w:sz w:val="28"/>
          <w:szCs w:val="28"/>
          <w:lang w:val="it-IT"/>
        </w:rPr>
        <w:lastRenderedPageBreak/>
        <w:t>bioenergie e biocombustibili con nuovi importanti accordi di fornitura a lungo termine per la stabilità dei mercati</w:t>
      </w:r>
      <w:r w:rsidR="00DB1A02">
        <w:rPr>
          <w:sz w:val="28"/>
          <w:szCs w:val="28"/>
          <w:lang w:val="it-IT"/>
        </w:rPr>
        <w:t>.</w:t>
      </w:r>
    </w:p>
    <w:p w14:paraId="6D457F70" w14:textId="2BFAC071" w:rsidR="001E65AC" w:rsidRPr="0082518A" w:rsidRDefault="7551443B" w:rsidP="00E94764">
      <w:pPr>
        <w:jc w:val="both"/>
        <w:rPr>
          <w:sz w:val="28"/>
          <w:szCs w:val="28"/>
          <w:lang w:val="it-IT"/>
        </w:rPr>
      </w:pPr>
      <w:r w:rsidRPr="180EEB5C">
        <w:rPr>
          <w:sz w:val="28"/>
          <w:szCs w:val="28"/>
          <w:lang w:val="it-IT"/>
        </w:rPr>
        <w:t>È</w:t>
      </w:r>
      <w:r w:rsidR="001E65AC" w:rsidRPr="180EEB5C">
        <w:rPr>
          <w:sz w:val="28"/>
          <w:szCs w:val="28"/>
          <w:lang w:val="it-IT"/>
        </w:rPr>
        <w:t xml:space="preserve"> in atto un costante processo di efficientamento energetico</w:t>
      </w:r>
      <w:r w:rsidR="00126B1C" w:rsidRPr="180EEB5C">
        <w:rPr>
          <w:sz w:val="28"/>
          <w:szCs w:val="28"/>
          <w:lang w:val="it-IT"/>
        </w:rPr>
        <w:t>;</w:t>
      </w:r>
      <w:r w:rsidR="001E65AC" w:rsidRPr="180EEB5C">
        <w:rPr>
          <w:sz w:val="28"/>
          <w:szCs w:val="28"/>
          <w:lang w:val="it-IT"/>
        </w:rPr>
        <w:t xml:space="preserve"> investimenti sono stati fatti dalla maggioranza delle imprese nel solare per una crescente </w:t>
      </w:r>
      <w:r w:rsidR="000E40BF" w:rsidRPr="180EEB5C">
        <w:rPr>
          <w:sz w:val="28"/>
          <w:szCs w:val="28"/>
          <w:lang w:val="it-IT"/>
        </w:rPr>
        <w:t xml:space="preserve">ed efficiente </w:t>
      </w:r>
      <w:r w:rsidR="001E65AC" w:rsidRPr="180EEB5C">
        <w:rPr>
          <w:sz w:val="28"/>
          <w:szCs w:val="28"/>
          <w:lang w:val="it-IT"/>
        </w:rPr>
        <w:t>autosufficienza</w:t>
      </w:r>
      <w:r w:rsidR="00EB7C8E" w:rsidRPr="180EEB5C">
        <w:rPr>
          <w:sz w:val="28"/>
          <w:szCs w:val="28"/>
          <w:lang w:val="it-IT"/>
        </w:rPr>
        <w:t xml:space="preserve">, altri ne necessitano per lo stoccaggio </w:t>
      </w:r>
      <w:r w:rsidR="027D3D86" w:rsidRPr="180EEB5C">
        <w:rPr>
          <w:sz w:val="28"/>
          <w:szCs w:val="28"/>
          <w:lang w:val="it-IT"/>
        </w:rPr>
        <w:t>d</w:t>
      </w:r>
      <w:r w:rsidR="00EB7C8E" w:rsidRPr="180EEB5C">
        <w:rPr>
          <w:sz w:val="28"/>
          <w:szCs w:val="28"/>
          <w:lang w:val="it-IT"/>
        </w:rPr>
        <w:t>elle eccedenze.</w:t>
      </w:r>
    </w:p>
    <w:p w14:paraId="3755B194" w14:textId="319F375E" w:rsidR="001E65AC" w:rsidRPr="0082518A" w:rsidRDefault="001E65AC" w:rsidP="00E94764">
      <w:pPr>
        <w:jc w:val="both"/>
        <w:rPr>
          <w:sz w:val="28"/>
          <w:szCs w:val="28"/>
          <w:lang w:val="it-IT"/>
        </w:rPr>
      </w:pPr>
      <w:r w:rsidRPr="0082518A">
        <w:rPr>
          <w:sz w:val="28"/>
          <w:szCs w:val="28"/>
          <w:lang w:val="it-IT"/>
        </w:rPr>
        <w:t>Ci sono sempre più le condizioni per una significativa riduzione degli impatti e un migliore equilibrio ambientale</w:t>
      </w:r>
      <w:r w:rsidR="00380BF8">
        <w:rPr>
          <w:sz w:val="28"/>
          <w:szCs w:val="28"/>
          <w:lang w:val="it-IT"/>
        </w:rPr>
        <w:t xml:space="preserve">, mentre </w:t>
      </w:r>
      <w:r w:rsidR="00F51061">
        <w:rPr>
          <w:sz w:val="28"/>
          <w:szCs w:val="28"/>
          <w:lang w:val="it-IT"/>
        </w:rPr>
        <w:t xml:space="preserve">il settore impiantistico </w:t>
      </w:r>
      <w:r w:rsidRPr="0082518A">
        <w:rPr>
          <w:sz w:val="28"/>
          <w:szCs w:val="28"/>
          <w:lang w:val="it-IT"/>
        </w:rPr>
        <w:t>investe in ricerca e soluzioni operative per la riduzione della CO2 e delle emissioni</w:t>
      </w:r>
      <w:r w:rsidR="005B0C1B">
        <w:rPr>
          <w:sz w:val="28"/>
          <w:szCs w:val="28"/>
          <w:lang w:val="it-IT"/>
        </w:rPr>
        <w:t xml:space="preserve"> e si diffondono economia circolare e </w:t>
      </w:r>
      <w:proofErr w:type="spellStart"/>
      <w:r w:rsidR="005B0C1B">
        <w:rPr>
          <w:sz w:val="28"/>
          <w:szCs w:val="28"/>
          <w:lang w:val="it-IT"/>
        </w:rPr>
        <w:t>biosoluzioni</w:t>
      </w:r>
      <w:proofErr w:type="spellEnd"/>
      <w:r w:rsidR="005B0C1B">
        <w:rPr>
          <w:sz w:val="28"/>
          <w:szCs w:val="28"/>
          <w:lang w:val="it-IT"/>
        </w:rPr>
        <w:t xml:space="preserve"> industriali.</w:t>
      </w:r>
    </w:p>
    <w:p w14:paraId="01F1BDE2" w14:textId="3590B348" w:rsidR="001B1366" w:rsidRDefault="007F1DFE" w:rsidP="00E94764">
      <w:pPr>
        <w:spacing w:line="259" w:lineRule="auto"/>
        <w:jc w:val="both"/>
        <w:rPr>
          <w:sz w:val="28"/>
          <w:szCs w:val="28"/>
          <w:lang w:val="it-IT"/>
        </w:rPr>
      </w:pPr>
      <w:r>
        <w:rPr>
          <w:sz w:val="28"/>
          <w:szCs w:val="28"/>
          <w:lang w:val="it-IT"/>
        </w:rPr>
        <w:t>Nel territorio si sta quindi consolidando un approccio “</w:t>
      </w:r>
      <w:r w:rsidR="00686C00">
        <w:rPr>
          <w:sz w:val="28"/>
          <w:szCs w:val="28"/>
          <w:lang w:val="it-IT"/>
        </w:rPr>
        <w:t>green” pragmatico</w:t>
      </w:r>
      <w:r>
        <w:rPr>
          <w:sz w:val="28"/>
          <w:szCs w:val="28"/>
          <w:lang w:val="it-IT"/>
        </w:rPr>
        <w:t xml:space="preserve"> ed efficace e una capacità di orientare imprese e </w:t>
      </w:r>
      <w:r w:rsidR="00686C00">
        <w:rPr>
          <w:sz w:val="28"/>
          <w:szCs w:val="28"/>
          <w:lang w:val="it-IT"/>
        </w:rPr>
        <w:t>istituzioni verso soluzioni energetiche innovative.</w:t>
      </w:r>
    </w:p>
    <w:p w14:paraId="2E956E99" w14:textId="6978B4D8" w:rsidR="00B933E0" w:rsidRDefault="00B933E0" w:rsidP="00E94764">
      <w:pPr>
        <w:spacing w:line="259" w:lineRule="auto"/>
        <w:jc w:val="both"/>
        <w:rPr>
          <w:sz w:val="28"/>
          <w:szCs w:val="28"/>
          <w:lang w:val="it-IT"/>
        </w:rPr>
      </w:pPr>
      <w:r>
        <w:rPr>
          <w:sz w:val="28"/>
          <w:szCs w:val="28"/>
          <w:lang w:val="it-IT"/>
        </w:rPr>
        <w:t xml:space="preserve">Lasciatemi </w:t>
      </w:r>
      <w:r w:rsidR="00951009">
        <w:rPr>
          <w:sz w:val="28"/>
          <w:szCs w:val="28"/>
          <w:lang w:val="it-IT"/>
        </w:rPr>
        <w:t>però</w:t>
      </w:r>
      <w:r w:rsidR="008E7834">
        <w:rPr>
          <w:sz w:val="28"/>
          <w:szCs w:val="28"/>
          <w:lang w:val="it-IT"/>
        </w:rPr>
        <w:t xml:space="preserve"> integrare</w:t>
      </w:r>
      <w:r w:rsidR="00951009">
        <w:rPr>
          <w:sz w:val="28"/>
          <w:szCs w:val="28"/>
          <w:lang w:val="it-IT"/>
        </w:rPr>
        <w:t xml:space="preserve"> l’evidenz</w:t>
      </w:r>
      <w:r w:rsidR="00A01594">
        <w:rPr>
          <w:sz w:val="28"/>
          <w:szCs w:val="28"/>
          <w:lang w:val="it-IT"/>
        </w:rPr>
        <w:t>a</w:t>
      </w:r>
      <w:r w:rsidR="00951009">
        <w:rPr>
          <w:sz w:val="28"/>
          <w:szCs w:val="28"/>
          <w:lang w:val="it-IT"/>
        </w:rPr>
        <w:t xml:space="preserve"> di questi limiti </w:t>
      </w:r>
      <w:r w:rsidR="000F1846">
        <w:rPr>
          <w:sz w:val="28"/>
          <w:szCs w:val="28"/>
          <w:lang w:val="it-IT"/>
        </w:rPr>
        <w:t>con una visione e un messaggio di fiducia.</w:t>
      </w:r>
    </w:p>
    <w:p w14:paraId="32040E1B" w14:textId="3851BD4D" w:rsidR="00A01594" w:rsidRPr="00A01594" w:rsidRDefault="00A01594" w:rsidP="00E94764">
      <w:pPr>
        <w:spacing w:line="259" w:lineRule="auto"/>
        <w:jc w:val="both"/>
        <w:rPr>
          <w:sz w:val="28"/>
          <w:szCs w:val="28"/>
          <w:u w:val="single"/>
          <w:lang w:val="it-IT"/>
        </w:rPr>
      </w:pPr>
      <w:r w:rsidRPr="00A01594">
        <w:rPr>
          <w:sz w:val="28"/>
          <w:szCs w:val="28"/>
          <w:u w:val="single"/>
          <w:lang w:val="it-IT"/>
        </w:rPr>
        <w:t>CRESCERE PER VIVERE</w:t>
      </w:r>
    </w:p>
    <w:p w14:paraId="60735073" w14:textId="7180817E" w:rsidR="001E65AC" w:rsidRDefault="001E65AC" w:rsidP="00E94764">
      <w:pPr>
        <w:spacing w:line="259" w:lineRule="auto"/>
        <w:jc w:val="both"/>
        <w:rPr>
          <w:sz w:val="28"/>
          <w:szCs w:val="28"/>
          <w:lang w:val="it-IT"/>
        </w:rPr>
      </w:pPr>
      <w:r w:rsidRPr="0FE6A893">
        <w:rPr>
          <w:sz w:val="28"/>
          <w:szCs w:val="28"/>
          <w:lang w:val="it-IT"/>
        </w:rPr>
        <w:t>L’incremento del PIL di 0.</w:t>
      </w:r>
      <w:r w:rsidR="001D38A7" w:rsidRPr="0FE6A893">
        <w:rPr>
          <w:sz w:val="28"/>
          <w:szCs w:val="28"/>
          <w:lang w:val="it-IT"/>
        </w:rPr>
        <w:t>6</w:t>
      </w:r>
      <w:r w:rsidR="11C347E1" w:rsidRPr="0FE6A893">
        <w:rPr>
          <w:sz w:val="28"/>
          <w:szCs w:val="28"/>
          <w:lang w:val="it-IT"/>
        </w:rPr>
        <w:t>%</w:t>
      </w:r>
      <w:r w:rsidRPr="0FE6A893">
        <w:rPr>
          <w:sz w:val="28"/>
          <w:szCs w:val="28"/>
          <w:lang w:val="it-IT"/>
        </w:rPr>
        <w:t xml:space="preserve"> nel 2025 ed un già consolidato 0.8% nel 2026 </w:t>
      </w:r>
      <w:r w:rsidR="0FB07266" w:rsidRPr="0FE6A893">
        <w:rPr>
          <w:sz w:val="28"/>
          <w:szCs w:val="28"/>
          <w:lang w:val="it-IT"/>
        </w:rPr>
        <w:t>superiore, comunque,</w:t>
      </w:r>
      <w:r w:rsidRPr="0FE6A893">
        <w:rPr>
          <w:sz w:val="28"/>
          <w:szCs w:val="28"/>
          <w:lang w:val="it-IT"/>
        </w:rPr>
        <w:t xml:space="preserve"> alle altre</w:t>
      </w:r>
      <w:r w:rsidR="00A01594">
        <w:rPr>
          <w:sz w:val="28"/>
          <w:szCs w:val="28"/>
          <w:lang w:val="it-IT"/>
        </w:rPr>
        <w:t xml:space="preserve"> rilevanti</w:t>
      </w:r>
      <w:r w:rsidRPr="0FE6A893">
        <w:rPr>
          <w:sz w:val="28"/>
          <w:szCs w:val="28"/>
          <w:lang w:val="it-IT"/>
        </w:rPr>
        <w:t xml:space="preserve"> economie europee</w:t>
      </w:r>
      <w:r w:rsidR="00CE7B51" w:rsidRPr="0FE6A893">
        <w:rPr>
          <w:sz w:val="28"/>
          <w:szCs w:val="28"/>
          <w:lang w:val="it-IT"/>
        </w:rPr>
        <w:t>,</w:t>
      </w:r>
      <w:r w:rsidR="005E75EF" w:rsidRPr="0FE6A893">
        <w:rPr>
          <w:sz w:val="28"/>
          <w:szCs w:val="28"/>
          <w:lang w:val="it-IT"/>
        </w:rPr>
        <w:t xml:space="preserve"> oltre al positivo sviluppo</w:t>
      </w:r>
      <w:r w:rsidR="00CE7B51" w:rsidRPr="0FE6A893">
        <w:rPr>
          <w:sz w:val="28"/>
          <w:szCs w:val="28"/>
          <w:lang w:val="it-IT"/>
        </w:rPr>
        <w:t xml:space="preserve"> del sistema industriale</w:t>
      </w:r>
      <w:r w:rsidR="00A01594">
        <w:rPr>
          <w:sz w:val="28"/>
          <w:szCs w:val="28"/>
          <w:lang w:val="it-IT"/>
        </w:rPr>
        <w:t>, crediamo dimostrino</w:t>
      </w:r>
      <w:r w:rsidRPr="0FE6A893">
        <w:rPr>
          <w:sz w:val="28"/>
          <w:szCs w:val="28"/>
          <w:lang w:val="it-IT"/>
        </w:rPr>
        <w:t xml:space="preserve"> che </w:t>
      </w:r>
      <w:r w:rsidR="5FD72C1D" w:rsidRPr="0FE6A893">
        <w:rPr>
          <w:sz w:val="28"/>
          <w:szCs w:val="28"/>
          <w:lang w:val="it-IT"/>
        </w:rPr>
        <w:t>l’economia</w:t>
      </w:r>
      <w:r w:rsidR="00C50096" w:rsidRPr="0FE6A893">
        <w:rPr>
          <w:sz w:val="28"/>
          <w:szCs w:val="28"/>
          <w:lang w:val="it-IT"/>
        </w:rPr>
        <w:t xml:space="preserve"> del paese</w:t>
      </w:r>
      <w:r w:rsidRPr="0FE6A893">
        <w:rPr>
          <w:sz w:val="28"/>
          <w:szCs w:val="28"/>
          <w:lang w:val="it-IT"/>
        </w:rPr>
        <w:t xml:space="preserve"> non è bloccata né tantomeno in declino.</w:t>
      </w:r>
    </w:p>
    <w:p w14:paraId="71A0AF1B" w14:textId="39393A5D" w:rsidR="00F552CC" w:rsidRDefault="00F552CC" w:rsidP="00E94764">
      <w:pPr>
        <w:spacing w:after="140" w:line="259" w:lineRule="auto"/>
        <w:jc w:val="both"/>
        <w:rPr>
          <w:sz w:val="28"/>
          <w:szCs w:val="28"/>
          <w:lang w:val="it-IT"/>
        </w:rPr>
      </w:pPr>
      <w:r>
        <w:rPr>
          <w:sz w:val="28"/>
          <w:szCs w:val="28"/>
          <w:lang w:val="it-IT"/>
        </w:rPr>
        <w:t>Questi risultati trovano il primo fondamento</w:t>
      </w:r>
      <w:r w:rsidR="00BE03AA">
        <w:rPr>
          <w:sz w:val="28"/>
          <w:szCs w:val="28"/>
          <w:lang w:val="it-IT"/>
        </w:rPr>
        <w:t>,</w:t>
      </w:r>
      <w:r>
        <w:rPr>
          <w:sz w:val="28"/>
          <w:szCs w:val="28"/>
          <w:lang w:val="it-IT"/>
        </w:rPr>
        <w:t xml:space="preserve"> come già espresso</w:t>
      </w:r>
      <w:r w:rsidR="00BE03AA">
        <w:rPr>
          <w:sz w:val="28"/>
          <w:szCs w:val="28"/>
          <w:lang w:val="it-IT"/>
        </w:rPr>
        <w:t>,</w:t>
      </w:r>
      <w:r>
        <w:rPr>
          <w:sz w:val="28"/>
          <w:szCs w:val="28"/>
          <w:lang w:val="it-IT"/>
        </w:rPr>
        <w:t xml:space="preserve"> nell’ampia </w:t>
      </w:r>
      <w:r w:rsidR="00BE03AA">
        <w:rPr>
          <w:sz w:val="28"/>
          <w:szCs w:val="28"/>
          <w:lang w:val="it-IT"/>
        </w:rPr>
        <w:t>capacità di</w:t>
      </w:r>
      <w:r w:rsidR="00524E86">
        <w:rPr>
          <w:sz w:val="28"/>
          <w:szCs w:val="28"/>
          <w:lang w:val="it-IT"/>
        </w:rPr>
        <w:t xml:space="preserve"> </w:t>
      </w:r>
      <w:r>
        <w:rPr>
          <w:sz w:val="28"/>
          <w:szCs w:val="28"/>
          <w:lang w:val="it-IT"/>
        </w:rPr>
        <w:t>internazionalizzazione delle nostre imprese e in valori dell’export sempre in crescita</w:t>
      </w:r>
      <w:r w:rsidR="00520EED">
        <w:rPr>
          <w:sz w:val="28"/>
          <w:szCs w:val="28"/>
          <w:lang w:val="it-IT"/>
        </w:rPr>
        <w:t>.</w:t>
      </w:r>
    </w:p>
    <w:p w14:paraId="4D054308" w14:textId="5DE9708E" w:rsidR="00703401" w:rsidRDefault="00520EED" w:rsidP="00E94764">
      <w:pPr>
        <w:spacing w:after="140" w:line="259" w:lineRule="auto"/>
        <w:jc w:val="both"/>
        <w:rPr>
          <w:sz w:val="28"/>
          <w:szCs w:val="28"/>
          <w:lang w:val="it-IT"/>
        </w:rPr>
      </w:pPr>
      <w:r w:rsidRPr="180EEB5C">
        <w:rPr>
          <w:sz w:val="28"/>
          <w:szCs w:val="28"/>
          <w:lang w:val="it-IT"/>
        </w:rPr>
        <w:t xml:space="preserve">Non solo dal limitato numero delle grandi imprese, pur leader internazionali a livello globale, </w:t>
      </w:r>
      <w:r w:rsidR="00374B75" w:rsidRPr="180EEB5C">
        <w:rPr>
          <w:sz w:val="28"/>
          <w:szCs w:val="28"/>
          <w:lang w:val="it-IT"/>
        </w:rPr>
        <w:t>ma d</w:t>
      </w:r>
      <w:r w:rsidR="00A01594">
        <w:rPr>
          <w:sz w:val="28"/>
          <w:szCs w:val="28"/>
          <w:lang w:val="it-IT"/>
        </w:rPr>
        <w:t>a</w:t>
      </w:r>
      <w:r w:rsidR="00374B75" w:rsidRPr="180EEB5C">
        <w:rPr>
          <w:sz w:val="28"/>
          <w:szCs w:val="28"/>
          <w:lang w:val="it-IT"/>
        </w:rPr>
        <w:t xml:space="preserve">ll’ampia schiera di medie e </w:t>
      </w:r>
      <w:r w:rsidR="7576998C" w:rsidRPr="180EEB5C">
        <w:rPr>
          <w:sz w:val="28"/>
          <w:szCs w:val="28"/>
          <w:lang w:val="it-IT"/>
        </w:rPr>
        <w:t>medi</w:t>
      </w:r>
      <w:r w:rsidR="496516C0" w:rsidRPr="180EEB5C">
        <w:rPr>
          <w:sz w:val="28"/>
          <w:szCs w:val="28"/>
          <w:lang w:val="it-IT"/>
        </w:rPr>
        <w:t>o-</w:t>
      </w:r>
      <w:r w:rsidR="7576998C" w:rsidRPr="180EEB5C">
        <w:rPr>
          <w:sz w:val="28"/>
          <w:szCs w:val="28"/>
          <w:lang w:val="it-IT"/>
        </w:rPr>
        <w:t>grandi imprese</w:t>
      </w:r>
      <w:r w:rsidR="00374B75" w:rsidRPr="180EEB5C">
        <w:rPr>
          <w:sz w:val="28"/>
          <w:szCs w:val="28"/>
          <w:lang w:val="it-IT"/>
        </w:rPr>
        <w:t xml:space="preserve"> che </w:t>
      </w:r>
      <w:r w:rsidR="00524E86" w:rsidRPr="180EEB5C">
        <w:rPr>
          <w:sz w:val="28"/>
          <w:szCs w:val="28"/>
          <w:lang w:val="it-IT"/>
        </w:rPr>
        <w:t>c</w:t>
      </w:r>
      <w:r w:rsidR="00374B75" w:rsidRPr="180EEB5C">
        <w:rPr>
          <w:sz w:val="28"/>
          <w:szCs w:val="28"/>
          <w:lang w:val="it-IT"/>
        </w:rPr>
        <w:t>ostituiscono la struttura portante delle nostre esportazioni sia in Italia che nella nostra base associativa dell</w:t>
      </w:r>
      <w:r w:rsidR="009A4F9A">
        <w:rPr>
          <w:sz w:val="28"/>
          <w:szCs w:val="28"/>
          <w:lang w:val="it-IT"/>
        </w:rPr>
        <w:t>a</w:t>
      </w:r>
      <w:r w:rsidR="00374B75" w:rsidRPr="180EEB5C">
        <w:rPr>
          <w:sz w:val="28"/>
          <w:szCs w:val="28"/>
          <w:lang w:val="it-IT"/>
        </w:rPr>
        <w:t xml:space="preserve"> Romagna.</w:t>
      </w:r>
    </w:p>
    <w:p w14:paraId="1BAA8445" w14:textId="426DF59B" w:rsidR="006121AC" w:rsidRDefault="006121AC" w:rsidP="00E94764">
      <w:pPr>
        <w:spacing w:after="140" w:line="259" w:lineRule="auto"/>
        <w:jc w:val="both"/>
        <w:rPr>
          <w:sz w:val="28"/>
          <w:szCs w:val="28"/>
          <w:lang w:val="it-IT"/>
        </w:rPr>
      </w:pPr>
      <w:r w:rsidRPr="00D375B9">
        <w:rPr>
          <w:sz w:val="28"/>
          <w:szCs w:val="28"/>
          <w:lang w:val="it-IT"/>
        </w:rPr>
        <w:t>L’Italia ha avuto la capacità di superare le difficoltà dei dazi doganali applicati dagli USA svilupp</w:t>
      </w:r>
      <w:r w:rsidR="00D375B9" w:rsidRPr="00D375B9">
        <w:rPr>
          <w:sz w:val="28"/>
          <w:szCs w:val="28"/>
          <w:lang w:val="it-IT"/>
        </w:rPr>
        <w:t>ando</w:t>
      </w:r>
      <w:r w:rsidRPr="00D375B9">
        <w:rPr>
          <w:sz w:val="28"/>
          <w:szCs w:val="28"/>
          <w:lang w:val="it-IT"/>
        </w:rPr>
        <w:t xml:space="preserve"> mercati alternativ</w:t>
      </w:r>
      <w:r w:rsidR="00D375B9">
        <w:rPr>
          <w:sz w:val="28"/>
          <w:szCs w:val="28"/>
          <w:lang w:val="it-IT"/>
        </w:rPr>
        <w:t xml:space="preserve">i e </w:t>
      </w:r>
      <w:r w:rsidRPr="00D375B9">
        <w:rPr>
          <w:sz w:val="28"/>
          <w:szCs w:val="28"/>
          <w:lang w:val="it-IT"/>
        </w:rPr>
        <w:t>migliorando il proprio posizionamento nell’export mondiale,</w:t>
      </w:r>
      <w:r w:rsidR="00834423">
        <w:rPr>
          <w:sz w:val="28"/>
          <w:szCs w:val="28"/>
          <w:lang w:val="it-IT"/>
        </w:rPr>
        <w:t xml:space="preserve"> attraverso il rafforzamento dei mercati </w:t>
      </w:r>
      <w:r w:rsidR="00834423">
        <w:rPr>
          <w:sz w:val="28"/>
          <w:szCs w:val="28"/>
          <w:lang w:val="it-IT"/>
        </w:rPr>
        <w:lastRenderedPageBreak/>
        <w:t xml:space="preserve">esistenti e l’apertura di nuovi. </w:t>
      </w:r>
      <w:r w:rsidRPr="00D375B9">
        <w:rPr>
          <w:sz w:val="28"/>
          <w:szCs w:val="28"/>
          <w:lang w:val="it-IT"/>
        </w:rPr>
        <w:t xml:space="preserve"> </w:t>
      </w:r>
      <w:r>
        <w:rPr>
          <w:sz w:val="28"/>
          <w:szCs w:val="28"/>
          <w:lang w:val="it-IT"/>
        </w:rPr>
        <w:t xml:space="preserve">Confindustria, ha </w:t>
      </w:r>
      <w:r w:rsidR="000E6542">
        <w:rPr>
          <w:sz w:val="28"/>
          <w:szCs w:val="28"/>
          <w:lang w:val="it-IT"/>
        </w:rPr>
        <w:t xml:space="preserve">guidato </w:t>
      </w:r>
      <w:r>
        <w:rPr>
          <w:sz w:val="28"/>
          <w:szCs w:val="28"/>
          <w:lang w:val="it-IT"/>
        </w:rPr>
        <w:t xml:space="preserve">per prima, dopo la sottoscrizione dell’accordo Mercosur, </w:t>
      </w:r>
      <w:r w:rsidR="00964FE2">
        <w:rPr>
          <w:sz w:val="28"/>
          <w:szCs w:val="28"/>
          <w:lang w:val="it-IT"/>
        </w:rPr>
        <w:t>una importante</w:t>
      </w:r>
      <w:r>
        <w:rPr>
          <w:sz w:val="28"/>
          <w:szCs w:val="28"/>
          <w:lang w:val="it-IT"/>
        </w:rPr>
        <w:t xml:space="preserve"> missione commerciale per creare nuove relazioni ed interscambi con i paesi dell’America Latina.</w:t>
      </w:r>
    </w:p>
    <w:p w14:paraId="4EBDB9D1" w14:textId="3E0F7F4C" w:rsidR="001E65AC" w:rsidRPr="003534DF" w:rsidRDefault="000E6542" w:rsidP="00E94764">
      <w:pPr>
        <w:jc w:val="both"/>
        <w:rPr>
          <w:sz w:val="28"/>
          <w:szCs w:val="28"/>
          <w:lang w:val="it-IT"/>
        </w:rPr>
      </w:pPr>
      <w:r>
        <w:rPr>
          <w:sz w:val="28"/>
          <w:szCs w:val="28"/>
          <w:lang w:val="it-IT"/>
        </w:rPr>
        <w:t>N</w:t>
      </w:r>
      <w:r w:rsidR="001E65AC" w:rsidRPr="0FE6A893">
        <w:rPr>
          <w:sz w:val="28"/>
          <w:szCs w:val="28"/>
          <w:lang w:val="it-IT"/>
        </w:rPr>
        <w:t>ella classifica della bilancia commerciale con l’estero</w:t>
      </w:r>
      <w:r w:rsidR="00145873" w:rsidRPr="0FE6A893">
        <w:rPr>
          <w:sz w:val="28"/>
          <w:szCs w:val="28"/>
          <w:lang w:val="it-IT"/>
        </w:rPr>
        <w:t>,</w:t>
      </w:r>
      <w:r w:rsidR="009D42CF" w:rsidRPr="0FE6A893">
        <w:rPr>
          <w:sz w:val="28"/>
          <w:szCs w:val="28"/>
          <w:lang w:val="it-IT"/>
        </w:rPr>
        <w:t xml:space="preserve"> </w:t>
      </w:r>
      <w:r w:rsidR="001E65AC" w:rsidRPr="0FE6A893">
        <w:rPr>
          <w:sz w:val="28"/>
          <w:szCs w:val="28"/>
          <w:lang w:val="it-IT"/>
        </w:rPr>
        <w:t>solo Cina, Germania e Corea del Sud</w:t>
      </w:r>
      <w:r w:rsidR="008E4C65">
        <w:rPr>
          <w:sz w:val="28"/>
          <w:szCs w:val="28"/>
          <w:lang w:val="it-IT"/>
        </w:rPr>
        <w:t>,</w:t>
      </w:r>
      <w:r w:rsidR="009D42CF" w:rsidRPr="0FE6A893">
        <w:rPr>
          <w:sz w:val="28"/>
          <w:szCs w:val="28"/>
          <w:lang w:val="it-IT"/>
        </w:rPr>
        <w:t xml:space="preserve"> </w:t>
      </w:r>
      <w:r w:rsidR="001E65AC" w:rsidRPr="0FE6A893">
        <w:rPr>
          <w:sz w:val="28"/>
          <w:szCs w:val="28"/>
          <w:lang w:val="it-IT"/>
        </w:rPr>
        <w:t xml:space="preserve">hanno surplus superiori </w:t>
      </w:r>
      <w:r w:rsidR="006431CA" w:rsidRPr="0FE6A893">
        <w:rPr>
          <w:sz w:val="28"/>
          <w:szCs w:val="28"/>
          <w:lang w:val="it-IT"/>
        </w:rPr>
        <w:t>ai nostri</w:t>
      </w:r>
      <w:r w:rsidR="0006296F">
        <w:rPr>
          <w:sz w:val="28"/>
          <w:szCs w:val="28"/>
          <w:lang w:val="it-IT"/>
        </w:rPr>
        <w:t xml:space="preserve"> fra i paesi esportatori di manifattura.</w:t>
      </w:r>
    </w:p>
    <w:p w14:paraId="5F8E7957" w14:textId="354F6A64" w:rsidR="001E65AC" w:rsidRPr="003534DF" w:rsidRDefault="001E65AC" w:rsidP="00E94764">
      <w:pPr>
        <w:jc w:val="both"/>
        <w:rPr>
          <w:sz w:val="28"/>
          <w:szCs w:val="28"/>
          <w:lang w:val="it-IT"/>
        </w:rPr>
      </w:pPr>
      <w:r w:rsidRPr="003534DF">
        <w:rPr>
          <w:sz w:val="28"/>
          <w:szCs w:val="28"/>
          <w:lang w:val="it-IT"/>
        </w:rPr>
        <w:t>L’analisi del Prof. Marco Fortis,</w:t>
      </w:r>
      <w:r>
        <w:rPr>
          <w:sz w:val="28"/>
          <w:szCs w:val="28"/>
          <w:lang w:val="it-IT"/>
        </w:rPr>
        <w:t xml:space="preserve"> Presidente del Comitato Scientifico del Centro Studi di Confindustria, già no</w:t>
      </w:r>
      <w:r w:rsidR="00CA1B80">
        <w:rPr>
          <w:sz w:val="28"/>
          <w:szCs w:val="28"/>
          <w:lang w:val="it-IT"/>
        </w:rPr>
        <w:t>str</w:t>
      </w:r>
      <w:r>
        <w:rPr>
          <w:sz w:val="28"/>
          <w:szCs w:val="28"/>
          <w:lang w:val="it-IT"/>
        </w:rPr>
        <w:t>o relatore all’assemblea dello scorso anno, evidenzia che questi risultati sono il frutto dell’innovazione</w:t>
      </w:r>
      <w:r w:rsidR="000E6542">
        <w:rPr>
          <w:sz w:val="28"/>
          <w:szCs w:val="28"/>
          <w:lang w:val="it-IT"/>
        </w:rPr>
        <w:t>,</w:t>
      </w:r>
      <w:r w:rsidRPr="003534DF">
        <w:rPr>
          <w:sz w:val="28"/>
          <w:szCs w:val="28"/>
          <w:lang w:val="it-IT"/>
        </w:rPr>
        <w:t xml:space="preserve"> della qualità dei prodotti </w:t>
      </w:r>
      <w:r w:rsidR="00B47AA4">
        <w:rPr>
          <w:sz w:val="28"/>
          <w:szCs w:val="28"/>
          <w:lang w:val="it-IT"/>
        </w:rPr>
        <w:t xml:space="preserve">e </w:t>
      </w:r>
      <w:r w:rsidR="007F183F">
        <w:rPr>
          <w:sz w:val="28"/>
          <w:szCs w:val="28"/>
          <w:lang w:val="it-IT"/>
        </w:rPr>
        <w:t>di una straordinaria capacità di penetrazione dei mercati.</w:t>
      </w:r>
    </w:p>
    <w:p w14:paraId="4516FB9D" w14:textId="1651A942" w:rsidR="001E65AC" w:rsidRPr="003534DF" w:rsidRDefault="001E65AC" w:rsidP="1AB022FE">
      <w:pPr>
        <w:jc w:val="both"/>
        <w:rPr>
          <w:sz w:val="28"/>
          <w:szCs w:val="28"/>
          <w:lang w:val="it-IT"/>
        </w:rPr>
      </w:pPr>
      <w:r w:rsidRPr="1AB022FE">
        <w:rPr>
          <w:sz w:val="28"/>
          <w:szCs w:val="28"/>
          <w:lang w:val="it-IT"/>
        </w:rPr>
        <w:t xml:space="preserve">Le </w:t>
      </w:r>
      <w:r w:rsidR="00F81095" w:rsidRPr="1AB022FE">
        <w:rPr>
          <w:sz w:val="28"/>
          <w:szCs w:val="28"/>
          <w:lang w:val="it-IT"/>
        </w:rPr>
        <w:t xml:space="preserve">imprese </w:t>
      </w:r>
      <w:r w:rsidRPr="1AB022FE">
        <w:rPr>
          <w:sz w:val="28"/>
          <w:szCs w:val="28"/>
          <w:lang w:val="it-IT"/>
        </w:rPr>
        <w:t xml:space="preserve">italiane </w:t>
      </w:r>
      <w:r w:rsidR="1CE842B7" w:rsidRPr="1AB022FE">
        <w:rPr>
          <w:sz w:val="28"/>
          <w:szCs w:val="28"/>
          <w:lang w:val="it-IT"/>
        </w:rPr>
        <w:t>consolidano progressivamente</w:t>
      </w:r>
      <w:r w:rsidRPr="1AB022FE">
        <w:rPr>
          <w:sz w:val="28"/>
          <w:szCs w:val="28"/>
          <w:lang w:val="it-IT"/>
        </w:rPr>
        <w:t xml:space="preserve"> la propria </w:t>
      </w:r>
      <w:r w:rsidR="0CF47717" w:rsidRPr="1AB022FE">
        <w:rPr>
          <w:sz w:val="28"/>
          <w:szCs w:val="28"/>
          <w:lang w:val="it-IT"/>
        </w:rPr>
        <w:t>presenza</w:t>
      </w:r>
      <w:r w:rsidRPr="1AB022FE">
        <w:rPr>
          <w:sz w:val="28"/>
          <w:szCs w:val="28"/>
          <w:lang w:val="it-IT"/>
        </w:rPr>
        <w:t xml:space="preserve"> </w:t>
      </w:r>
      <w:r w:rsidR="4747FFF1" w:rsidRPr="1AB022FE">
        <w:rPr>
          <w:sz w:val="28"/>
          <w:szCs w:val="28"/>
          <w:lang w:val="it-IT"/>
        </w:rPr>
        <w:t>nei</w:t>
      </w:r>
      <w:r w:rsidRPr="1AB022FE">
        <w:rPr>
          <w:sz w:val="28"/>
          <w:szCs w:val="28"/>
          <w:lang w:val="it-IT"/>
        </w:rPr>
        <w:t xml:space="preserve"> settori</w:t>
      </w:r>
      <w:r w:rsidR="00EB37C1" w:rsidRPr="1AB022FE">
        <w:rPr>
          <w:sz w:val="28"/>
          <w:szCs w:val="28"/>
          <w:lang w:val="it-IT"/>
        </w:rPr>
        <w:t xml:space="preserve"> </w:t>
      </w:r>
      <w:r w:rsidRPr="1AB022FE">
        <w:rPr>
          <w:sz w:val="28"/>
          <w:szCs w:val="28"/>
          <w:lang w:val="it-IT"/>
        </w:rPr>
        <w:t xml:space="preserve">ad alto valore aggiunto che premiano tecnologia, innovazione e flessibilità </w:t>
      </w:r>
      <w:r w:rsidR="00F81095">
        <w:rPr>
          <w:sz w:val="28"/>
          <w:szCs w:val="28"/>
          <w:lang w:val="it-IT"/>
        </w:rPr>
        <w:t xml:space="preserve">superando </w:t>
      </w:r>
      <w:r w:rsidRPr="1AB022FE">
        <w:rPr>
          <w:sz w:val="28"/>
          <w:szCs w:val="28"/>
          <w:lang w:val="it-IT"/>
        </w:rPr>
        <w:t>i limiti della dimensione e</w:t>
      </w:r>
      <w:r w:rsidR="009717ED">
        <w:rPr>
          <w:sz w:val="28"/>
          <w:szCs w:val="28"/>
          <w:lang w:val="it-IT"/>
        </w:rPr>
        <w:t>d</w:t>
      </w:r>
      <w:r w:rsidRPr="1AB022FE">
        <w:rPr>
          <w:sz w:val="28"/>
          <w:szCs w:val="28"/>
          <w:lang w:val="it-IT"/>
        </w:rPr>
        <w:t xml:space="preserve"> </w:t>
      </w:r>
      <w:r w:rsidR="009717ED">
        <w:rPr>
          <w:sz w:val="28"/>
          <w:szCs w:val="28"/>
          <w:lang w:val="it-IT"/>
        </w:rPr>
        <w:t>affermandosi</w:t>
      </w:r>
      <w:r w:rsidRPr="1AB022FE">
        <w:rPr>
          <w:sz w:val="28"/>
          <w:szCs w:val="28"/>
          <w:lang w:val="it-IT"/>
        </w:rPr>
        <w:t xml:space="preserve"> in una pluralità di settori con significative quote di mercato.</w:t>
      </w:r>
    </w:p>
    <w:p w14:paraId="1917ED43" w14:textId="72688A16" w:rsidR="005C0D09" w:rsidRDefault="001E65AC" w:rsidP="00E94764">
      <w:pPr>
        <w:jc w:val="both"/>
        <w:rPr>
          <w:sz w:val="28"/>
          <w:szCs w:val="28"/>
          <w:lang w:val="it-IT"/>
        </w:rPr>
      </w:pPr>
      <w:r w:rsidRPr="1AB022FE">
        <w:rPr>
          <w:sz w:val="28"/>
          <w:szCs w:val="28"/>
          <w:lang w:val="it-IT"/>
        </w:rPr>
        <w:t>Questa grande capacità esportatrice</w:t>
      </w:r>
      <w:r w:rsidR="00FC36D2" w:rsidRPr="1AB022FE">
        <w:rPr>
          <w:sz w:val="28"/>
          <w:szCs w:val="28"/>
          <w:lang w:val="it-IT"/>
        </w:rPr>
        <w:t xml:space="preserve"> </w:t>
      </w:r>
      <w:r w:rsidRPr="1AB022FE">
        <w:rPr>
          <w:sz w:val="28"/>
          <w:szCs w:val="28"/>
          <w:lang w:val="it-IT"/>
        </w:rPr>
        <w:t>risiede prevalentemente nelle medie e medio-grandi imprese che</w:t>
      </w:r>
      <w:r w:rsidR="3011A388" w:rsidRPr="1AB022FE">
        <w:rPr>
          <w:sz w:val="28"/>
          <w:szCs w:val="28"/>
          <w:lang w:val="it-IT"/>
        </w:rPr>
        <w:t>,</w:t>
      </w:r>
      <w:r w:rsidRPr="1AB022FE">
        <w:rPr>
          <w:sz w:val="28"/>
          <w:szCs w:val="28"/>
          <w:lang w:val="it-IT"/>
        </w:rPr>
        <w:t xml:space="preserve"> nella classificazione sempre proposta da Fortis</w:t>
      </w:r>
      <w:r w:rsidR="00FC36D2" w:rsidRPr="1AB022FE">
        <w:rPr>
          <w:sz w:val="28"/>
          <w:szCs w:val="28"/>
          <w:lang w:val="it-IT"/>
        </w:rPr>
        <w:t xml:space="preserve"> </w:t>
      </w:r>
      <w:r w:rsidRPr="1AB022FE">
        <w:rPr>
          <w:sz w:val="28"/>
          <w:szCs w:val="28"/>
          <w:lang w:val="it-IT"/>
        </w:rPr>
        <w:t>sono rispettivamente quelle con addetti fra 50 e 499 e fra 500 e 199</w:t>
      </w:r>
      <w:r w:rsidR="28AB8230" w:rsidRPr="1AB022FE">
        <w:rPr>
          <w:sz w:val="28"/>
          <w:szCs w:val="28"/>
          <w:lang w:val="it-IT"/>
        </w:rPr>
        <w:t>9</w:t>
      </w:r>
      <w:r w:rsidR="00235DAA" w:rsidRPr="1AB022FE">
        <w:rPr>
          <w:sz w:val="28"/>
          <w:szCs w:val="28"/>
          <w:lang w:val="it-IT"/>
        </w:rPr>
        <w:t>.</w:t>
      </w:r>
    </w:p>
    <w:p w14:paraId="2C36B078" w14:textId="2467C31F" w:rsidR="001E65AC" w:rsidRDefault="7BCFFD53" w:rsidP="1AB022FE">
      <w:pPr>
        <w:jc w:val="both"/>
        <w:rPr>
          <w:sz w:val="28"/>
          <w:szCs w:val="28"/>
          <w:lang w:val="it-IT"/>
        </w:rPr>
      </w:pPr>
      <w:r w:rsidRPr="1AB022FE">
        <w:rPr>
          <w:sz w:val="28"/>
          <w:szCs w:val="28"/>
          <w:lang w:val="it-IT"/>
        </w:rPr>
        <w:t>Tale</w:t>
      </w:r>
      <w:r w:rsidR="005C0D09" w:rsidRPr="1AB022FE">
        <w:rPr>
          <w:sz w:val="28"/>
          <w:szCs w:val="28"/>
          <w:lang w:val="it-IT"/>
        </w:rPr>
        <w:t xml:space="preserve"> classificazione non è coincidente con quella europea utilizzata da I</w:t>
      </w:r>
      <w:r w:rsidR="00871229">
        <w:rPr>
          <w:sz w:val="28"/>
          <w:szCs w:val="28"/>
          <w:lang w:val="it-IT"/>
        </w:rPr>
        <w:t>stat</w:t>
      </w:r>
      <w:r w:rsidR="005C0D09" w:rsidRPr="1AB022FE">
        <w:rPr>
          <w:sz w:val="28"/>
          <w:szCs w:val="28"/>
          <w:lang w:val="it-IT"/>
        </w:rPr>
        <w:t xml:space="preserve"> ed Eurostat, ma meglio inquadra la realtà italiana</w:t>
      </w:r>
      <w:r w:rsidR="00D251CC" w:rsidRPr="1AB022FE">
        <w:rPr>
          <w:sz w:val="28"/>
          <w:szCs w:val="28"/>
          <w:lang w:val="it-IT"/>
        </w:rPr>
        <w:t xml:space="preserve"> fatta da imprese che per organizzazione presentano caratteri comuni di </w:t>
      </w:r>
      <w:r w:rsidR="00D2485D" w:rsidRPr="1AB022FE">
        <w:rPr>
          <w:sz w:val="28"/>
          <w:szCs w:val="28"/>
          <w:lang w:val="it-IT"/>
        </w:rPr>
        <w:t>gestione; esse</w:t>
      </w:r>
      <w:r w:rsidR="001E65AC" w:rsidRPr="1AB022FE">
        <w:rPr>
          <w:sz w:val="28"/>
          <w:szCs w:val="28"/>
          <w:lang w:val="it-IT"/>
        </w:rPr>
        <w:t xml:space="preserve"> rappresenta</w:t>
      </w:r>
      <w:r w:rsidR="00705EAE" w:rsidRPr="1AB022FE">
        <w:rPr>
          <w:sz w:val="28"/>
          <w:szCs w:val="28"/>
          <w:lang w:val="it-IT"/>
        </w:rPr>
        <w:t>no</w:t>
      </w:r>
      <w:r w:rsidR="001E65AC" w:rsidRPr="1AB022FE">
        <w:rPr>
          <w:sz w:val="28"/>
          <w:szCs w:val="28"/>
          <w:lang w:val="it-IT"/>
        </w:rPr>
        <w:t xml:space="preserve"> oltre il 70% dell’export globale che diventa l’80% se consideriamo anche le piccole con addetti fra 20 e 50.</w:t>
      </w:r>
    </w:p>
    <w:p w14:paraId="6EB8318A" w14:textId="77777777" w:rsidR="001E65AC" w:rsidRPr="003534DF" w:rsidRDefault="001E65AC" w:rsidP="00E94764">
      <w:pPr>
        <w:jc w:val="both"/>
        <w:rPr>
          <w:sz w:val="28"/>
          <w:szCs w:val="28"/>
          <w:lang w:val="it-IT"/>
        </w:rPr>
      </w:pPr>
      <w:r w:rsidRPr="003534DF">
        <w:rPr>
          <w:sz w:val="28"/>
          <w:szCs w:val="28"/>
          <w:lang w:val="it-IT"/>
        </w:rPr>
        <w:t>Un esercito di 10.000 imprese che riescono ad essere competitive nel mondo, in un</w:t>
      </w:r>
      <w:r>
        <w:rPr>
          <w:sz w:val="28"/>
          <w:szCs w:val="28"/>
          <w:lang w:val="it-IT"/>
        </w:rPr>
        <w:t>’</w:t>
      </w:r>
      <w:r w:rsidRPr="003534DF">
        <w:rPr>
          <w:sz w:val="28"/>
          <w:szCs w:val="28"/>
          <w:lang w:val="it-IT"/>
        </w:rPr>
        <w:t>ampia varietà di paesi e di settori.</w:t>
      </w:r>
    </w:p>
    <w:p w14:paraId="2B5164A2" w14:textId="0C435C37" w:rsidR="001E65AC" w:rsidRDefault="001E65AC" w:rsidP="00E94764">
      <w:pPr>
        <w:jc w:val="both"/>
        <w:rPr>
          <w:sz w:val="28"/>
          <w:szCs w:val="28"/>
          <w:lang w:val="it-IT"/>
        </w:rPr>
      </w:pPr>
      <w:r w:rsidRPr="003534DF">
        <w:rPr>
          <w:sz w:val="28"/>
          <w:szCs w:val="28"/>
          <w:lang w:val="it-IT"/>
        </w:rPr>
        <w:t>Un</w:t>
      </w:r>
      <w:r>
        <w:rPr>
          <w:sz w:val="28"/>
          <w:szCs w:val="28"/>
          <w:lang w:val="it-IT"/>
        </w:rPr>
        <w:t xml:space="preserve">’analisi </w:t>
      </w:r>
      <w:r w:rsidRPr="003534DF">
        <w:rPr>
          <w:sz w:val="28"/>
          <w:szCs w:val="28"/>
          <w:lang w:val="it-IT"/>
        </w:rPr>
        <w:t>che sfata il mito che il mercato internazionale sia riservato alle sole grandi imprese e che il sistema industriale italiano, nelle sue limitate dimensioni d’impresa, non abbia la capacità di competere con successo.</w:t>
      </w:r>
    </w:p>
    <w:p w14:paraId="2EAF8C87" w14:textId="05D70EE2" w:rsidR="001E65AC" w:rsidRPr="003534DF" w:rsidRDefault="001E65AC" w:rsidP="00E94764">
      <w:pPr>
        <w:jc w:val="both"/>
        <w:rPr>
          <w:sz w:val="28"/>
          <w:szCs w:val="28"/>
          <w:lang w:val="it-IT"/>
        </w:rPr>
      </w:pPr>
      <w:r w:rsidRPr="003534DF">
        <w:rPr>
          <w:sz w:val="28"/>
          <w:szCs w:val="28"/>
          <w:lang w:val="it-IT"/>
        </w:rPr>
        <w:t>Imprese che pur perseguendo soglie dimensionali che consent</w:t>
      </w:r>
      <w:r w:rsidR="00A652A5">
        <w:rPr>
          <w:sz w:val="28"/>
          <w:szCs w:val="28"/>
          <w:lang w:val="it-IT"/>
        </w:rPr>
        <w:t>a</w:t>
      </w:r>
      <w:r w:rsidRPr="003534DF">
        <w:rPr>
          <w:sz w:val="28"/>
          <w:szCs w:val="28"/>
          <w:lang w:val="it-IT"/>
        </w:rPr>
        <w:t>no investimenti adeguati</w:t>
      </w:r>
      <w:r w:rsidR="00460032">
        <w:rPr>
          <w:sz w:val="28"/>
          <w:szCs w:val="28"/>
          <w:lang w:val="it-IT"/>
        </w:rPr>
        <w:t xml:space="preserve"> e</w:t>
      </w:r>
      <w:r w:rsidRPr="003534DF">
        <w:rPr>
          <w:sz w:val="28"/>
          <w:szCs w:val="28"/>
          <w:lang w:val="it-IT"/>
        </w:rPr>
        <w:t xml:space="preserve"> generazione di cash-flow consistenti, sembrano sostituire o integrare le economie di scala con economie di velocità.</w:t>
      </w:r>
    </w:p>
    <w:p w14:paraId="0CF03C8A" w14:textId="2501E35F" w:rsidR="00895067" w:rsidRPr="007113F8" w:rsidRDefault="00B62267" w:rsidP="00E94764">
      <w:pPr>
        <w:jc w:val="both"/>
        <w:rPr>
          <w:sz w:val="28"/>
          <w:szCs w:val="28"/>
          <w:lang w:val="it-IT"/>
        </w:rPr>
      </w:pPr>
      <w:r w:rsidRPr="007113F8">
        <w:rPr>
          <w:sz w:val="28"/>
          <w:szCs w:val="28"/>
          <w:lang w:val="it-IT"/>
        </w:rPr>
        <w:lastRenderedPageBreak/>
        <w:t>Le nostre oltre 800 imprese associate confermano questo modello.</w:t>
      </w:r>
    </w:p>
    <w:p w14:paraId="49028A79" w14:textId="5FE51B0A" w:rsidR="00B62267" w:rsidRPr="007113F8" w:rsidRDefault="00B62267" w:rsidP="00E94764">
      <w:pPr>
        <w:jc w:val="both"/>
        <w:rPr>
          <w:sz w:val="28"/>
          <w:szCs w:val="28"/>
          <w:lang w:val="it-IT"/>
        </w:rPr>
      </w:pPr>
      <w:r w:rsidRPr="007113F8">
        <w:rPr>
          <w:sz w:val="28"/>
          <w:szCs w:val="28"/>
          <w:lang w:val="it-IT"/>
        </w:rPr>
        <w:t xml:space="preserve">L’analisi degli andamenti 2024-2025 </w:t>
      </w:r>
      <w:r w:rsidR="007113F8" w:rsidRPr="007113F8">
        <w:rPr>
          <w:sz w:val="28"/>
          <w:szCs w:val="28"/>
          <w:lang w:val="it-IT"/>
        </w:rPr>
        <w:t>riguarda circa 680 imprese, l’80% della base associativa</w:t>
      </w:r>
      <w:r w:rsidR="00544E15">
        <w:rPr>
          <w:sz w:val="28"/>
          <w:szCs w:val="28"/>
          <w:lang w:val="it-IT"/>
        </w:rPr>
        <w:t>;</w:t>
      </w:r>
      <w:r w:rsidR="007113F8">
        <w:rPr>
          <w:sz w:val="28"/>
          <w:szCs w:val="28"/>
          <w:lang w:val="it-IT"/>
        </w:rPr>
        <w:t xml:space="preserve"> se adottiamo una stima prudente del valore prodotto sul territorio</w:t>
      </w:r>
      <w:r w:rsidR="00A86F94">
        <w:rPr>
          <w:sz w:val="28"/>
          <w:szCs w:val="28"/>
          <w:lang w:val="it-IT"/>
        </w:rPr>
        <w:t>,</w:t>
      </w:r>
      <w:r w:rsidR="007113F8">
        <w:rPr>
          <w:sz w:val="28"/>
          <w:szCs w:val="28"/>
          <w:lang w:val="it-IT"/>
        </w:rPr>
        <w:t xml:space="preserve"> </w:t>
      </w:r>
      <w:r w:rsidR="00F2694C">
        <w:rPr>
          <w:sz w:val="28"/>
          <w:szCs w:val="28"/>
          <w:lang w:val="it-IT"/>
        </w:rPr>
        <w:t xml:space="preserve">il fatturato </w:t>
      </w:r>
      <w:r w:rsidR="00A80FF0">
        <w:rPr>
          <w:sz w:val="28"/>
          <w:szCs w:val="28"/>
          <w:lang w:val="it-IT"/>
        </w:rPr>
        <w:t xml:space="preserve">nel 2025 </w:t>
      </w:r>
      <w:r w:rsidR="00F2694C">
        <w:rPr>
          <w:sz w:val="28"/>
          <w:szCs w:val="28"/>
          <w:lang w:val="it-IT"/>
        </w:rPr>
        <w:t>cre</w:t>
      </w:r>
      <w:r w:rsidR="00724358">
        <w:rPr>
          <w:sz w:val="28"/>
          <w:szCs w:val="28"/>
          <w:lang w:val="it-IT"/>
        </w:rPr>
        <w:t>sc</w:t>
      </w:r>
      <w:r w:rsidR="00F2694C">
        <w:rPr>
          <w:sz w:val="28"/>
          <w:szCs w:val="28"/>
          <w:lang w:val="it-IT"/>
        </w:rPr>
        <w:t xml:space="preserve">e del 4.5%, a circa 25 mld, il margine operativo lordo del 5.5% e l’export </w:t>
      </w:r>
      <w:r w:rsidR="00724358">
        <w:rPr>
          <w:sz w:val="28"/>
          <w:szCs w:val="28"/>
          <w:lang w:val="it-IT"/>
        </w:rPr>
        <w:t xml:space="preserve">del </w:t>
      </w:r>
      <w:r w:rsidR="00F2694C">
        <w:rPr>
          <w:sz w:val="28"/>
          <w:szCs w:val="28"/>
          <w:lang w:val="it-IT"/>
        </w:rPr>
        <w:t>2.2</w:t>
      </w:r>
      <w:r w:rsidR="00724358">
        <w:rPr>
          <w:sz w:val="28"/>
          <w:szCs w:val="28"/>
          <w:lang w:val="it-IT"/>
        </w:rPr>
        <w:t>%</w:t>
      </w:r>
      <w:r w:rsidR="00A80FF0">
        <w:rPr>
          <w:sz w:val="28"/>
          <w:szCs w:val="28"/>
          <w:lang w:val="it-IT"/>
        </w:rPr>
        <w:t>.</w:t>
      </w:r>
    </w:p>
    <w:p w14:paraId="5E8A842B" w14:textId="0BA1C0E9" w:rsidR="001E65AC" w:rsidRDefault="00AC0218" w:rsidP="1AB022FE">
      <w:pPr>
        <w:jc w:val="both"/>
        <w:rPr>
          <w:sz w:val="28"/>
          <w:szCs w:val="28"/>
          <w:lang w:val="it-IT"/>
        </w:rPr>
      </w:pPr>
      <w:r w:rsidRPr="1AB022FE">
        <w:rPr>
          <w:sz w:val="28"/>
          <w:szCs w:val="28"/>
          <w:lang w:val="it-IT"/>
        </w:rPr>
        <w:t>Secondo la classificazione proposta, le medie e medio-grandi imprese</w:t>
      </w:r>
      <w:r w:rsidR="00994C2C" w:rsidRPr="1AB022FE">
        <w:rPr>
          <w:sz w:val="28"/>
          <w:szCs w:val="28"/>
          <w:lang w:val="it-IT"/>
        </w:rPr>
        <w:t xml:space="preserve"> </w:t>
      </w:r>
      <w:r w:rsidR="005A3F08" w:rsidRPr="1AB022FE">
        <w:rPr>
          <w:sz w:val="28"/>
          <w:szCs w:val="28"/>
          <w:lang w:val="it-IT"/>
        </w:rPr>
        <w:t>generano</w:t>
      </w:r>
      <w:r w:rsidR="004A37F4" w:rsidRPr="1AB022FE">
        <w:rPr>
          <w:sz w:val="28"/>
          <w:szCs w:val="28"/>
          <w:lang w:val="it-IT"/>
        </w:rPr>
        <w:t xml:space="preserve"> </w:t>
      </w:r>
      <w:r w:rsidR="6B5EF1F4" w:rsidRPr="1AB022FE">
        <w:rPr>
          <w:color w:val="0D0D0D" w:themeColor="text1" w:themeTint="F2"/>
          <w:sz w:val="28"/>
          <w:szCs w:val="28"/>
          <w:lang w:val="it-IT"/>
        </w:rPr>
        <w:t>l'88</w:t>
      </w:r>
      <w:r w:rsidR="5DEE7672" w:rsidRPr="1AB022FE">
        <w:rPr>
          <w:color w:val="0D0D0D" w:themeColor="text1" w:themeTint="F2"/>
          <w:sz w:val="28"/>
          <w:szCs w:val="28"/>
          <w:lang w:val="it-IT"/>
        </w:rPr>
        <w:t xml:space="preserve">% </w:t>
      </w:r>
      <w:r w:rsidR="004A37F4" w:rsidRPr="1AB022FE">
        <w:rPr>
          <w:sz w:val="28"/>
          <w:szCs w:val="28"/>
          <w:lang w:val="it-IT"/>
        </w:rPr>
        <w:t>del fatturato export</w:t>
      </w:r>
      <w:r w:rsidR="4F9C68E2" w:rsidRPr="1AB022FE">
        <w:rPr>
          <w:sz w:val="28"/>
          <w:szCs w:val="28"/>
          <w:lang w:val="it-IT"/>
        </w:rPr>
        <w:t>, contro il 71</w:t>
      </w:r>
      <w:r w:rsidR="7FD58025" w:rsidRPr="1AB022FE">
        <w:rPr>
          <w:sz w:val="28"/>
          <w:szCs w:val="28"/>
          <w:lang w:val="it-IT"/>
        </w:rPr>
        <w:t xml:space="preserve">% </w:t>
      </w:r>
      <w:r w:rsidR="4F9C68E2" w:rsidRPr="1AB022FE">
        <w:rPr>
          <w:sz w:val="28"/>
          <w:szCs w:val="28"/>
          <w:lang w:val="it-IT"/>
        </w:rPr>
        <w:t>della media nazionale.</w:t>
      </w:r>
    </w:p>
    <w:p w14:paraId="184CC147" w14:textId="734B3150" w:rsidR="00E642A3" w:rsidRPr="003534DF" w:rsidRDefault="00E642A3" w:rsidP="1AB022FE">
      <w:pPr>
        <w:jc w:val="both"/>
        <w:rPr>
          <w:sz w:val="28"/>
          <w:szCs w:val="28"/>
          <w:lang w:val="it-IT"/>
        </w:rPr>
      </w:pPr>
      <w:r w:rsidRPr="1AB022FE">
        <w:rPr>
          <w:sz w:val="28"/>
          <w:szCs w:val="28"/>
          <w:lang w:val="it-IT"/>
        </w:rPr>
        <w:t xml:space="preserve">L’ampia base costituita dalle piccole imprese con meno di 50 </w:t>
      </w:r>
      <w:r w:rsidR="083B0F51" w:rsidRPr="1AB022FE">
        <w:rPr>
          <w:sz w:val="28"/>
          <w:szCs w:val="28"/>
          <w:lang w:val="it-IT"/>
        </w:rPr>
        <w:t xml:space="preserve">addetti, </w:t>
      </w:r>
      <w:r w:rsidR="30236A51" w:rsidRPr="1AB022FE">
        <w:rPr>
          <w:sz w:val="28"/>
          <w:szCs w:val="28"/>
          <w:lang w:val="it-IT"/>
        </w:rPr>
        <w:t>generano</w:t>
      </w:r>
      <w:r w:rsidR="30236A51" w:rsidRPr="1AB022FE">
        <w:rPr>
          <w:color w:val="000000" w:themeColor="text1"/>
          <w:sz w:val="28"/>
          <w:szCs w:val="28"/>
          <w:lang w:val="it-IT"/>
        </w:rPr>
        <w:t xml:space="preserve"> il 12% dell’export</w:t>
      </w:r>
      <w:r w:rsidR="204AEAB5" w:rsidRPr="1AB022FE">
        <w:rPr>
          <w:color w:val="000000" w:themeColor="text1"/>
          <w:sz w:val="28"/>
          <w:szCs w:val="28"/>
          <w:lang w:val="it-IT"/>
        </w:rPr>
        <w:t xml:space="preserve">. </w:t>
      </w:r>
      <w:r w:rsidR="005A1C55" w:rsidRPr="1AB022FE">
        <w:rPr>
          <w:color w:val="000000" w:themeColor="text1"/>
          <w:sz w:val="28"/>
          <w:szCs w:val="28"/>
          <w:lang w:val="it-IT"/>
        </w:rPr>
        <w:t>U</w:t>
      </w:r>
      <w:r w:rsidR="005A1C55" w:rsidRPr="1AB022FE">
        <w:rPr>
          <w:sz w:val="28"/>
          <w:szCs w:val="28"/>
          <w:lang w:val="it-IT"/>
        </w:rPr>
        <w:t>n contributo importante ma che non costitu</w:t>
      </w:r>
      <w:r w:rsidR="00086E17" w:rsidRPr="1AB022FE">
        <w:rPr>
          <w:sz w:val="28"/>
          <w:szCs w:val="28"/>
          <w:lang w:val="it-IT"/>
        </w:rPr>
        <w:t>i</w:t>
      </w:r>
      <w:r w:rsidR="005A1C55" w:rsidRPr="1AB022FE">
        <w:rPr>
          <w:sz w:val="28"/>
          <w:szCs w:val="28"/>
          <w:lang w:val="it-IT"/>
        </w:rPr>
        <w:t>sce il motore delle nostre esportazioni</w:t>
      </w:r>
      <w:r w:rsidR="00086E17" w:rsidRPr="1AB022FE">
        <w:rPr>
          <w:sz w:val="28"/>
          <w:szCs w:val="28"/>
          <w:lang w:val="it-IT"/>
        </w:rPr>
        <w:t xml:space="preserve">. </w:t>
      </w:r>
      <w:r w:rsidR="74776C87" w:rsidRPr="1AB022FE">
        <w:rPr>
          <w:sz w:val="28"/>
          <w:szCs w:val="28"/>
          <w:lang w:val="it-IT"/>
        </w:rPr>
        <w:t>In sintesi,</w:t>
      </w:r>
      <w:r w:rsidR="0079239E" w:rsidRPr="1AB022FE">
        <w:rPr>
          <w:sz w:val="28"/>
          <w:szCs w:val="28"/>
          <w:lang w:val="it-IT"/>
        </w:rPr>
        <w:t xml:space="preserve"> </w:t>
      </w:r>
      <w:r w:rsidR="0084289D" w:rsidRPr="1AB022FE">
        <w:rPr>
          <w:sz w:val="28"/>
          <w:szCs w:val="28"/>
          <w:lang w:val="it-IT"/>
        </w:rPr>
        <w:t xml:space="preserve">la nostra </w:t>
      </w:r>
      <w:r w:rsidR="001437DD" w:rsidRPr="1AB022FE">
        <w:rPr>
          <w:sz w:val="28"/>
          <w:szCs w:val="28"/>
          <w:lang w:val="it-IT"/>
        </w:rPr>
        <w:t xml:space="preserve">è una </w:t>
      </w:r>
      <w:r w:rsidR="0084289D" w:rsidRPr="1AB022FE">
        <w:rPr>
          <w:sz w:val="28"/>
          <w:szCs w:val="28"/>
          <w:lang w:val="it-IT"/>
        </w:rPr>
        <w:t xml:space="preserve">struttura </w:t>
      </w:r>
      <w:r w:rsidR="001437DD" w:rsidRPr="1AB022FE">
        <w:rPr>
          <w:sz w:val="28"/>
          <w:szCs w:val="28"/>
          <w:lang w:val="it-IT"/>
        </w:rPr>
        <w:t>a base familiare distrettuale</w:t>
      </w:r>
      <w:r w:rsidR="0058229C" w:rsidRPr="1AB022FE">
        <w:rPr>
          <w:sz w:val="28"/>
          <w:szCs w:val="28"/>
          <w:lang w:val="it-IT"/>
        </w:rPr>
        <w:t>;</w:t>
      </w:r>
      <w:r w:rsidR="001437DD" w:rsidRPr="1AB022FE">
        <w:rPr>
          <w:sz w:val="28"/>
          <w:szCs w:val="28"/>
          <w:lang w:val="it-IT"/>
        </w:rPr>
        <w:t xml:space="preserve"> esattamente il modello tipicamente italiano.</w:t>
      </w:r>
    </w:p>
    <w:p w14:paraId="02FD551E" w14:textId="656AA8E8" w:rsidR="001E65AC" w:rsidRPr="003534DF" w:rsidRDefault="004E1048" w:rsidP="00E94764">
      <w:pPr>
        <w:jc w:val="both"/>
        <w:rPr>
          <w:sz w:val="28"/>
          <w:szCs w:val="28"/>
          <w:lang w:val="it-IT"/>
        </w:rPr>
      </w:pPr>
      <w:r>
        <w:rPr>
          <w:sz w:val="28"/>
          <w:szCs w:val="28"/>
          <w:lang w:val="it-IT"/>
        </w:rPr>
        <w:t>Queste imprese</w:t>
      </w:r>
      <w:r w:rsidR="001E65AC" w:rsidRPr="003534DF">
        <w:rPr>
          <w:sz w:val="28"/>
          <w:szCs w:val="28"/>
          <w:lang w:val="it-IT"/>
        </w:rPr>
        <w:t xml:space="preserve"> rappresentano il cuore pulsante dell’internazionalizzazione</w:t>
      </w:r>
      <w:r w:rsidR="001E65AC">
        <w:rPr>
          <w:sz w:val="28"/>
          <w:szCs w:val="28"/>
          <w:lang w:val="it-IT"/>
        </w:rPr>
        <w:t xml:space="preserve"> romagnola</w:t>
      </w:r>
      <w:r w:rsidR="001E65AC" w:rsidRPr="003534DF">
        <w:rPr>
          <w:sz w:val="28"/>
          <w:szCs w:val="28"/>
          <w:lang w:val="it-IT"/>
        </w:rPr>
        <w:t>, con p</w:t>
      </w:r>
      <w:r w:rsidR="001E65AC">
        <w:rPr>
          <w:sz w:val="28"/>
          <w:szCs w:val="28"/>
          <w:lang w:val="it-IT"/>
        </w:rPr>
        <w:t>resenze</w:t>
      </w:r>
      <w:r w:rsidR="001E65AC" w:rsidRPr="003534DF">
        <w:rPr>
          <w:sz w:val="28"/>
          <w:szCs w:val="28"/>
          <w:lang w:val="it-IT"/>
        </w:rPr>
        <w:t xml:space="preserve"> significative nella meccanica/meccatronica, nell’agroalimentare, nella chimic</w:t>
      </w:r>
      <w:r w:rsidR="001E65AC">
        <w:rPr>
          <w:sz w:val="28"/>
          <w:szCs w:val="28"/>
          <w:lang w:val="it-IT"/>
        </w:rPr>
        <w:t>a,</w:t>
      </w:r>
      <w:r w:rsidR="00FE6BB6">
        <w:rPr>
          <w:sz w:val="28"/>
          <w:szCs w:val="28"/>
          <w:lang w:val="it-IT"/>
        </w:rPr>
        <w:t xml:space="preserve"> ne</w:t>
      </w:r>
      <w:r w:rsidR="003B69BA">
        <w:rPr>
          <w:sz w:val="28"/>
          <w:szCs w:val="28"/>
          <w:lang w:val="it-IT"/>
        </w:rPr>
        <w:t>ll’energia,</w:t>
      </w:r>
      <w:r w:rsidR="001E65AC">
        <w:rPr>
          <w:sz w:val="28"/>
          <w:szCs w:val="28"/>
          <w:lang w:val="it-IT"/>
        </w:rPr>
        <w:t xml:space="preserve"> nella plastica e nella cantieristica.</w:t>
      </w:r>
    </w:p>
    <w:p w14:paraId="4BB71E2A" w14:textId="434FADE2" w:rsidR="001E65AC" w:rsidRPr="003534DF" w:rsidRDefault="001E65AC" w:rsidP="1AB022FE">
      <w:pPr>
        <w:jc w:val="both"/>
        <w:rPr>
          <w:sz w:val="28"/>
          <w:szCs w:val="28"/>
          <w:lang w:val="it-IT"/>
        </w:rPr>
      </w:pPr>
      <w:r w:rsidRPr="1AB022FE">
        <w:rPr>
          <w:sz w:val="28"/>
          <w:szCs w:val="28"/>
          <w:lang w:val="it-IT"/>
        </w:rPr>
        <w:t xml:space="preserve">L’export costituisce circa il </w:t>
      </w:r>
      <w:r w:rsidR="389ECEA9" w:rsidRPr="1AB022FE">
        <w:rPr>
          <w:sz w:val="28"/>
          <w:szCs w:val="28"/>
          <w:lang w:val="it-IT"/>
        </w:rPr>
        <w:t>21% d</w:t>
      </w:r>
      <w:r w:rsidRPr="1AB022FE">
        <w:rPr>
          <w:sz w:val="28"/>
          <w:szCs w:val="28"/>
          <w:lang w:val="it-IT"/>
        </w:rPr>
        <w:t>el fatturato totale ed è realizzato dal</w:t>
      </w:r>
      <w:r w:rsidR="5705CBD1" w:rsidRPr="1AB022FE">
        <w:rPr>
          <w:sz w:val="28"/>
          <w:szCs w:val="28"/>
          <w:lang w:val="it-IT"/>
        </w:rPr>
        <w:t xml:space="preserve"> 40%</w:t>
      </w:r>
      <w:r w:rsidRPr="1AB022FE">
        <w:rPr>
          <w:sz w:val="28"/>
          <w:szCs w:val="28"/>
          <w:lang w:val="it-IT"/>
        </w:rPr>
        <w:t xml:space="preserve"> delle imprese associate.</w:t>
      </w:r>
    </w:p>
    <w:p w14:paraId="4E1C4A82" w14:textId="3088EDED" w:rsidR="001E65AC" w:rsidRPr="003534DF" w:rsidRDefault="001E65AC" w:rsidP="00E94764">
      <w:pPr>
        <w:jc w:val="both"/>
        <w:rPr>
          <w:sz w:val="28"/>
          <w:szCs w:val="28"/>
          <w:lang w:val="it-IT"/>
        </w:rPr>
      </w:pPr>
      <w:r w:rsidRPr="003534DF">
        <w:rPr>
          <w:sz w:val="28"/>
          <w:szCs w:val="28"/>
          <w:lang w:val="it-IT"/>
        </w:rPr>
        <w:t>L’export è quindi una parte significativa del nostro sistema produttivo ma con ampi margini di miglioramento e soprattutto con la possibilità di ampliare il numero delle imprese che vi hanno accesso</w:t>
      </w:r>
      <w:r w:rsidR="007905C6">
        <w:rPr>
          <w:sz w:val="28"/>
          <w:szCs w:val="28"/>
          <w:lang w:val="it-IT"/>
        </w:rPr>
        <w:t>, c</w:t>
      </w:r>
      <w:r w:rsidRPr="003534DF">
        <w:rPr>
          <w:sz w:val="28"/>
          <w:szCs w:val="28"/>
          <w:lang w:val="it-IT"/>
        </w:rPr>
        <w:t xml:space="preserve">ogliendo l’opportunità di imprese “campioni” </w:t>
      </w:r>
      <w:r w:rsidR="00544E15">
        <w:rPr>
          <w:sz w:val="28"/>
          <w:szCs w:val="28"/>
          <w:lang w:val="it-IT"/>
        </w:rPr>
        <w:t>con</w:t>
      </w:r>
      <w:r w:rsidRPr="003534DF">
        <w:rPr>
          <w:sz w:val="28"/>
          <w:szCs w:val="28"/>
          <w:lang w:val="it-IT"/>
        </w:rPr>
        <w:t xml:space="preserve"> una posizione di leadership internazionale </w:t>
      </w:r>
      <w:r w:rsidR="00544E15">
        <w:rPr>
          <w:sz w:val="28"/>
          <w:szCs w:val="28"/>
          <w:lang w:val="it-IT"/>
        </w:rPr>
        <w:t xml:space="preserve">in grado di </w:t>
      </w:r>
      <w:r w:rsidRPr="003534DF">
        <w:rPr>
          <w:sz w:val="28"/>
          <w:szCs w:val="28"/>
          <w:lang w:val="it-IT"/>
        </w:rPr>
        <w:t>trainare filiere e distretti</w:t>
      </w:r>
      <w:r w:rsidR="00712B6E">
        <w:rPr>
          <w:sz w:val="28"/>
          <w:szCs w:val="28"/>
          <w:lang w:val="it-IT"/>
        </w:rPr>
        <w:t xml:space="preserve">. </w:t>
      </w:r>
    </w:p>
    <w:p w14:paraId="77D6D7A5" w14:textId="3394ADF3" w:rsidR="00CF19EE" w:rsidRPr="00EB37C1" w:rsidRDefault="02945186" w:rsidP="00E94764">
      <w:pPr>
        <w:jc w:val="both"/>
        <w:rPr>
          <w:sz w:val="28"/>
          <w:szCs w:val="28"/>
          <w:lang w:val="it-IT"/>
        </w:rPr>
      </w:pPr>
      <w:r w:rsidRPr="1AB022FE">
        <w:rPr>
          <w:sz w:val="28"/>
          <w:szCs w:val="28"/>
          <w:lang w:val="it-IT"/>
        </w:rPr>
        <w:t>I</w:t>
      </w:r>
      <w:r w:rsidR="002D62C7" w:rsidRPr="1AB022FE">
        <w:rPr>
          <w:sz w:val="28"/>
          <w:szCs w:val="28"/>
          <w:lang w:val="it-IT"/>
        </w:rPr>
        <w:t>l rapporto fra fatturato</w:t>
      </w:r>
      <w:r w:rsidR="00061A25" w:rsidRPr="1AB022FE">
        <w:rPr>
          <w:sz w:val="28"/>
          <w:szCs w:val="28"/>
          <w:lang w:val="it-IT"/>
        </w:rPr>
        <w:t xml:space="preserve"> export e quello complessivo</w:t>
      </w:r>
      <w:r w:rsidR="043A755C" w:rsidRPr="1AB022FE">
        <w:rPr>
          <w:sz w:val="28"/>
          <w:szCs w:val="28"/>
          <w:lang w:val="it-IT"/>
        </w:rPr>
        <w:t xml:space="preserve"> </w:t>
      </w:r>
      <w:r w:rsidR="001E65AC" w:rsidRPr="1AB022FE">
        <w:rPr>
          <w:sz w:val="28"/>
          <w:szCs w:val="28"/>
          <w:lang w:val="it-IT"/>
        </w:rPr>
        <w:t>cresce con la dimensione</w:t>
      </w:r>
      <w:r w:rsidR="005C7D51" w:rsidRPr="1AB022FE">
        <w:rPr>
          <w:color w:val="EE0000"/>
          <w:sz w:val="28"/>
          <w:szCs w:val="28"/>
          <w:lang w:val="it-IT"/>
        </w:rPr>
        <w:t>.</w:t>
      </w:r>
      <w:r w:rsidR="00EE5393" w:rsidRPr="1AB022FE">
        <w:rPr>
          <w:color w:val="EE0000"/>
          <w:sz w:val="28"/>
          <w:szCs w:val="28"/>
          <w:lang w:val="it-IT"/>
        </w:rPr>
        <w:t xml:space="preserve"> </w:t>
      </w:r>
      <w:r w:rsidR="001E65AC" w:rsidRPr="1AB022FE">
        <w:rPr>
          <w:sz w:val="28"/>
          <w:szCs w:val="28"/>
          <w:lang w:val="it-IT"/>
        </w:rPr>
        <w:t>La soglia dei 50 addetti</w:t>
      </w:r>
      <w:r w:rsidR="0037209A" w:rsidRPr="1AB022FE">
        <w:rPr>
          <w:sz w:val="28"/>
          <w:szCs w:val="28"/>
          <w:lang w:val="it-IT"/>
        </w:rPr>
        <w:t>,</w:t>
      </w:r>
      <w:r w:rsidR="001E65AC" w:rsidRPr="1AB022FE">
        <w:rPr>
          <w:sz w:val="28"/>
          <w:szCs w:val="28"/>
          <w:lang w:val="it-IT"/>
        </w:rPr>
        <w:t xml:space="preserve"> che segna il salto di proiezione internazionale</w:t>
      </w:r>
      <w:r w:rsidR="0037209A" w:rsidRPr="1AB022FE">
        <w:rPr>
          <w:sz w:val="28"/>
          <w:szCs w:val="28"/>
          <w:lang w:val="it-IT"/>
        </w:rPr>
        <w:t>,</w:t>
      </w:r>
      <w:r w:rsidR="001E65AC" w:rsidRPr="1AB022FE">
        <w:rPr>
          <w:sz w:val="28"/>
          <w:szCs w:val="28"/>
          <w:lang w:val="it-IT"/>
        </w:rPr>
        <w:t xml:space="preserve"> è la dimensione in cui l’impresa acquisisce struttura commerciale e managerializzazione.</w:t>
      </w:r>
    </w:p>
    <w:p w14:paraId="02617BD0" w14:textId="08CEAA7D" w:rsidR="007828FC" w:rsidRDefault="004B44ED" w:rsidP="00E94764">
      <w:pPr>
        <w:jc w:val="both"/>
        <w:rPr>
          <w:sz w:val="28"/>
          <w:szCs w:val="28"/>
          <w:lang w:val="it-IT"/>
        </w:rPr>
      </w:pPr>
      <w:r w:rsidRPr="1AB022FE">
        <w:rPr>
          <w:sz w:val="28"/>
          <w:szCs w:val="28"/>
          <w:lang w:val="it-IT"/>
        </w:rPr>
        <w:t>Ma il dato più significativo</w:t>
      </w:r>
      <w:r w:rsidR="00BF0CFD" w:rsidRPr="1AB022FE">
        <w:rPr>
          <w:sz w:val="28"/>
          <w:szCs w:val="28"/>
          <w:lang w:val="it-IT"/>
        </w:rPr>
        <w:t xml:space="preserve"> nasce dall’incrocio delle</w:t>
      </w:r>
      <w:r w:rsidR="002D2B83" w:rsidRPr="1AB022FE">
        <w:rPr>
          <w:sz w:val="28"/>
          <w:szCs w:val="28"/>
          <w:lang w:val="it-IT"/>
        </w:rPr>
        <w:t xml:space="preserve"> analisi per addetto e per fatturato.</w:t>
      </w:r>
      <w:r w:rsidR="34EC150F" w:rsidRPr="1AB022FE">
        <w:rPr>
          <w:sz w:val="28"/>
          <w:szCs w:val="28"/>
          <w:lang w:val="it-IT"/>
        </w:rPr>
        <w:t xml:space="preserve"> Sul territorio vi sono impr</w:t>
      </w:r>
      <w:r w:rsidR="004511F7" w:rsidRPr="1AB022FE">
        <w:rPr>
          <w:sz w:val="28"/>
          <w:szCs w:val="28"/>
          <w:lang w:val="it-IT"/>
        </w:rPr>
        <w:t>ese di grande dimensione</w:t>
      </w:r>
      <w:r w:rsidR="007828FC" w:rsidRPr="1AB022FE">
        <w:rPr>
          <w:sz w:val="28"/>
          <w:szCs w:val="28"/>
          <w:lang w:val="it-IT"/>
        </w:rPr>
        <w:t xml:space="preserve"> per fatturato</w:t>
      </w:r>
      <w:r w:rsidR="0060378A" w:rsidRPr="1AB022FE">
        <w:rPr>
          <w:sz w:val="28"/>
          <w:szCs w:val="28"/>
          <w:lang w:val="it-IT"/>
        </w:rPr>
        <w:t xml:space="preserve"> </w:t>
      </w:r>
      <w:r w:rsidR="00F50E3A" w:rsidRPr="1AB022FE">
        <w:rPr>
          <w:sz w:val="28"/>
          <w:szCs w:val="28"/>
          <w:lang w:val="it-IT"/>
        </w:rPr>
        <w:t>pur avendo meno di 250 addetti.</w:t>
      </w:r>
    </w:p>
    <w:p w14:paraId="5D4E6EC8" w14:textId="1678D61D" w:rsidR="00303A8E" w:rsidRDefault="76B3BB24" w:rsidP="00E94764">
      <w:pPr>
        <w:jc w:val="both"/>
        <w:rPr>
          <w:sz w:val="28"/>
          <w:szCs w:val="28"/>
          <w:lang w:val="it-IT"/>
        </w:rPr>
      </w:pPr>
      <w:r w:rsidRPr="1AB022FE">
        <w:rPr>
          <w:sz w:val="28"/>
          <w:szCs w:val="28"/>
          <w:lang w:val="it-IT"/>
        </w:rPr>
        <w:lastRenderedPageBreak/>
        <w:t>È</w:t>
      </w:r>
      <w:r w:rsidR="00BA0AEF" w:rsidRPr="1AB022FE">
        <w:rPr>
          <w:sz w:val="28"/>
          <w:szCs w:val="28"/>
          <w:lang w:val="it-IT"/>
        </w:rPr>
        <w:t xml:space="preserve"> qui che la virtù della media dimensione diventa evidente: esprime l’efficienza produttiva e</w:t>
      </w:r>
      <w:r w:rsidR="00F81591" w:rsidRPr="1AB022FE">
        <w:rPr>
          <w:sz w:val="28"/>
          <w:szCs w:val="28"/>
          <w:lang w:val="it-IT"/>
        </w:rPr>
        <w:t>d</w:t>
      </w:r>
      <w:r w:rsidR="00BA0AEF" w:rsidRPr="1AB022FE">
        <w:rPr>
          <w:sz w:val="28"/>
          <w:szCs w:val="28"/>
          <w:lang w:val="it-IT"/>
        </w:rPr>
        <w:t xml:space="preserve"> </w:t>
      </w:r>
      <w:r w:rsidR="00803A69" w:rsidRPr="1AB022FE">
        <w:rPr>
          <w:sz w:val="28"/>
          <w:szCs w:val="28"/>
          <w:lang w:val="it-IT"/>
        </w:rPr>
        <w:t>export per addett</w:t>
      </w:r>
      <w:r w:rsidR="00F81591" w:rsidRPr="1AB022FE">
        <w:rPr>
          <w:sz w:val="28"/>
          <w:szCs w:val="28"/>
          <w:lang w:val="it-IT"/>
        </w:rPr>
        <w:t>o</w:t>
      </w:r>
      <w:r w:rsidR="00803A69" w:rsidRPr="1AB022FE">
        <w:rPr>
          <w:sz w:val="28"/>
          <w:szCs w:val="28"/>
          <w:lang w:val="it-IT"/>
        </w:rPr>
        <w:t xml:space="preserve"> fuori scala.</w:t>
      </w:r>
    </w:p>
    <w:p w14:paraId="7CD7F5A8" w14:textId="5E1C3273" w:rsidR="00636D45" w:rsidRDefault="00192714" w:rsidP="00E94764">
      <w:pPr>
        <w:jc w:val="both"/>
        <w:rPr>
          <w:sz w:val="28"/>
          <w:szCs w:val="28"/>
          <w:lang w:val="it-IT"/>
        </w:rPr>
      </w:pPr>
      <w:r w:rsidRPr="1AB022FE">
        <w:rPr>
          <w:sz w:val="28"/>
          <w:szCs w:val="28"/>
          <w:lang w:val="it-IT"/>
        </w:rPr>
        <w:t xml:space="preserve">L’obiettivo è dunque </w:t>
      </w:r>
      <w:r w:rsidR="00CA29F5" w:rsidRPr="1AB022FE">
        <w:rPr>
          <w:sz w:val="28"/>
          <w:szCs w:val="28"/>
          <w:lang w:val="it-IT"/>
        </w:rPr>
        <w:t xml:space="preserve">proteggere e far crescere </w:t>
      </w:r>
      <w:r w:rsidR="5E8E7179" w:rsidRPr="1AB022FE">
        <w:rPr>
          <w:sz w:val="28"/>
          <w:szCs w:val="28"/>
          <w:lang w:val="it-IT"/>
        </w:rPr>
        <w:t>questa</w:t>
      </w:r>
      <w:r w:rsidR="00CA29F5" w:rsidRPr="1AB022FE">
        <w:rPr>
          <w:sz w:val="28"/>
          <w:szCs w:val="28"/>
          <w:lang w:val="it-IT"/>
        </w:rPr>
        <w:t xml:space="preserve"> fascia</w:t>
      </w:r>
      <w:r w:rsidR="2A0559E2" w:rsidRPr="1AB022FE">
        <w:rPr>
          <w:sz w:val="28"/>
          <w:szCs w:val="28"/>
          <w:lang w:val="it-IT"/>
        </w:rPr>
        <w:t xml:space="preserve"> dimensionale</w:t>
      </w:r>
      <w:r w:rsidR="00CA29F5" w:rsidRPr="1AB022FE">
        <w:rPr>
          <w:sz w:val="28"/>
          <w:szCs w:val="28"/>
          <w:lang w:val="it-IT"/>
        </w:rPr>
        <w:t xml:space="preserve"> </w:t>
      </w:r>
      <w:r w:rsidR="00636D45" w:rsidRPr="1AB022FE">
        <w:rPr>
          <w:sz w:val="28"/>
          <w:szCs w:val="28"/>
          <w:lang w:val="it-IT"/>
        </w:rPr>
        <w:t xml:space="preserve">sostenendola nel consolidamento ed accompagnare le piccole verso le soglie </w:t>
      </w:r>
      <w:r w:rsidR="00807C55" w:rsidRPr="1AB022FE">
        <w:rPr>
          <w:sz w:val="28"/>
          <w:szCs w:val="28"/>
          <w:lang w:val="it-IT"/>
        </w:rPr>
        <w:t>necessarie di</w:t>
      </w:r>
      <w:r w:rsidR="00636D45" w:rsidRPr="1AB022FE">
        <w:rPr>
          <w:sz w:val="28"/>
          <w:szCs w:val="28"/>
          <w:lang w:val="it-IT"/>
        </w:rPr>
        <w:t xml:space="preserve"> addetti</w:t>
      </w:r>
      <w:r w:rsidR="005B4B30">
        <w:rPr>
          <w:sz w:val="28"/>
          <w:szCs w:val="28"/>
          <w:lang w:val="it-IT"/>
        </w:rPr>
        <w:t>,</w:t>
      </w:r>
      <w:r w:rsidR="008A5FB1" w:rsidRPr="1AB022FE">
        <w:rPr>
          <w:sz w:val="28"/>
          <w:szCs w:val="28"/>
          <w:lang w:val="it-IT"/>
        </w:rPr>
        <w:t xml:space="preserve"> </w:t>
      </w:r>
      <w:r w:rsidR="00491CEB">
        <w:rPr>
          <w:sz w:val="28"/>
          <w:szCs w:val="28"/>
          <w:lang w:val="it-IT"/>
        </w:rPr>
        <w:t xml:space="preserve">per </w:t>
      </w:r>
      <w:r w:rsidR="006836EF" w:rsidRPr="1AB022FE">
        <w:rPr>
          <w:sz w:val="28"/>
          <w:szCs w:val="28"/>
          <w:lang w:val="it-IT"/>
        </w:rPr>
        <w:t xml:space="preserve">raggiungere il livello di organizzazione ed innovazione </w:t>
      </w:r>
      <w:r w:rsidR="0085337C" w:rsidRPr="1AB022FE">
        <w:rPr>
          <w:sz w:val="28"/>
          <w:szCs w:val="28"/>
          <w:lang w:val="it-IT"/>
        </w:rPr>
        <w:t>richiesti</w:t>
      </w:r>
      <w:r w:rsidR="006836EF" w:rsidRPr="1AB022FE">
        <w:rPr>
          <w:sz w:val="28"/>
          <w:szCs w:val="28"/>
          <w:lang w:val="it-IT"/>
        </w:rPr>
        <w:t xml:space="preserve"> per sviluppare un solido</w:t>
      </w:r>
      <w:r w:rsidR="00706A28" w:rsidRPr="1AB022FE">
        <w:rPr>
          <w:sz w:val="28"/>
          <w:szCs w:val="28"/>
          <w:lang w:val="it-IT"/>
        </w:rPr>
        <w:t xml:space="preserve"> percorso d’internazionalizzazione.</w:t>
      </w:r>
    </w:p>
    <w:p w14:paraId="687798EA" w14:textId="45C7F8D6" w:rsidR="00E85773" w:rsidRPr="003534DF" w:rsidRDefault="00E85773" w:rsidP="1AB022FE">
      <w:pPr>
        <w:jc w:val="both"/>
        <w:rPr>
          <w:sz w:val="28"/>
          <w:szCs w:val="28"/>
          <w:lang w:val="it-IT"/>
        </w:rPr>
      </w:pPr>
      <w:r w:rsidRPr="1AB022FE">
        <w:rPr>
          <w:sz w:val="28"/>
          <w:szCs w:val="28"/>
          <w:lang w:val="it-IT"/>
        </w:rPr>
        <w:t xml:space="preserve">Appare quindi chiara la strada da perseguire: </w:t>
      </w:r>
      <w:r w:rsidR="665E23C6" w:rsidRPr="1AB022FE">
        <w:rPr>
          <w:sz w:val="28"/>
          <w:szCs w:val="28"/>
          <w:lang w:val="it-IT"/>
        </w:rPr>
        <w:t>crescere in</w:t>
      </w:r>
      <w:r w:rsidRPr="1AB022FE">
        <w:rPr>
          <w:sz w:val="28"/>
          <w:szCs w:val="28"/>
          <w:lang w:val="it-IT"/>
        </w:rPr>
        <w:t xml:space="preserve"> competenze, dimensione, </w:t>
      </w:r>
      <w:r w:rsidR="1F1BF2C8" w:rsidRPr="1AB022FE">
        <w:rPr>
          <w:sz w:val="28"/>
          <w:szCs w:val="28"/>
          <w:lang w:val="it-IT"/>
        </w:rPr>
        <w:t>capacità innovativa e</w:t>
      </w:r>
      <w:r w:rsidRPr="1AB022FE">
        <w:rPr>
          <w:sz w:val="28"/>
          <w:szCs w:val="28"/>
          <w:lang w:val="it-IT"/>
        </w:rPr>
        <w:t xml:space="preserve"> cultura internazionale, con una strategia di scalabilità per imprese medie e di superamento di soglie minime per le piccole.</w:t>
      </w:r>
    </w:p>
    <w:p w14:paraId="4F3228FE" w14:textId="3B11BC71" w:rsidR="00E85773" w:rsidRDefault="005B4B30" w:rsidP="00E94764">
      <w:pPr>
        <w:jc w:val="both"/>
        <w:rPr>
          <w:sz w:val="28"/>
          <w:szCs w:val="28"/>
          <w:lang w:val="it-IT"/>
        </w:rPr>
      </w:pPr>
      <w:r>
        <w:rPr>
          <w:sz w:val="28"/>
          <w:szCs w:val="28"/>
          <w:lang w:val="it-IT"/>
        </w:rPr>
        <w:t>Fare i</w:t>
      </w:r>
      <w:r w:rsidR="00E85773" w:rsidRPr="003534DF">
        <w:rPr>
          <w:sz w:val="28"/>
          <w:szCs w:val="28"/>
          <w:lang w:val="it-IT"/>
        </w:rPr>
        <w:t>nnovazione incrementale seguendo i tradizionali percorsi di miglioramento tecnologico ed organizzativo</w:t>
      </w:r>
      <w:r w:rsidR="008F3238">
        <w:rPr>
          <w:sz w:val="28"/>
          <w:szCs w:val="28"/>
          <w:lang w:val="it-IT"/>
        </w:rPr>
        <w:t>, ma anche</w:t>
      </w:r>
      <w:r w:rsidR="00E85773" w:rsidRPr="003534DF">
        <w:rPr>
          <w:sz w:val="28"/>
          <w:szCs w:val="28"/>
          <w:lang w:val="it-IT"/>
        </w:rPr>
        <w:t xml:space="preserve"> innovazione dirompente cogliendo le opportunità straordinarie offerte dall’intelligenza artificiale d</w:t>
      </w:r>
      <w:r w:rsidR="00E85773">
        <w:rPr>
          <w:sz w:val="28"/>
          <w:szCs w:val="28"/>
          <w:lang w:val="it-IT"/>
        </w:rPr>
        <w:t>ei</w:t>
      </w:r>
      <w:r w:rsidR="00E85773" w:rsidRPr="003534DF">
        <w:rPr>
          <w:sz w:val="28"/>
          <w:szCs w:val="28"/>
          <w:lang w:val="it-IT"/>
        </w:rPr>
        <w:t xml:space="preserve"> modelli generali e da</w:t>
      </w:r>
      <w:r w:rsidR="00C02AA3">
        <w:rPr>
          <w:sz w:val="28"/>
          <w:szCs w:val="28"/>
          <w:lang w:val="it-IT"/>
        </w:rPr>
        <w:t>lla</w:t>
      </w:r>
      <w:r w:rsidR="00E85773" w:rsidRPr="003534DF">
        <w:rPr>
          <w:sz w:val="28"/>
          <w:szCs w:val="28"/>
          <w:lang w:val="it-IT"/>
        </w:rPr>
        <w:t xml:space="preserve"> </w:t>
      </w:r>
      <w:proofErr w:type="spellStart"/>
      <w:r w:rsidR="00E85773" w:rsidRPr="003534DF">
        <w:rPr>
          <w:sz w:val="28"/>
          <w:szCs w:val="28"/>
          <w:lang w:val="it-IT"/>
        </w:rPr>
        <w:t>physical</w:t>
      </w:r>
      <w:proofErr w:type="spellEnd"/>
      <w:r w:rsidR="00E85773" w:rsidRPr="003534DF">
        <w:rPr>
          <w:sz w:val="28"/>
          <w:szCs w:val="28"/>
          <w:lang w:val="it-IT"/>
        </w:rPr>
        <w:t xml:space="preserve"> AI</w:t>
      </w:r>
      <w:r w:rsidR="00E17B8B">
        <w:rPr>
          <w:sz w:val="28"/>
          <w:szCs w:val="28"/>
          <w:lang w:val="it-IT"/>
        </w:rPr>
        <w:t>. Tecnologie destinate a cambiare i nostri sistemi produttivi</w:t>
      </w:r>
      <w:r w:rsidR="00E85773" w:rsidRPr="003534DF">
        <w:rPr>
          <w:sz w:val="28"/>
          <w:szCs w:val="28"/>
          <w:lang w:val="it-IT"/>
        </w:rPr>
        <w:t>,</w:t>
      </w:r>
      <w:r w:rsidR="0020487D">
        <w:rPr>
          <w:sz w:val="28"/>
          <w:szCs w:val="28"/>
          <w:lang w:val="it-IT"/>
        </w:rPr>
        <w:t xml:space="preserve"> accrescendo</w:t>
      </w:r>
      <w:r w:rsidR="00E85773" w:rsidRPr="003534DF">
        <w:rPr>
          <w:sz w:val="28"/>
          <w:szCs w:val="28"/>
          <w:lang w:val="it-IT"/>
        </w:rPr>
        <w:t xml:space="preserve"> </w:t>
      </w:r>
      <w:r w:rsidR="00A32C6B">
        <w:rPr>
          <w:sz w:val="28"/>
          <w:szCs w:val="28"/>
          <w:lang w:val="it-IT"/>
        </w:rPr>
        <w:t xml:space="preserve">la </w:t>
      </w:r>
      <w:r w:rsidR="00E85773" w:rsidRPr="003534DF">
        <w:rPr>
          <w:sz w:val="28"/>
          <w:szCs w:val="28"/>
          <w:lang w:val="it-IT"/>
        </w:rPr>
        <w:t>produttività e l’unicità delle nostre esperienze attraverso l’utilizzo e la federazione de</w:t>
      </w:r>
      <w:r w:rsidR="00C02AA3">
        <w:rPr>
          <w:sz w:val="28"/>
          <w:szCs w:val="28"/>
          <w:lang w:val="it-IT"/>
        </w:rPr>
        <w:t xml:space="preserve">i </w:t>
      </w:r>
      <w:r w:rsidR="00E85773" w:rsidRPr="003534DF">
        <w:rPr>
          <w:sz w:val="28"/>
          <w:szCs w:val="28"/>
          <w:lang w:val="it-IT"/>
        </w:rPr>
        <w:t>dati</w:t>
      </w:r>
      <w:r w:rsidR="00A32C6B">
        <w:rPr>
          <w:sz w:val="28"/>
          <w:szCs w:val="28"/>
          <w:lang w:val="it-IT"/>
        </w:rPr>
        <w:t>.</w:t>
      </w:r>
      <w:r w:rsidR="00E85773">
        <w:rPr>
          <w:sz w:val="28"/>
          <w:szCs w:val="28"/>
          <w:lang w:val="it-IT"/>
        </w:rPr>
        <w:t xml:space="preserve"> </w:t>
      </w:r>
    </w:p>
    <w:p w14:paraId="131A067D" w14:textId="1DD4A6FA" w:rsidR="00E85773" w:rsidRDefault="00BA3BF7" w:rsidP="00E94764">
      <w:pPr>
        <w:jc w:val="both"/>
        <w:rPr>
          <w:sz w:val="28"/>
          <w:szCs w:val="28"/>
          <w:lang w:val="it-IT"/>
        </w:rPr>
      </w:pPr>
      <w:r>
        <w:rPr>
          <w:sz w:val="28"/>
          <w:szCs w:val="28"/>
          <w:lang w:val="it-IT"/>
        </w:rPr>
        <w:t xml:space="preserve">La straordinarietà dei nostri tempi sta </w:t>
      </w:r>
      <w:r w:rsidR="00C95F6E">
        <w:rPr>
          <w:sz w:val="28"/>
          <w:szCs w:val="28"/>
          <w:lang w:val="it-IT"/>
        </w:rPr>
        <w:t xml:space="preserve">nella coincidenza tra il </w:t>
      </w:r>
      <w:r>
        <w:rPr>
          <w:sz w:val="28"/>
          <w:szCs w:val="28"/>
          <w:lang w:val="it-IT"/>
        </w:rPr>
        <w:t>più grande salto tecnologico dalla rivoluzione industriale e</w:t>
      </w:r>
      <w:r w:rsidR="00C95F6E">
        <w:rPr>
          <w:sz w:val="28"/>
          <w:szCs w:val="28"/>
          <w:lang w:val="it-IT"/>
        </w:rPr>
        <w:t xml:space="preserve"> </w:t>
      </w:r>
      <w:r>
        <w:rPr>
          <w:sz w:val="28"/>
          <w:szCs w:val="28"/>
          <w:lang w:val="it-IT"/>
        </w:rPr>
        <w:t>i fenomeni di cambiamento degli indici demografici e dei grandi flussi di popolazione.</w:t>
      </w:r>
    </w:p>
    <w:p w14:paraId="784C8E08" w14:textId="79DDF67D" w:rsidR="00BA3BF7" w:rsidRPr="00AF7B40" w:rsidRDefault="00C95F6E" w:rsidP="1AB022FE">
      <w:pPr>
        <w:jc w:val="both"/>
        <w:rPr>
          <w:sz w:val="28"/>
          <w:szCs w:val="28"/>
          <w:lang w:val="it-IT"/>
        </w:rPr>
      </w:pPr>
      <w:r w:rsidRPr="00AF7B40">
        <w:rPr>
          <w:sz w:val="28"/>
          <w:szCs w:val="28"/>
          <w:lang w:val="it-IT"/>
        </w:rPr>
        <w:t xml:space="preserve">In questa intersezione </w:t>
      </w:r>
      <w:r w:rsidR="003010D5" w:rsidRPr="00AF7B40">
        <w:rPr>
          <w:sz w:val="28"/>
          <w:szCs w:val="28"/>
          <w:lang w:val="it-IT"/>
        </w:rPr>
        <w:t>storica, fra</w:t>
      </w:r>
      <w:r w:rsidR="00BA3BF7" w:rsidRPr="00AF7B40">
        <w:rPr>
          <w:sz w:val="28"/>
          <w:szCs w:val="28"/>
          <w:lang w:val="it-IT"/>
        </w:rPr>
        <w:t xml:space="preserve"> le molteplici minacce, è possibile anche immaginare percorsi virtuosi che apr</w:t>
      </w:r>
      <w:r w:rsidR="00706251" w:rsidRPr="00AF7B40">
        <w:rPr>
          <w:sz w:val="28"/>
          <w:szCs w:val="28"/>
          <w:lang w:val="it-IT"/>
        </w:rPr>
        <w:t>a</w:t>
      </w:r>
      <w:r w:rsidR="00BA3BF7" w:rsidRPr="00AF7B40">
        <w:rPr>
          <w:sz w:val="28"/>
          <w:szCs w:val="28"/>
          <w:lang w:val="it-IT"/>
        </w:rPr>
        <w:t xml:space="preserve">no nuove opportunità di crescita dei ruoli professionali con un approccio di </w:t>
      </w:r>
      <w:r w:rsidR="00726656" w:rsidRPr="00AF7B40">
        <w:rPr>
          <w:sz w:val="28"/>
          <w:szCs w:val="28"/>
          <w:lang w:val="it-IT"/>
        </w:rPr>
        <w:t>“</w:t>
      </w:r>
      <w:r w:rsidR="00BA3BF7" w:rsidRPr="00AF7B40">
        <w:rPr>
          <w:sz w:val="28"/>
          <w:szCs w:val="28"/>
          <w:lang w:val="it-IT"/>
        </w:rPr>
        <w:t xml:space="preserve">labour </w:t>
      </w:r>
      <w:proofErr w:type="spellStart"/>
      <w:r w:rsidR="00BA3BF7" w:rsidRPr="00AF7B40">
        <w:rPr>
          <w:sz w:val="28"/>
          <w:szCs w:val="28"/>
          <w:lang w:val="it-IT"/>
        </w:rPr>
        <w:t>extending</w:t>
      </w:r>
      <w:proofErr w:type="spellEnd"/>
      <w:r w:rsidR="00726656" w:rsidRPr="00AF7B40">
        <w:rPr>
          <w:sz w:val="28"/>
          <w:szCs w:val="28"/>
          <w:lang w:val="it-IT"/>
        </w:rPr>
        <w:t>”</w:t>
      </w:r>
      <w:r w:rsidR="00BA3BF7" w:rsidRPr="00AF7B40">
        <w:rPr>
          <w:sz w:val="28"/>
          <w:szCs w:val="28"/>
          <w:lang w:val="it-IT"/>
        </w:rPr>
        <w:t xml:space="preserve"> e non semplicemente di </w:t>
      </w:r>
      <w:r w:rsidR="00726656" w:rsidRPr="00AF7B40">
        <w:rPr>
          <w:sz w:val="28"/>
          <w:szCs w:val="28"/>
          <w:lang w:val="it-IT"/>
        </w:rPr>
        <w:t>“</w:t>
      </w:r>
      <w:r w:rsidR="00BA3BF7" w:rsidRPr="00AF7B40">
        <w:rPr>
          <w:sz w:val="28"/>
          <w:szCs w:val="28"/>
          <w:lang w:val="it-IT"/>
        </w:rPr>
        <w:t xml:space="preserve">labour </w:t>
      </w:r>
      <w:proofErr w:type="spellStart"/>
      <w:r w:rsidR="00BA3BF7" w:rsidRPr="00AF7B40">
        <w:rPr>
          <w:sz w:val="28"/>
          <w:szCs w:val="28"/>
          <w:lang w:val="it-IT"/>
        </w:rPr>
        <w:t>saving</w:t>
      </w:r>
      <w:proofErr w:type="spellEnd"/>
      <w:r w:rsidR="00726656" w:rsidRPr="00AF7B40">
        <w:rPr>
          <w:sz w:val="28"/>
          <w:szCs w:val="28"/>
          <w:lang w:val="it-IT"/>
        </w:rPr>
        <w:t>”</w:t>
      </w:r>
      <w:r w:rsidR="00F34DBB" w:rsidRPr="00AF7B40">
        <w:rPr>
          <w:sz w:val="28"/>
          <w:szCs w:val="28"/>
          <w:lang w:val="it-IT"/>
        </w:rPr>
        <w:t>,</w:t>
      </w:r>
      <w:r w:rsidR="00BA3BF7" w:rsidRPr="00AF7B40">
        <w:rPr>
          <w:sz w:val="28"/>
          <w:szCs w:val="28"/>
          <w:lang w:val="it-IT"/>
        </w:rPr>
        <w:t xml:space="preserve"> </w:t>
      </w:r>
      <w:r w:rsidR="00F56D2C" w:rsidRPr="00AF7B40">
        <w:rPr>
          <w:sz w:val="28"/>
          <w:szCs w:val="28"/>
          <w:lang w:val="it-IT"/>
        </w:rPr>
        <w:t>oltre che di mantenimento delle capacità produttive</w:t>
      </w:r>
      <w:r w:rsidR="00706251" w:rsidRPr="00AF7B40">
        <w:rPr>
          <w:sz w:val="28"/>
          <w:szCs w:val="28"/>
          <w:lang w:val="it-IT"/>
        </w:rPr>
        <w:t>,</w:t>
      </w:r>
      <w:r w:rsidR="00F56D2C" w:rsidRPr="00AF7B40">
        <w:rPr>
          <w:sz w:val="28"/>
          <w:szCs w:val="28"/>
          <w:lang w:val="it-IT"/>
        </w:rPr>
        <w:t xml:space="preserve"> anche in presenza della riduzione demografica della forza </w:t>
      </w:r>
      <w:r w:rsidR="009828A3">
        <w:rPr>
          <w:sz w:val="28"/>
          <w:szCs w:val="28"/>
          <w:lang w:val="it-IT"/>
        </w:rPr>
        <w:t>l</w:t>
      </w:r>
      <w:r w:rsidRPr="00AF7B40">
        <w:rPr>
          <w:sz w:val="28"/>
          <w:szCs w:val="28"/>
          <w:lang w:val="it-IT"/>
        </w:rPr>
        <w:t>avoro</w:t>
      </w:r>
      <w:r w:rsidR="001440AB">
        <w:rPr>
          <w:sz w:val="28"/>
          <w:szCs w:val="28"/>
          <w:lang w:val="it-IT"/>
        </w:rPr>
        <w:t>,</w:t>
      </w:r>
      <w:r w:rsidR="00F56D2C" w:rsidRPr="00AF7B40">
        <w:rPr>
          <w:sz w:val="28"/>
          <w:szCs w:val="28"/>
          <w:lang w:val="it-IT"/>
        </w:rPr>
        <w:t xml:space="preserve"> </w:t>
      </w:r>
      <w:r w:rsidRPr="00AF7B40">
        <w:rPr>
          <w:sz w:val="28"/>
          <w:szCs w:val="28"/>
          <w:lang w:val="it-IT"/>
        </w:rPr>
        <w:t>a</w:t>
      </w:r>
      <w:r w:rsidR="00F34DBB" w:rsidRPr="00AF7B40">
        <w:rPr>
          <w:sz w:val="28"/>
          <w:szCs w:val="28"/>
          <w:lang w:val="it-IT"/>
        </w:rPr>
        <w:t>l fine di</w:t>
      </w:r>
      <w:r w:rsidR="00F56D2C" w:rsidRPr="00AF7B40">
        <w:rPr>
          <w:sz w:val="28"/>
          <w:szCs w:val="28"/>
          <w:lang w:val="it-IT"/>
        </w:rPr>
        <w:t xml:space="preserve"> vincere la sfida della produttività e del valore aggiunto</w:t>
      </w:r>
      <w:r w:rsidR="00795F0A">
        <w:rPr>
          <w:sz w:val="28"/>
          <w:szCs w:val="28"/>
          <w:lang w:val="it-IT"/>
        </w:rPr>
        <w:t>.</w:t>
      </w:r>
      <w:r w:rsidR="00F56D2C" w:rsidRPr="00AF7B40">
        <w:rPr>
          <w:sz w:val="28"/>
          <w:szCs w:val="28"/>
          <w:lang w:val="it-IT"/>
        </w:rPr>
        <w:t xml:space="preserve"> </w:t>
      </w:r>
    </w:p>
    <w:p w14:paraId="6E110716" w14:textId="5D17A73D" w:rsidR="00356594" w:rsidRDefault="00356594" w:rsidP="00E94764">
      <w:pPr>
        <w:jc w:val="both"/>
        <w:rPr>
          <w:sz w:val="28"/>
          <w:szCs w:val="28"/>
          <w:lang w:val="it-IT"/>
        </w:rPr>
      </w:pPr>
      <w:r w:rsidRPr="6A7B6A5A">
        <w:rPr>
          <w:sz w:val="28"/>
          <w:szCs w:val="28"/>
          <w:lang w:val="it-IT"/>
        </w:rPr>
        <w:t xml:space="preserve">In questo quadro l’organizzazione del lavoro e delle attività manifatturiere stanno già mutando profondamente con la crescente applicazione dell’AI e della </w:t>
      </w:r>
      <w:proofErr w:type="spellStart"/>
      <w:r w:rsidRPr="6A7B6A5A">
        <w:rPr>
          <w:sz w:val="28"/>
          <w:szCs w:val="28"/>
          <w:lang w:val="it-IT"/>
        </w:rPr>
        <w:t>ph</w:t>
      </w:r>
      <w:r w:rsidR="0004531E">
        <w:rPr>
          <w:sz w:val="28"/>
          <w:szCs w:val="28"/>
          <w:lang w:val="it-IT"/>
        </w:rPr>
        <w:t>y</w:t>
      </w:r>
      <w:r w:rsidRPr="6A7B6A5A">
        <w:rPr>
          <w:sz w:val="28"/>
          <w:szCs w:val="28"/>
          <w:lang w:val="it-IT"/>
        </w:rPr>
        <w:t>sical</w:t>
      </w:r>
      <w:proofErr w:type="spellEnd"/>
      <w:r w:rsidRPr="6A7B6A5A">
        <w:rPr>
          <w:sz w:val="28"/>
          <w:szCs w:val="28"/>
          <w:lang w:val="it-IT"/>
        </w:rPr>
        <w:t xml:space="preserve"> AI</w:t>
      </w:r>
      <w:r w:rsidR="0004531E">
        <w:rPr>
          <w:sz w:val="28"/>
          <w:szCs w:val="28"/>
          <w:lang w:val="it-IT"/>
        </w:rPr>
        <w:t>,</w:t>
      </w:r>
      <w:r w:rsidRPr="6A7B6A5A">
        <w:rPr>
          <w:sz w:val="28"/>
          <w:szCs w:val="28"/>
          <w:lang w:val="it-IT"/>
        </w:rPr>
        <w:t xml:space="preserve"> ovvero della robotizzazione intelligente e delle sue molteplici applicazioni.</w:t>
      </w:r>
    </w:p>
    <w:p w14:paraId="104A7C81" w14:textId="5392901E" w:rsidR="00356594" w:rsidRDefault="00356594" w:rsidP="00E94764">
      <w:pPr>
        <w:jc w:val="both"/>
        <w:rPr>
          <w:sz w:val="28"/>
          <w:szCs w:val="28"/>
          <w:lang w:val="it-IT"/>
        </w:rPr>
      </w:pPr>
      <w:r>
        <w:rPr>
          <w:sz w:val="28"/>
          <w:szCs w:val="28"/>
          <w:lang w:val="it-IT"/>
        </w:rPr>
        <w:lastRenderedPageBreak/>
        <w:t>Oggi siamo di fronte a Stati Uniti e Cina che hanno un vantaggio tecnologico sull’AI, nell’ambito degli L</w:t>
      </w:r>
      <w:r w:rsidR="0004531E">
        <w:rPr>
          <w:sz w:val="28"/>
          <w:szCs w:val="28"/>
          <w:lang w:val="it-IT"/>
        </w:rPr>
        <w:t>arge Language Model,</w:t>
      </w:r>
      <w:r>
        <w:rPr>
          <w:sz w:val="28"/>
          <w:szCs w:val="28"/>
          <w:lang w:val="it-IT"/>
        </w:rPr>
        <w:t xml:space="preserve"> difficile da colmare.</w:t>
      </w:r>
    </w:p>
    <w:p w14:paraId="14970BE0" w14:textId="758DED07" w:rsidR="00356594" w:rsidRDefault="680C4705" w:rsidP="00E94764">
      <w:pPr>
        <w:jc w:val="both"/>
        <w:rPr>
          <w:sz w:val="28"/>
          <w:szCs w:val="28"/>
          <w:lang w:val="it-IT"/>
        </w:rPr>
      </w:pPr>
      <w:r w:rsidRPr="180EEB5C">
        <w:rPr>
          <w:sz w:val="28"/>
          <w:szCs w:val="28"/>
          <w:lang w:val="it-IT"/>
        </w:rPr>
        <w:t>Allo stesso tempo</w:t>
      </w:r>
      <w:r w:rsidR="00356594" w:rsidRPr="180EEB5C">
        <w:rPr>
          <w:sz w:val="28"/>
          <w:szCs w:val="28"/>
          <w:lang w:val="it-IT"/>
        </w:rPr>
        <w:t xml:space="preserve"> la Cina, diventata fabbrica del mondo e fabbrica delle fabbriche</w:t>
      </w:r>
      <w:r w:rsidR="00AB330B">
        <w:rPr>
          <w:sz w:val="28"/>
          <w:szCs w:val="28"/>
          <w:lang w:val="it-IT"/>
        </w:rPr>
        <w:t>,</w:t>
      </w:r>
      <w:r w:rsidR="00356594" w:rsidRPr="180EEB5C">
        <w:rPr>
          <w:sz w:val="28"/>
          <w:szCs w:val="28"/>
          <w:lang w:val="it-IT"/>
        </w:rPr>
        <w:t xml:space="preserve"> per la sua ascesa nei livelli aggregati della manifattura ha raggiunto in molti settori industriali grandi economie di scala difficilmente raggiungibili. Con vantaggi di costo strutturale.</w:t>
      </w:r>
    </w:p>
    <w:p w14:paraId="01AF4DE5" w14:textId="7D53D6DA" w:rsidR="00356594" w:rsidRDefault="00356594" w:rsidP="00E94764">
      <w:pPr>
        <w:jc w:val="both"/>
        <w:rPr>
          <w:sz w:val="28"/>
          <w:szCs w:val="28"/>
          <w:lang w:val="it-IT"/>
        </w:rPr>
      </w:pPr>
      <w:r w:rsidRPr="1AB022FE">
        <w:rPr>
          <w:sz w:val="28"/>
          <w:szCs w:val="28"/>
          <w:lang w:val="it-IT"/>
        </w:rPr>
        <w:t xml:space="preserve">Lo spazio per la nostra manifattura è nell’innovazione ulteriore nei settori dove la consolidata esperienza nei mercati, le profonde competenze delle nostre risorse, la costante alimentazione del sapere delle nostre università, ci devono spingere ad avanzare nei processi e con energia creativa, immaginare nuove funzioni </w:t>
      </w:r>
      <w:r w:rsidR="198283F8" w:rsidRPr="1AB022FE">
        <w:rPr>
          <w:sz w:val="28"/>
          <w:szCs w:val="28"/>
          <w:lang w:val="it-IT"/>
        </w:rPr>
        <w:t>e</w:t>
      </w:r>
      <w:r w:rsidRPr="1AB022FE">
        <w:rPr>
          <w:sz w:val="28"/>
          <w:szCs w:val="28"/>
          <w:lang w:val="it-IT"/>
        </w:rPr>
        <w:t xml:space="preserve"> prodotti per soddisfare bisogni latenti che dobbiamo saper cogliere.</w:t>
      </w:r>
    </w:p>
    <w:p w14:paraId="408007BD" w14:textId="181855FD" w:rsidR="00AD04D0" w:rsidRDefault="00753BAC" w:rsidP="00E94764">
      <w:pPr>
        <w:jc w:val="both"/>
        <w:rPr>
          <w:sz w:val="28"/>
          <w:szCs w:val="28"/>
          <w:lang w:val="it-IT"/>
        </w:rPr>
      </w:pPr>
      <w:r>
        <w:rPr>
          <w:sz w:val="28"/>
          <w:szCs w:val="28"/>
          <w:lang w:val="it-IT"/>
        </w:rPr>
        <w:t xml:space="preserve">Uno spazio che va integrato </w:t>
      </w:r>
      <w:r w:rsidR="00321397">
        <w:rPr>
          <w:sz w:val="28"/>
          <w:szCs w:val="28"/>
          <w:lang w:val="it-IT"/>
        </w:rPr>
        <w:t>anche da politiche commerciali</w:t>
      </w:r>
      <w:r w:rsidR="001930FB">
        <w:rPr>
          <w:sz w:val="28"/>
          <w:szCs w:val="28"/>
          <w:lang w:val="it-IT"/>
        </w:rPr>
        <w:t xml:space="preserve"> UE selettive </w:t>
      </w:r>
      <w:r w:rsidR="005F62F2">
        <w:rPr>
          <w:sz w:val="28"/>
          <w:szCs w:val="28"/>
          <w:lang w:val="it-IT"/>
        </w:rPr>
        <w:t>per fronteggiare la sfida</w:t>
      </w:r>
      <w:r w:rsidR="00EE7813">
        <w:rPr>
          <w:sz w:val="28"/>
          <w:szCs w:val="28"/>
          <w:lang w:val="it-IT"/>
        </w:rPr>
        <w:t>, ma non</w:t>
      </w:r>
      <w:r w:rsidR="00AD51BF">
        <w:rPr>
          <w:sz w:val="28"/>
          <w:szCs w:val="28"/>
          <w:lang w:val="it-IT"/>
        </w:rPr>
        <w:t xml:space="preserve"> con</w:t>
      </w:r>
      <w:r w:rsidR="00EE7813">
        <w:rPr>
          <w:sz w:val="28"/>
          <w:szCs w:val="28"/>
          <w:lang w:val="it-IT"/>
        </w:rPr>
        <w:t xml:space="preserve"> confronti </w:t>
      </w:r>
      <w:r w:rsidR="00F2021A">
        <w:rPr>
          <w:sz w:val="28"/>
          <w:szCs w:val="28"/>
          <w:lang w:val="it-IT"/>
        </w:rPr>
        <w:t xml:space="preserve">in campo aperto </w:t>
      </w:r>
      <w:r w:rsidR="00EE7813">
        <w:rPr>
          <w:sz w:val="28"/>
          <w:szCs w:val="28"/>
          <w:lang w:val="it-IT"/>
        </w:rPr>
        <w:t>senza regole e garanzi</w:t>
      </w:r>
      <w:r w:rsidR="00AA3CAA">
        <w:rPr>
          <w:sz w:val="28"/>
          <w:szCs w:val="28"/>
          <w:lang w:val="it-IT"/>
        </w:rPr>
        <w:t>e</w:t>
      </w:r>
      <w:r w:rsidR="00EE7813">
        <w:rPr>
          <w:sz w:val="28"/>
          <w:szCs w:val="28"/>
          <w:lang w:val="it-IT"/>
        </w:rPr>
        <w:t xml:space="preserve"> di adeguate reciprocità.</w:t>
      </w:r>
      <w:r w:rsidR="00D41BF3">
        <w:rPr>
          <w:sz w:val="28"/>
          <w:szCs w:val="28"/>
          <w:lang w:val="it-IT"/>
        </w:rPr>
        <w:t xml:space="preserve"> Il confronto è impari perché la Cina</w:t>
      </w:r>
      <w:r w:rsidR="00F731E3">
        <w:rPr>
          <w:sz w:val="28"/>
          <w:szCs w:val="28"/>
          <w:lang w:val="it-IT"/>
        </w:rPr>
        <w:t>,</w:t>
      </w:r>
      <w:r w:rsidR="00D41BF3">
        <w:rPr>
          <w:sz w:val="28"/>
          <w:szCs w:val="28"/>
          <w:lang w:val="it-IT"/>
        </w:rPr>
        <w:t xml:space="preserve"> che ha semplificato i processi di programmazione e decisione con l’eliminazione delle libertà individuali </w:t>
      </w:r>
      <w:r w:rsidR="00E95D0D">
        <w:rPr>
          <w:sz w:val="28"/>
          <w:szCs w:val="28"/>
          <w:lang w:val="it-IT"/>
        </w:rPr>
        <w:t>e delle garanzie democratiche</w:t>
      </w:r>
      <w:r w:rsidR="00F731E3">
        <w:rPr>
          <w:sz w:val="28"/>
          <w:szCs w:val="28"/>
          <w:lang w:val="it-IT"/>
        </w:rPr>
        <w:t>,</w:t>
      </w:r>
      <w:r w:rsidR="00E95D0D">
        <w:rPr>
          <w:sz w:val="28"/>
          <w:szCs w:val="28"/>
          <w:lang w:val="it-IT"/>
        </w:rPr>
        <w:t xml:space="preserve"> ha l’enorme vantaggio</w:t>
      </w:r>
      <w:r w:rsidR="0085249B">
        <w:rPr>
          <w:sz w:val="28"/>
          <w:szCs w:val="28"/>
          <w:lang w:val="it-IT"/>
        </w:rPr>
        <w:t xml:space="preserve"> che le scelte di investimento settoriali </w:t>
      </w:r>
      <w:r w:rsidR="0060523D">
        <w:rPr>
          <w:sz w:val="28"/>
          <w:szCs w:val="28"/>
          <w:lang w:val="it-IT"/>
        </w:rPr>
        <w:t>sono svincolate dal ritorno a breve termine</w:t>
      </w:r>
      <w:r w:rsidR="00C82023">
        <w:rPr>
          <w:sz w:val="28"/>
          <w:szCs w:val="28"/>
          <w:lang w:val="it-IT"/>
        </w:rPr>
        <w:t xml:space="preserve"> ovvero </w:t>
      </w:r>
      <w:r w:rsidR="00F24A44">
        <w:rPr>
          <w:sz w:val="28"/>
          <w:szCs w:val="28"/>
          <w:lang w:val="it-IT"/>
        </w:rPr>
        <w:t>dal debito</w:t>
      </w:r>
      <w:r w:rsidR="00F731E3">
        <w:rPr>
          <w:sz w:val="28"/>
          <w:szCs w:val="28"/>
          <w:lang w:val="it-IT"/>
        </w:rPr>
        <w:t xml:space="preserve"> i cui vincoli </w:t>
      </w:r>
      <w:r w:rsidR="00926901">
        <w:rPr>
          <w:sz w:val="28"/>
          <w:szCs w:val="28"/>
          <w:lang w:val="it-IT"/>
        </w:rPr>
        <w:t>emergeranno solo a lungo</w:t>
      </w:r>
      <w:r w:rsidR="0002380F">
        <w:rPr>
          <w:sz w:val="28"/>
          <w:szCs w:val="28"/>
          <w:lang w:val="it-IT"/>
        </w:rPr>
        <w:t xml:space="preserve"> o</w:t>
      </w:r>
      <w:r w:rsidR="00926901">
        <w:rPr>
          <w:sz w:val="28"/>
          <w:szCs w:val="28"/>
          <w:lang w:val="it-IT"/>
        </w:rPr>
        <w:t xml:space="preserve"> lunghissimo termine</w:t>
      </w:r>
      <w:r w:rsidR="009938BB">
        <w:rPr>
          <w:sz w:val="28"/>
          <w:szCs w:val="28"/>
          <w:lang w:val="it-IT"/>
        </w:rPr>
        <w:t>.</w:t>
      </w:r>
      <w:r w:rsidR="00926901">
        <w:rPr>
          <w:sz w:val="28"/>
          <w:szCs w:val="28"/>
          <w:lang w:val="it-IT"/>
        </w:rPr>
        <w:t xml:space="preserve"> </w:t>
      </w:r>
    </w:p>
    <w:p w14:paraId="3D4C028A" w14:textId="080D49ED" w:rsidR="00356594" w:rsidRDefault="00356594" w:rsidP="00E94764">
      <w:pPr>
        <w:jc w:val="both"/>
        <w:rPr>
          <w:sz w:val="28"/>
          <w:szCs w:val="28"/>
          <w:lang w:val="it-IT"/>
        </w:rPr>
      </w:pPr>
      <w:r w:rsidRPr="1AB022FE">
        <w:rPr>
          <w:sz w:val="28"/>
          <w:szCs w:val="28"/>
          <w:lang w:val="it-IT"/>
        </w:rPr>
        <w:t>Tecnologia, creatività</w:t>
      </w:r>
      <w:r w:rsidR="141BCDB2" w:rsidRPr="1AB022FE">
        <w:rPr>
          <w:sz w:val="28"/>
          <w:szCs w:val="28"/>
          <w:lang w:val="it-IT"/>
        </w:rPr>
        <w:t xml:space="preserve"> e</w:t>
      </w:r>
      <w:r w:rsidRPr="1AB022FE">
        <w:rPr>
          <w:sz w:val="28"/>
          <w:szCs w:val="28"/>
          <w:lang w:val="it-IT"/>
        </w:rPr>
        <w:t xml:space="preserve"> capacità organizzativa, ma anche rigoroso metodo di ricerca e costruzione, sono le componenti della nostra identità che dobbiamo tradurre in valore aggiunto.</w:t>
      </w:r>
    </w:p>
    <w:p w14:paraId="65EA29EF" w14:textId="27B08D2C" w:rsidR="00F9214C" w:rsidRDefault="00F9214C" w:rsidP="00E94764">
      <w:pPr>
        <w:jc w:val="both"/>
        <w:rPr>
          <w:sz w:val="28"/>
          <w:szCs w:val="28"/>
          <w:lang w:val="it-IT"/>
        </w:rPr>
      </w:pPr>
      <w:r>
        <w:rPr>
          <w:sz w:val="28"/>
          <w:szCs w:val="28"/>
          <w:lang w:val="it-IT"/>
        </w:rPr>
        <w:t>Subito.</w:t>
      </w:r>
    </w:p>
    <w:p w14:paraId="280A3264" w14:textId="0CB4DBFC" w:rsidR="00356594" w:rsidRDefault="00356594" w:rsidP="00E94764">
      <w:pPr>
        <w:jc w:val="both"/>
        <w:rPr>
          <w:sz w:val="28"/>
          <w:szCs w:val="28"/>
          <w:lang w:val="it-IT"/>
        </w:rPr>
      </w:pPr>
      <w:r>
        <w:rPr>
          <w:sz w:val="28"/>
          <w:szCs w:val="28"/>
          <w:lang w:val="it-IT"/>
        </w:rPr>
        <w:t>Per difendere le nostre posizioni, per costruirne delle nuove solide e per salire nella scala del valore. Solo così potremo aumentare la soddisfazione delle persone ed attrarne</w:t>
      </w:r>
      <w:r w:rsidR="00043B87">
        <w:rPr>
          <w:sz w:val="28"/>
          <w:szCs w:val="28"/>
          <w:lang w:val="it-IT"/>
        </w:rPr>
        <w:t xml:space="preserve"> di</w:t>
      </w:r>
      <w:r>
        <w:rPr>
          <w:sz w:val="28"/>
          <w:szCs w:val="28"/>
          <w:lang w:val="it-IT"/>
        </w:rPr>
        <w:t xml:space="preserve"> nuove</w:t>
      </w:r>
      <w:r w:rsidR="00930830">
        <w:rPr>
          <w:sz w:val="28"/>
          <w:szCs w:val="28"/>
          <w:lang w:val="it-IT"/>
        </w:rPr>
        <w:t>;</w:t>
      </w:r>
      <w:r>
        <w:rPr>
          <w:sz w:val="28"/>
          <w:szCs w:val="28"/>
          <w:lang w:val="it-IT"/>
        </w:rPr>
        <w:t xml:space="preserve"> con contenuti professionali stimolanti, gratificanti e retribuzioni soddisfacenti per creare le condizioni necessarie di motivazione, identificazione e coesione.</w:t>
      </w:r>
    </w:p>
    <w:p w14:paraId="2A3BF109" w14:textId="77777777" w:rsidR="00356594" w:rsidRDefault="00356594" w:rsidP="00E94764">
      <w:pPr>
        <w:jc w:val="both"/>
        <w:rPr>
          <w:sz w:val="28"/>
          <w:szCs w:val="28"/>
          <w:lang w:val="it-IT"/>
        </w:rPr>
      </w:pPr>
      <w:r w:rsidRPr="716FF383">
        <w:rPr>
          <w:sz w:val="28"/>
          <w:szCs w:val="28"/>
          <w:lang w:val="it-IT"/>
        </w:rPr>
        <w:t>Facendole guardare al futuro con speranza ed orgoglio.</w:t>
      </w:r>
    </w:p>
    <w:p w14:paraId="30419C25" w14:textId="77777777" w:rsidR="00703401" w:rsidRDefault="00703401" w:rsidP="00E94764">
      <w:pPr>
        <w:jc w:val="both"/>
        <w:rPr>
          <w:sz w:val="28"/>
          <w:szCs w:val="28"/>
          <w:lang w:val="it-IT"/>
        </w:rPr>
      </w:pPr>
    </w:p>
    <w:p w14:paraId="3B3B4F8D" w14:textId="3A089C60" w:rsidR="009938BB" w:rsidRPr="00117C5B" w:rsidRDefault="00601531" w:rsidP="00E94764">
      <w:pPr>
        <w:jc w:val="both"/>
        <w:rPr>
          <w:sz w:val="28"/>
          <w:szCs w:val="28"/>
          <w:u w:val="single"/>
          <w:lang w:val="it-IT"/>
        </w:rPr>
      </w:pPr>
      <w:r w:rsidRPr="00117C5B">
        <w:rPr>
          <w:sz w:val="28"/>
          <w:szCs w:val="28"/>
          <w:u w:val="single"/>
          <w:lang w:val="it-IT"/>
        </w:rPr>
        <w:lastRenderedPageBreak/>
        <w:t>IL RUOLO POLI</w:t>
      </w:r>
      <w:r w:rsidR="00117C5B" w:rsidRPr="00117C5B">
        <w:rPr>
          <w:sz w:val="28"/>
          <w:szCs w:val="28"/>
          <w:u w:val="single"/>
          <w:lang w:val="it-IT"/>
        </w:rPr>
        <w:t>TICO DELL’EUROPA E IL RUOLO SOCIALE DELL’IMPRESA</w:t>
      </w:r>
    </w:p>
    <w:p w14:paraId="1A960C34" w14:textId="18BC3A42" w:rsidR="00C467EB" w:rsidRDefault="00CF5AE8" w:rsidP="00E94764">
      <w:pPr>
        <w:jc w:val="both"/>
        <w:rPr>
          <w:sz w:val="28"/>
          <w:szCs w:val="28"/>
          <w:lang w:val="it-IT"/>
        </w:rPr>
      </w:pPr>
      <w:r w:rsidRPr="1AB022FE">
        <w:rPr>
          <w:sz w:val="28"/>
          <w:szCs w:val="28"/>
          <w:lang w:val="it-IT"/>
        </w:rPr>
        <w:t xml:space="preserve">Per questo il nesso </w:t>
      </w:r>
      <w:r w:rsidR="45EC70FF" w:rsidRPr="1AB022FE">
        <w:rPr>
          <w:sz w:val="28"/>
          <w:szCs w:val="28"/>
          <w:lang w:val="it-IT"/>
        </w:rPr>
        <w:t>tra ricerca</w:t>
      </w:r>
      <w:r w:rsidR="00EC2138" w:rsidRPr="1AB022FE">
        <w:rPr>
          <w:sz w:val="28"/>
          <w:szCs w:val="28"/>
          <w:lang w:val="it-IT"/>
        </w:rPr>
        <w:t>,</w:t>
      </w:r>
      <w:r w:rsidR="00DB63BD" w:rsidRPr="1AB022FE">
        <w:rPr>
          <w:sz w:val="28"/>
          <w:szCs w:val="28"/>
          <w:lang w:val="it-IT"/>
        </w:rPr>
        <w:t xml:space="preserve"> innovazione</w:t>
      </w:r>
      <w:r w:rsidR="61A4B64F" w:rsidRPr="1AB022FE">
        <w:rPr>
          <w:sz w:val="28"/>
          <w:szCs w:val="28"/>
          <w:lang w:val="it-IT"/>
        </w:rPr>
        <w:t xml:space="preserve"> e</w:t>
      </w:r>
      <w:r w:rsidR="00DB63BD" w:rsidRPr="1AB022FE">
        <w:rPr>
          <w:sz w:val="28"/>
          <w:szCs w:val="28"/>
          <w:lang w:val="it-IT"/>
        </w:rPr>
        <w:t xml:space="preserve"> produttività caratterizza il confronto sulle politiche formative e </w:t>
      </w:r>
      <w:r w:rsidR="000B3CD1" w:rsidRPr="1AB022FE">
        <w:rPr>
          <w:sz w:val="28"/>
          <w:szCs w:val="28"/>
          <w:lang w:val="it-IT"/>
        </w:rPr>
        <w:t>dell’industria sia a livello nazionale che europeo</w:t>
      </w:r>
      <w:r w:rsidR="00975B41" w:rsidRPr="1AB022FE">
        <w:rPr>
          <w:sz w:val="28"/>
          <w:szCs w:val="28"/>
          <w:lang w:val="it-IT"/>
        </w:rPr>
        <w:t>.</w:t>
      </w:r>
    </w:p>
    <w:p w14:paraId="59C35138" w14:textId="490BD871" w:rsidR="00975B41" w:rsidRDefault="00975B41" w:rsidP="00E94764">
      <w:pPr>
        <w:jc w:val="both"/>
        <w:rPr>
          <w:sz w:val="28"/>
          <w:szCs w:val="28"/>
          <w:lang w:val="it-IT"/>
        </w:rPr>
      </w:pPr>
      <w:r>
        <w:rPr>
          <w:sz w:val="28"/>
          <w:szCs w:val="28"/>
          <w:lang w:val="it-IT"/>
        </w:rPr>
        <w:t xml:space="preserve">Non può esistere una politica </w:t>
      </w:r>
      <w:r w:rsidR="00020079">
        <w:rPr>
          <w:sz w:val="28"/>
          <w:szCs w:val="28"/>
          <w:lang w:val="it-IT"/>
        </w:rPr>
        <w:t>industriale europea credibile senza una forte politica della ricerca e innovazione.</w:t>
      </w:r>
    </w:p>
    <w:p w14:paraId="23F07FEC" w14:textId="0BD62511" w:rsidR="00020079" w:rsidRDefault="00020079" w:rsidP="00E94764">
      <w:pPr>
        <w:jc w:val="both"/>
        <w:rPr>
          <w:sz w:val="28"/>
          <w:szCs w:val="28"/>
          <w:lang w:val="it-IT"/>
        </w:rPr>
      </w:pPr>
      <w:r>
        <w:rPr>
          <w:sz w:val="28"/>
          <w:szCs w:val="28"/>
          <w:lang w:val="it-IT"/>
        </w:rPr>
        <w:t>Un processo che dopo tanti sforzi e risultati inferiori alle attese sembra essere tornato al centro dell’attenzione del legislatore</w:t>
      </w:r>
      <w:r w:rsidR="005349F3">
        <w:rPr>
          <w:sz w:val="28"/>
          <w:szCs w:val="28"/>
          <w:lang w:val="it-IT"/>
        </w:rPr>
        <w:t xml:space="preserve"> italiano ed europeo</w:t>
      </w:r>
      <w:r>
        <w:rPr>
          <w:sz w:val="28"/>
          <w:szCs w:val="28"/>
          <w:lang w:val="it-IT"/>
        </w:rPr>
        <w:t xml:space="preserve"> per mettere a punto </w:t>
      </w:r>
      <w:r w:rsidR="003E7D57">
        <w:rPr>
          <w:sz w:val="28"/>
          <w:szCs w:val="28"/>
          <w:lang w:val="it-IT"/>
        </w:rPr>
        <w:t>meccanismi adeguati di trasferimento tecnologico.</w:t>
      </w:r>
    </w:p>
    <w:p w14:paraId="319F7D5C" w14:textId="7DA0E020" w:rsidR="003E7D57" w:rsidRDefault="003E7D57" w:rsidP="00E94764">
      <w:pPr>
        <w:jc w:val="both"/>
        <w:rPr>
          <w:sz w:val="28"/>
          <w:szCs w:val="28"/>
          <w:lang w:val="it-IT"/>
        </w:rPr>
      </w:pPr>
      <w:r>
        <w:rPr>
          <w:sz w:val="28"/>
          <w:szCs w:val="28"/>
          <w:lang w:val="it-IT"/>
        </w:rPr>
        <w:t>Noi siamo euro</w:t>
      </w:r>
      <w:r w:rsidR="00991097">
        <w:rPr>
          <w:sz w:val="28"/>
          <w:szCs w:val="28"/>
          <w:lang w:val="it-IT"/>
        </w:rPr>
        <w:t>peisti</w:t>
      </w:r>
      <w:r w:rsidR="005349F3">
        <w:rPr>
          <w:sz w:val="28"/>
          <w:szCs w:val="28"/>
          <w:lang w:val="it-IT"/>
        </w:rPr>
        <w:t xml:space="preserve">. </w:t>
      </w:r>
      <w:r w:rsidR="00D81BA0">
        <w:rPr>
          <w:sz w:val="28"/>
          <w:szCs w:val="28"/>
          <w:lang w:val="it-IT"/>
        </w:rPr>
        <w:t>Confindustria è europeista, ma quando la convinzione è forte e l’identificazione nell’idea cardine è sost</w:t>
      </w:r>
      <w:r w:rsidR="00567359">
        <w:rPr>
          <w:sz w:val="28"/>
          <w:szCs w:val="28"/>
          <w:lang w:val="it-IT"/>
        </w:rPr>
        <w:t>anziale</w:t>
      </w:r>
      <w:r w:rsidR="00AD632B">
        <w:rPr>
          <w:sz w:val="28"/>
          <w:szCs w:val="28"/>
          <w:lang w:val="it-IT"/>
        </w:rPr>
        <w:t xml:space="preserve"> punto di riferimento, è </w:t>
      </w:r>
      <w:r w:rsidR="00BC2E8F">
        <w:rPr>
          <w:sz w:val="28"/>
          <w:szCs w:val="28"/>
          <w:lang w:val="it-IT"/>
        </w:rPr>
        <w:t xml:space="preserve">maggiore </w:t>
      </w:r>
      <w:r w:rsidR="00AD632B">
        <w:rPr>
          <w:sz w:val="28"/>
          <w:szCs w:val="28"/>
          <w:lang w:val="it-IT"/>
        </w:rPr>
        <w:t xml:space="preserve">l’amarezza e la delusione dei mancati risultati. </w:t>
      </w:r>
      <w:r w:rsidR="000F6469">
        <w:rPr>
          <w:sz w:val="28"/>
          <w:szCs w:val="28"/>
          <w:lang w:val="it-IT"/>
        </w:rPr>
        <w:t xml:space="preserve">Un elemento </w:t>
      </w:r>
      <w:r w:rsidR="00651B07">
        <w:rPr>
          <w:sz w:val="28"/>
          <w:szCs w:val="28"/>
          <w:lang w:val="it-IT"/>
        </w:rPr>
        <w:t>ha fortemente</w:t>
      </w:r>
      <w:r w:rsidR="00AD632B">
        <w:rPr>
          <w:sz w:val="28"/>
          <w:szCs w:val="28"/>
          <w:lang w:val="it-IT"/>
        </w:rPr>
        <w:t xml:space="preserve"> </w:t>
      </w:r>
      <w:r w:rsidR="00CA11BD">
        <w:rPr>
          <w:sz w:val="28"/>
          <w:szCs w:val="28"/>
          <w:lang w:val="it-IT"/>
        </w:rPr>
        <w:t>condizionato la storia ed il percorso degli ult</w:t>
      </w:r>
      <w:r w:rsidR="00C53AE3">
        <w:rPr>
          <w:sz w:val="28"/>
          <w:szCs w:val="28"/>
          <w:lang w:val="it-IT"/>
        </w:rPr>
        <w:t>i</w:t>
      </w:r>
      <w:r w:rsidR="00CA11BD">
        <w:rPr>
          <w:sz w:val="28"/>
          <w:szCs w:val="28"/>
          <w:lang w:val="it-IT"/>
        </w:rPr>
        <w:t>mi decenni. La perm</w:t>
      </w:r>
      <w:r w:rsidR="008A2132">
        <w:rPr>
          <w:sz w:val="28"/>
          <w:szCs w:val="28"/>
          <w:lang w:val="it-IT"/>
        </w:rPr>
        <w:t>a</w:t>
      </w:r>
      <w:r w:rsidR="00CA11BD">
        <w:rPr>
          <w:sz w:val="28"/>
          <w:szCs w:val="28"/>
          <w:lang w:val="it-IT"/>
        </w:rPr>
        <w:t>n</w:t>
      </w:r>
      <w:r w:rsidR="008A2132">
        <w:rPr>
          <w:sz w:val="28"/>
          <w:szCs w:val="28"/>
          <w:lang w:val="it-IT"/>
        </w:rPr>
        <w:t>e</w:t>
      </w:r>
      <w:r w:rsidR="00CA11BD">
        <w:rPr>
          <w:sz w:val="28"/>
          <w:szCs w:val="28"/>
          <w:lang w:val="it-IT"/>
        </w:rPr>
        <w:t>nt</w:t>
      </w:r>
      <w:r w:rsidR="00C53AE3">
        <w:rPr>
          <w:sz w:val="28"/>
          <w:szCs w:val="28"/>
          <w:lang w:val="it-IT"/>
        </w:rPr>
        <w:t>e</w:t>
      </w:r>
      <w:r w:rsidR="00CA11BD">
        <w:rPr>
          <w:sz w:val="28"/>
          <w:szCs w:val="28"/>
          <w:lang w:val="it-IT"/>
        </w:rPr>
        <w:t xml:space="preserve"> disc</w:t>
      </w:r>
      <w:r w:rsidR="00DB6E64">
        <w:rPr>
          <w:sz w:val="28"/>
          <w:szCs w:val="28"/>
          <w:lang w:val="it-IT"/>
        </w:rPr>
        <w:t xml:space="preserve">rasia tra le enunciazioni programmatiche ed i concreti risultati. </w:t>
      </w:r>
    </w:p>
    <w:p w14:paraId="7AA3B879" w14:textId="49BB56EA" w:rsidR="00DB6E64" w:rsidRDefault="00DB6E64" w:rsidP="00E94764">
      <w:pPr>
        <w:jc w:val="both"/>
        <w:rPr>
          <w:sz w:val="28"/>
          <w:szCs w:val="28"/>
          <w:lang w:val="it-IT"/>
        </w:rPr>
      </w:pPr>
      <w:r>
        <w:rPr>
          <w:sz w:val="28"/>
          <w:szCs w:val="28"/>
          <w:lang w:val="it-IT"/>
        </w:rPr>
        <w:t xml:space="preserve">Da </w:t>
      </w:r>
      <w:r w:rsidR="008E4D5C">
        <w:rPr>
          <w:sz w:val="28"/>
          <w:szCs w:val="28"/>
          <w:lang w:val="it-IT"/>
        </w:rPr>
        <w:t>L</w:t>
      </w:r>
      <w:r>
        <w:rPr>
          <w:sz w:val="28"/>
          <w:szCs w:val="28"/>
          <w:lang w:val="it-IT"/>
        </w:rPr>
        <w:t>isbona 20</w:t>
      </w:r>
      <w:r w:rsidR="009B30E7">
        <w:rPr>
          <w:sz w:val="28"/>
          <w:szCs w:val="28"/>
          <w:lang w:val="it-IT"/>
        </w:rPr>
        <w:t>00</w:t>
      </w:r>
      <w:r>
        <w:rPr>
          <w:sz w:val="28"/>
          <w:szCs w:val="28"/>
          <w:lang w:val="it-IT"/>
        </w:rPr>
        <w:t xml:space="preserve"> sul primato della conoscenza</w:t>
      </w:r>
      <w:r w:rsidR="009B30E7">
        <w:rPr>
          <w:sz w:val="28"/>
          <w:szCs w:val="28"/>
          <w:lang w:val="it-IT"/>
        </w:rPr>
        <w:t xml:space="preserve"> entro il 2010</w:t>
      </w:r>
      <w:r>
        <w:rPr>
          <w:sz w:val="28"/>
          <w:szCs w:val="28"/>
          <w:lang w:val="it-IT"/>
        </w:rPr>
        <w:t xml:space="preserve"> </w:t>
      </w:r>
      <w:r w:rsidR="00490AC2">
        <w:rPr>
          <w:sz w:val="28"/>
          <w:szCs w:val="28"/>
          <w:lang w:val="it-IT"/>
        </w:rPr>
        <w:t>e d</w:t>
      </w:r>
      <w:r>
        <w:rPr>
          <w:sz w:val="28"/>
          <w:szCs w:val="28"/>
          <w:lang w:val="it-IT"/>
        </w:rPr>
        <w:t xml:space="preserve">al </w:t>
      </w:r>
      <w:r w:rsidR="00C7576D">
        <w:rPr>
          <w:sz w:val="28"/>
          <w:szCs w:val="28"/>
          <w:lang w:val="it-IT"/>
        </w:rPr>
        <w:t>g</w:t>
      </w:r>
      <w:r>
        <w:rPr>
          <w:sz w:val="28"/>
          <w:szCs w:val="28"/>
          <w:lang w:val="it-IT"/>
        </w:rPr>
        <w:t>reen</w:t>
      </w:r>
      <w:r w:rsidR="0037777A">
        <w:rPr>
          <w:sz w:val="28"/>
          <w:szCs w:val="28"/>
          <w:lang w:val="it-IT"/>
        </w:rPr>
        <w:t xml:space="preserve"> deal per</w:t>
      </w:r>
      <w:r w:rsidR="007C0F97">
        <w:rPr>
          <w:sz w:val="28"/>
          <w:szCs w:val="28"/>
          <w:lang w:val="it-IT"/>
        </w:rPr>
        <w:t xml:space="preserve"> l’industria</w:t>
      </w:r>
      <w:r w:rsidR="00DA4D48">
        <w:rPr>
          <w:sz w:val="28"/>
          <w:szCs w:val="28"/>
          <w:lang w:val="it-IT"/>
        </w:rPr>
        <w:t xml:space="preserve"> e </w:t>
      </w:r>
      <w:r w:rsidR="007C0F97">
        <w:rPr>
          <w:sz w:val="28"/>
          <w:szCs w:val="28"/>
          <w:lang w:val="it-IT"/>
        </w:rPr>
        <w:t>l’ambiente</w:t>
      </w:r>
      <w:r w:rsidR="00AE6830">
        <w:rPr>
          <w:sz w:val="28"/>
          <w:szCs w:val="28"/>
          <w:lang w:val="it-IT"/>
        </w:rPr>
        <w:t>,</w:t>
      </w:r>
      <w:r w:rsidR="007D1503">
        <w:rPr>
          <w:sz w:val="28"/>
          <w:szCs w:val="28"/>
          <w:lang w:val="it-IT"/>
        </w:rPr>
        <w:t xml:space="preserve"> </w:t>
      </w:r>
      <w:r w:rsidR="00651B07">
        <w:rPr>
          <w:sz w:val="28"/>
          <w:szCs w:val="28"/>
          <w:lang w:val="it-IT"/>
        </w:rPr>
        <w:t>al</w:t>
      </w:r>
      <w:r w:rsidR="0037777A">
        <w:rPr>
          <w:sz w:val="28"/>
          <w:szCs w:val="28"/>
          <w:lang w:val="it-IT"/>
        </w:rPr>
        <w:t>l’inarr</w:t>
      </w:r>
      <w:r w:rsidR="00CF6710">
        <w:rPr>
          <w:sz w:val="28"/>
          <w:szCs w:val="28"/>
          <w:lang w:val="it-IT"/>
        </w:rPr>
        <w:t>e</w:t>
      </w:r>
      <w:r w:rsidR="0037777A">
        <w:rPr>
          <w:sz w:val="28"/>
          <w:szCs w:val="28"/>
          <w:lang w:val="it-IT"/>
        </w:rPr>
        <w:t>stabile attività regolat</w:t>
      </w:r>
      <w:r w:rsidR="00B30E88">
        <w:rPr>
          <w:sz w:val="28"/>
          <w:szCs w:val="28"/>
          <w:lang w:val="it-IT"/>
        </w:rPr>
        <w:t>oria</w:t>
      </w:r>
      <w:r w:rsidR="0037777A">
        <w:rPr>
          <w:sz w:val="28"/>
          <w:szCs w:val="28"/>
          <w:lang w:val="it-IT"/>
        </w:rPr>
        <w:t xml:space="preserve"> che norma, </w:t>
      </w:r>
      <w:r w:rsidR="00637691">
        <w:rPr>
          <w:sz w:val="28"/>
          <w:szCs w:val="28"/>
          <w:lang w:val="it-IT"/>
        </w:rPr>
        <w:t>orienta</w:t>
      </w:r>
      <w:r w:rsidR="0037777A">
        <w:rPr>
          <w:sz w:val="28"/>
          <w:szCs w:val="28"/>
          <w:lang w:val="it-IT"/>
        </w:rPr>
        <w:t xml:space="preserve">, </w:t>
      </w:r>
      <w:r w:rsidR="00CF6710">
        <w:rPr>
          <w:sz w:val="28"/>
          <w:szCs w:val="28"/>
          <w:lang w:val="it-IT"/>
        </w:rPr>
        <w:t>dà alcune importanti certezz</w:t>
      </w:r>
      <w:r w:rsidR="00637691">
        <w:rPr>
          <w:sz w:val="28"/>
          <w:szCs w:val="28"/>
          <w:lang w:val="it-IT"/>
        </w:rPr>
        <w:t>e</w:t>
      </w:r>
      <w:r w:rsidR="00CF6710">
        <w:rPr>
          <w:sz w:val="28"/>
          <w:szCs w:val="28"/>
          <w:lang w:val="it-IT"/>
        </w:rPr>
        <w:t xml:space="preserve">, ma spesso </w:t>
      </w:r>
      <w:r w:rsidR="00637691">
        <w:rPr>
          <w:sz w:val="28"/>
          <w:szCs w:val="28"/>
          <w:lang w:val="it-IT"/>
        </w:rPr>
        <w:t>condiziona, fino a mal indirizzare le scelte industrial</w:t>
      </w:r>
      <w:r w:rsidR="00C7576D">
        <w:rPr>
          <w:sz w:val="28"/>
          <w:szCs w:val="28"/>
          <w:lang w:val="it-IT"/>
        </w:rPr>
        <w:t>i</w:t>
      </w:r>
      <w:r w:rsidR="00637691">
        <w:rPr>
          <w:sz w:val="28"/>
          <w:szCs w:val="28"/>
          <w:lang w:val="it-IT"/>
        </w:rPr>
        <w:t xml:space="preserve">, vincolandole </w:t>
      </w:r>
      <w:r w:rsidR="007C0C4E">
        <w:rPr>
          <w:sz w:val="28"/>
          <w:szCs w:val="28"/>
          <w:lang w:val="it-IT"/>
        </w:rPr>
        <w:t>in una rete burocratica spesso soffocante.</w:t>
      </w:r>
    </w:p>
    <w:p w14:paraId="7A5B4BC7" w14:textId="7EBA088A" w:rsidR="007C0C4E" w:rsidRDefault="007C0C4E" w:rsidP="00E94764">
      <w:pPr>
        <w:jc w:val="both"/>
        <w:rPr>
          <w:sz w:val="28"/>
          <w:szCs w:val="28"/>
          <w:lang w:val="it-IT"/>
        </w:rPr>
      </w:pPr>
      <w:r>
        <w:rPr>
          <w:sz w:val="28"/>
          <w:szCs w:val="28"/>
          <w:lang w:val="it-IT"/>
        </w:rPr>
        <w:t xml:space="preserve">Credo che sia una constatazione </w:t>
      </w:r>
      <w:r w:rsidR="00627A71">
        <w:rPr>
          <w:sz w:val="28"/>
          <w:szCs w:val="28"/>
          <w:lang w:val="it-IT"/>
        </w:rPr>
        <w:t>che trovi molti</w:t>
      </w:r>
      <w:r w:rsidR="00833E1F">
        <w:rPr>
          <w:sz w:val="28"/>
          <w:szCs w:val="28"/>
          <w:lang w:val="it-IT"/>
        </w:rPr>
        <w:t xml:space="preserve"> d’accordo, ma pochi si chiedono </w:t>
      </w:r>
      <w:r w:rsidR="0043541C">
        <w:rPr>
          <w:sz w:val="28"/>
          <w:szCs w:val="28"/>
          <w:lang w:val="it-IT"/>
        </w:rPr>
        <w:t>perché questo sia avvenuto e continui ad accadere.</w:t>
      </w:r>
    </w:p>
    <w:p w14:paraId="332191C0" w14:textId="4F63E945" w:rsidR="00C53AE3" w:rsidRDefault="00C53AE3" w:rsidP="00E94764">
      <w:pPr>
        <w:jc w:val="both"/>
        <w:rPr>
          <w:sz w:val="28"/>
          <w:szCs w:val="28"/>
          <w:lang w:val="it-IT"/>
        </w:rPr>
      </w:pPr>
      <w:r>
        <w:rPr>
          <w:sz w:val="28"/>
          <w:szCs w:val="28"/>
          <w:lang w:val="it-IT"/>
        </w:rPr>
        <w:t xml:space="preserve">La nostra risposta sta nella frattura fra una cultura teorica amministrativa </w:t>
      </w:r>
      <w:r w:rsidR="001F7F22">
        <w:rPr>
          <w:sz w:val="28"/>
          <w:szCs w:val="28"/>
          <w:lang w:val="it-IT"/>
        </w:rPr>
        <w:t>e la realtà dell’impresa</w:t>
      </w:r>
      <w:r w:rsidR="00E80763">
        <w:rPr>
          <w:sz w:val="28"/>
          <w:szCs w:val="28"/>
          <w:lang w:val="it-IT"/>
        </w:rPr>
        <w:t>, i problemi dell’industria, la</w:t>
      </w:r>
      <w:r w:rsidR="003E2E2E">
        <w:rPr>
          <w:sz w:val="28"/>
          <w:szCs w:val="28"/>
          <w:lang w:val="it-IT"/>
        </w:rPr>
        <w:t xml:space="preserve"> complessità della manifattura</w:t>
      </w:r>
      <w:r w:rsidR="005C7CD7">
        <w:rPr>
          <w:sz w:val="28"/>
          <w:szCs w:val="28"/>
          <w:lang w:val="it-IT"/>
        </w:rPr>
        <w:t xml:space="preserve">, </w:t>
      </w:r>
      <w:r w:rsidR="00E80763">
        <w:rPr>
          <w:sz w:val="28"/>
          <w:szCs w:val="28"/>
          <w:lang w:val="it-IT"/>
        </w:rPr>
        <w:t>il</w:t>
      </w:r>
      <w:r w:rsidR="005C7CD7">
        <w:rPr>
          <w:sz w:val="28"/>
          <w:szCs w:val="28"/>
          <w:lang w:val="it-IT"/>
        </w:rPr>
        <w:t xml:space="preserve"> mercato nelle sue dinamiche di libere</w:t>
      </w:r>
      <w:r w:rsidR="00117C5B">
        <w:rPr>
          <w:sz w:val="28"/>
          <w:szCs w:val="28"/>
          <w:lang w:val="it-IT"/>
        </w:rPr>
        <w:t xml:space="preserve"> scelte</w:t>
      </w:r>
      <w:r w:rsidR="005C7CD7">
        <w:rPr>
          <w:sz w:val="28"/>
          <w:szCs w:val="28"/>
          <w:lang w:val="it-IT"/>
        </w:rPr>
        <w:t xml:space="preserve"> de</w:t>
      </w:r>
      <w:r w:rsidR="00C13D6B">
        <w:rPr>
          <w:sz w:val="28"/>
          <w:szCs w:val="28"/>
          <w:lang w:val="it-IT"/>
        </w:rPr>
        <w:t>i</w:t>
      </w:r>
      <w:r w:rsidR="005C7CD7">
        <w:rPr>
          <w:sz w:val="28"/>
          <w:szCs w:val="28"/>
          <w:lang w:val="it-IT"/>
        </w:rPr>
        <w:t xml:space="preserve"> consumator</w:t>
      </w:r>
      <w:r w:rsidR="00C13D6B">
        <w:rPr>
          <w:sz w:val="28"/>
          <w:szCs w:val="28"/>
          <w:lang w:val="it-IT"/>
        </w:rPr>
        <w:t>i</w:t>
      </w:r>
      <w:r w:rsidR="004546A1">
        <w:rPr>
          <w:sz w:val="28"/>
          <w:szCs w:val="28"/>
          <w:lang w:val="it-IT"/>
        </w:rPr>
        <w:t>.</w:t>
      </w:r>
      <w:r w:rsidR="00E85057">
        <w:rPr>
          <w:sz w:val="28"/>
          <w:szCs w:val="28"/>
          <w:lang w:val="it-IT"/>
        </w:rPr>
        <w:t xml:space="preserve"> </w:t>
      </w:r>
    </w:p>
    <w:p w14:paraId="1BC7CDCA" w14:textId="63339FEE" w:rsidR="008D56CD" w:rsidRDefault="0039032A" w:rsidP="1AB022FE">
      <w:pPr>
        <w:jc w:val="both"/>
        <w:rPr>
          <w:sz w:val="28"/>
          <w:szCs w:val="28"/>
          <w:lang w:val="it-IT"/>
        </w:rPr>
      </w:pPr>
      <w:r w:rsidRPr="1AB022FE">
        <w:rPr>
          <w:sz w:val="28"/>
          <w:szCs w:val="28"/>
          <w:lang w:val="it-IT"/>
        </w:rPr>
        <w:t xml:space="preserve">Vi è l’assenza di un’adeguata </w:t>
      </w:r>
      <w:r w:rsidR="1830FDFD" w:rsidRPr="1AB022FE">
        <w:rPr>
          <w:sz w:val="28"/>
          <w:szCs w:val="28"/>
          <w:lang w:val="it-IT"/>
        </w:rPr>
        <w:t>conoscenza</w:t>
      </w:r>
      <w:r w:rsidR="00E80763" w:rsidRPr="1AB022FE">
        <w:rPr>
          <w:sz w:val="28"/>
          <w:szCs w:val="28"/>
          <w:lang w:val="it-IT"/>
        </w:rPr>
        <w:t xml:space="preserve"> </w:t>
      </w:r>
      <w:r w:rsidR="00A8304F" w:rsidRPr="1AB022FE">
        <w:rPr>
          <w:sz w:val="28"/>
          <w:szCs w:val="28"/>
          <w:lang w:val="it-IT"/>
        </w:rPr>
        <w:t>dell’impresa, del</w:t>
      </w:r>
      <w:r w:rsidR="00E80763" w:rsidRPr="1AB022FE">
        <w:rPr>
          <w:sz w:val="28"/>
          <w:szCs w:val="28"/>
          <w:lang w:val="it-IT"/>
        </w:rPr>
        <w:t xml:space="preserve"> fare e del costruire</w:t>
      </w:r>
      <w:r w:rsidRPr="1AB022FE">
        <w:rPr>
          <w:sz w:val="28"/>
          <w:szCs w:val="28"/>
          <w:lang w:val="it-IT"/>
        </w:rPr>
        <w:t xml:space="preserve">, una mancanza di una vita vissuta </w:t>
      </w:r>
      <w:r w:rsidR="00F251E7" w:rsidRPr="1AB022FE">
        <w:rPr>
          <w:sz w:val="28"/>
          <w:szCs w:val="28"/>
          <w:lang w:val="it-IT"/>
        </w:rPr>
        <w:t>dentro le complessità, le difficoltà, i rischi del</w:t>
      </w:r>
      <w:r w:rsidR="00937457" w:rsidRPr="1AB022FE">
        <w:rPr>
          <w:sz w:val="28"/>
          <w:szCs w:val="28"/>
          <w:lang w:val="it-IT"/>
        </w:rPr>
        <w:t xml:space="preserve"> mondo imprenditoriale.</w:t>
      </w:r>
    </w:p>
    <w:p w14:paraId="7A6ED737" w14:textId="499E277C" w:rsidR="003D5163" w:rsidRDefault="00F251E7" w:rsidP="1AB022FE">
      <w:pPr>
        <w:jc w:val="both"/>
        <w:rPr>
          <w:sz w:val="28"/>
          <w:szCs w:val="28"/>
          <w:lang w:val="it-IT"/>
        </w:rPr>
      </w:pPr>
      <w:r w:rsidRPr="1AB022FE">
        <w:rPr>
          <w:sz w:val="28"/>
          <w:szCs w:val="28"/>
          <w:lang w:val="it-IT"/>
        </w:rPr>
        <w:lastRenderedPageBreak/>
        <w:t xml:space="preserve">Una </w:t>
      </w:r>
      <w:r w:rsidR="009F5BF0" w:rsidRPr="1AB022FE">
        <w:rPr>
          <w:sz w:val="28"/>
          <w:szCs w:val="28"/>
          <w:lang w:val="it-IT"/>
        </w:rPr>
        <w:t>carenza</w:t>
      </w:r>
      <w:r w:rsidRPr="1AB022FE">
        <w:rPr>
          <w:sz w:val="28"/>
          <w:szCs w:val="28"/>
          <w:lang w:val="it-IT"/>
        </w:rPr>
        <w:t xml:space="preserve"> che impedisce di vedere lo sviluppo</w:t>
      </w:r>
      <w:r w:rsidR="00A8304F" w:rsidRPr="1AB022FE">
        <w:rPr>
          <w:sz w:val="28"/>
          <w:szCs w:val="28"/>
          <w:lang w:val="it-IT"/>
        </w:rPr>
        <w:t xml:space="preserve"> dell’azienda </w:t>
      </w:r>
      <w:r w:rsidRPr="1AB022FE">
        <w:rPr>
          <w:sz w:val="28"/>
          <w:szCs w:val="28"/>
          <w:lang w:val="it-IT"/>
        </w:rPr>
        <w:t>dal punt</w:t>
      </w:r>
      <w:r w:rsidR="008C593F" w:rsidRPr="1AB022FE">
        <w:rPr>
          <w:sz w:val="28"/>
          <w:szCs w:val="28"/>
          <w:lang w:val="it-IT"/>
        </w:rPr>
        <w:t>o</w:t>
      </w:r>
      <w:r w:rsidRPr="1AB022FE">
        <w:rPr>
          <w:sz w:val="28"/>
          <w:szCs w:val="28"/>
          <w:lang w:val="it-IT"/>
        </w:rPr>
        <w:t xml:space="preserve"> di vista del mercato</w:t>
      </w:r>
      <w:r w:rsidR="005B721E" w:rsidRPr="1AB022FE">
        <w:rPr>
          <w:sz w:val="28"/>
          <w:szCs w:val="28"/>
          <w:lang w:val="it-IT"/>
        </w:rPr>
        <w:t xml:space="preserve">, </w:t>
      </w:r>
      <w:r w:rsidRPr="1AB022FE">
        <w:rPr>
          <w:sz w:val="28"/>
          <w:szCs w:val="28"/>
          <w:lang w:val="it-IT"/>
        </w:rPr>
        <w:t xml:space="preserve">anche </w:t>
      </w:r>
      <w:r w:rsidR="008C593F" w:rsidRPr="1AB022FE">
        <w:rPr>
          <w:sz w:val="28"/>
          <w:szCs w:val="28"/>
          <w:lang w:val="it-IT"/>
        </w:rPr>
        <w:t xml:space="preserve">se </w:t>
      </w:r>
      <w:r w:rsidRPr="1AB022FE">
        <w:rPr>
          <w:sz w:val="28"/>
          <w:szCs w:val="28"/>
          <w:lang w:val="it-IT"/>
        </w:rPr>
        <w:t>spesso descritt</w:t>
      </w:r>
      <w:r w:rsidR="008C593F" w:rsidRPr="1AB022FE">
        <w:rPr>
          <w:sz w:val="28"/>
          <w:szCs w:val="28"/>
          <w:lang w:val="it-IT"/>
        </w:rPr>
        <w:t xml:space="preserve">o come la ragione </w:t>
      </w:r>
      <w:r w:rsidR="008A4087" w:rsidRPr="1AB022FE">
        <w:rPr>
          <w:sz w:val="28"/>
          <w:szCs w:val="28"/>
          <w:lang w:val="it-IT"/>
        </w:rPr>
        <w:t>dell’azione normativa</w:t>
      </w:r>
      <w:r w:rsidR="003D774D" w:rsidRPr="1AB022FE">
        <w:rPr>
          <w:sz w:val="28"/>
          <w:szCs w:val="28"/>
          <w:lang w:val="it-IT"/>
        </w:rPr>
        <w:t>.</w:t>
      </w:r>
    </w:p>
    <w:p w14:paraId="649326BF" w14:textId="0A44596E" w:rsidR="003D774D" w:rsidRDefault="00A72956" w:rsidP="6A7B6A5A">
      <w:pPr>
        <w:jc w:val="both"/>
        <w:rPr>
          <w:sz w:val="28"/>
          <w:szCs w:val="28"/>
          <w:lang w:val="it-IT"/>
        </w:rPr>
      </w:pPr>
      <w:r w:rsidRPr="0FE6A893">
        <w:rPr>
          <w:sz w:val="28"/>
          <w:szCs w:val="28"/>
          <w:lang w:val="it-IT"/>
        </w:rPr>
        <w:t xml:space="preserve">Dell’Europa non si può però fare a meno per pensare a </w:t>
      </w:r>
      <w:r w:rsidR="75892F9F" w:rsidRPr="0FE6A893">
        <w:rPr>
          <w:sz w:val="28"/>
          <w:szCs w:val="28"/>
          <w:lang w:val="it-IT"/>
        </w:rPr>
        <w:t xml:space="preserve">un </w:t>
      </w:r>
      <w:r w:rsidRPr="0FE6A893">
        <w:rPr>
          <w:sz w:val="28"/>
          <w:szCs w:val="28"/>
          <w:lang w:val="it-IT"/>
        </w:rPr>
        <w:t>futuro di libertà e di benessere</w:t>
      </w:r>
      <w:r w:rsidR="00840880" w:rsidRPr="0FE6A893">
        <w:rPr>
          <w:sz w:val="28"/>
          <w:szCs w:val="28"/>
          <w:lang w:val="it-IT"/>
        </w:rPr>
        <w:t xml:space="preserve">. </w:t>
      </w:r>
      <w:r w:rsidR="00DC78DB" w:rsidRPr="0FE6A893">
        <w:rPr>
          <w:sz w:val="28"/>
          <w:szCs w:val="28"/>
          <w:lang w:val="it-IT"/>
        </w:rPr>
        <w:t>È</w:t>
      </w:r>
      <w:r w:rsidR="00840880" w:rsidRPr="0FE6A893">
        <w:rPr>
          <w:sz w:val="28"/>
          <w:szCs w:val="28"/>
          <w:lang w:val="it-IT"/>
        </w:rPr>
        <w:t xml:space="preserve"> necessario continuare </w:t>
      </w:r>
      <w:r w:rsidR="268217FB" w:rsidRPr="0FE6A893">
        <w:rPr>
          <w:sz w:val="28"/>
          <w:szCs w:val="28"/>
          <w:lang w:val="it-IT"/>
        </w:rPr>
        <w:t>nella</w:t>
      </w:r>
      <w:r w:rsidR="00840880" w:rsidRPr="0FE6A893">
        <w:rPr>
          <w:sz w:val="28"/>
          <w:szCs w:val="28"/>
          <w:lang w:val="it-IT"/>
        </w:rPr>
        <w:t xml:space="preserve"> costruzione di un</w:t>
      </w:r>
      <w:r w:rsidR="0DCE57D0" w:rsidRPr="0FE6A893">
        <w:rPr>
          <w:sz w:val="28"/>
          <w:szCs w:val="28"/>
          <w:lang w:val="it-IT"/>
        </w:rPr>
        <w:t>a</w:t>
      </w:r>
      <w:r w:rsidR="00840880" w:rsidRPr="0FE6A893">
        <w:rPr>
          <w:sz w:val="28"/>
          <w:szCs w:val="28"/>
          <w:lang w:val="it-IT"/>
        </w:rPr>
        <w:t xml:space="preserve"> Europa un</w:t>
      </w:r>
      <w:r w:rsidR="00284380" w:rsidRPr="0FE6A893">
        <w:rPr>
          <w:sz w:val="28"/>
          <w:szCs w:val="28"/>
          <w:lang w:val="it-IT"/>
        </w:rPr>
        <w:t xml:space="preserve">ita, </w:t>
      </w:r>
      <w:r w:rsidR="00DC78DB" w:rsidRPr="0FE6A893">
        <w:rPr>
          <w:sz w:val="28"/>
          <w:szCs w:val="28"/>
          <w:lang w:val="it-IT"/>
        </w:rPr>
        <w:t xml:space="preserve">integrata, </w:t>
      </w:r>
      <w:r w:rsidR="00284380" w:rsidRPr="0FE6A893">
        <w:rPr>
          <w:sz w:val="28"/>
          <w:szCs w:val="28"/>
          <w:lang w:val="it-IT"/>
        </w:rPr>
        <w:t>federale e indipendente.</w:t>
      </w:r>
    </w:p>
    <w:p w14:paraId="14F7ABA3" w14:textId="1F57F376" w:rsidR="00DC78DB" w:rsidRDefault="00DC78DB" w:rsidP="6A7B6A5A">
      <w:pPr>
        <w:jc w:val="both"/>
        <w:rPr>
          <w:sz w:val="28"/>
          <w:szCs w:val="28"/>
          <w:lang w:val="it-IT"/>
        </w:rPr>
      </w:pPr>
      <w:r>
        <w:rPr>
          <w:sz w:val="28"/>
          <w:szCs w:val="28"/>
          <w:lang w:val="it-IT"/>
        </w:rPr>
        <w:t xml:space="preserve">Questo richiama le nostre responsabilità di imprenditori </w:t>
      </w:r>
      <w:r w:rsidR="00E246DB">
        <w:rPr>
          <w:sz w:val="28"/>
          <w:szCs w:val="28"/>
          <w:lang w:val="it-IT"/>
        </w:rPr>
        <w:t>a</w:t>
      </w:r>
      <w:r>
        <w:rPr>
          <w:sz w:val="28"/>
          <w:szCs w:val="28"/>
          <w:lang w:val="it-IT"/>
        </w:rPr>
        <w:t xml:space="preserve"> costruire e diffondere la consapevolezza che l’impresa </w:t>
      </w:r>
      <w:r w:rsidR="00BC72FA">
        <w:rPr>
          <w:sz w:val="28"/>
          <w:szCs w:val="28"/>
          <w:lang w:val="it-IT"/>
        </w:rPr>
        <w:t xml:space="preserve">è il motore non solo </w:t>
      </w:r>
      <w:r w:rsidR="00B9387F">
        <w:rPr>
          <w:sz w:val="28"/>
          <w:szCs w:val="28"/>
          <w:lang w:val="it-IT"/>
        </w:rPr>
        <w:t>d</w:t>
      </w:r>
      <w:r w:rsidR="00BC72FA">
        <w:rPr>
          <w:sz w:val="28"/>
          <w:szCs w:val="28"/>
          <w:lang w:val="it-IT"/>
        </w:rPr>
        <w:t>el benessere collettivo, ma anche il fondamento della libertà</w:t>
      </w:r>
      <w:r w:rsidR="0002634D">
        <w:rPr>
          <w:sz w:val="28"/>
          <w:szCs w:val="28"/>
          <w:lang w:val="it-IT"/>
        </w:rPr>
        <w:t>, delle giuste aspirazioni delle persone, della coesione, della crescita civile.</w:t>
      </w:r>
    </w:p>
    <w:p w14:paraId="5F03745B" w14:textId="32F9A60B" w:rsidR="005B4B66" w:rsidRDefault="005B4B66" w:rsidP="6A7B6A5A">
      <w:pPr>
        <w:jc w:val="both"/>
        <w:rPr>
          <w:sz w:val="28"/>
          <w:szCs w:val="28"/>
          <w:lang w:val="it-IT"/>
        </w:rPr>
      </w:pPr>
      <w:r>
        <w:rPr>
          <w:sz w:val="28"/>
          <w:szCs w:val="28"/>
          <w:lang w:val="it-IT"/>
        </w:rPr>
        <w:t>Il fare impresa è dunque innovare, costruire sogni, ma anche assumere e svolgere un fondamentale ruolo sociale</w:t>
      </w:r>
      <w:r w:rsidR="009F4CD6">
        <w:rPr>
          <w:sz w:val="28"/>
          <w:szCs w:val="28"/>
          <w:lang w:val="it-IT"/>
        </w:rPr>
        <w:t>.</w:t>
      </w:r>
    </w:p>
    <w:p w14:paraId="45975F85" w14:textId="0AD5BDBC" w:rsidR="009F4CD6" w:rsidRDefault="009F4CD6" w:rsidP="6A7B6A5A">
      <w:pPr>
        <w:jc w:val="both"/>
        <w:rPr>
          <w:sz w:val="28"/>
          <w:szCs w:val="28"/>
          <w:lang w:val="it-IT"/>
        </w:rPr>
      </w:pPr>
      <w:r w:rsidRPr="1AB022FE">
        <w:rPr>
          <w:sz w:val="28"/>
          <w:szCs w:val="28"/>
          <w:lang w:val="it-IT"/>
        </w:rPr>
        <w:t>Non me ne vorrà il Presidente Orsini se uso</w:t>
      </w:r>
      <w:r w:rsidR="007F54C8">
        <w:rPr>
          <w:sz w:val="28"/>
          <w:szCs w:val="28"/>
          <w:lang w:val="it-IT"/>
        </w:rPr>
        <w:t>,</w:t>
      </w:r>
      <w:r w:rsidRPr="1AB022FE">
        <w:rPr>
          <w:sz w:val="28"/>
          <w:szCs w:val="28"/>
          <w:lang w:val="it-IT"/>
        </w:rPr>
        <w:t xml:space="preserve"> per concludere</w:t>
      </w:r>
      <w:r w:rsidR="007F54C8">
        <w:rPr>
          <w:sz w:val="28"/>
          <w:szCs w:val="28"/>
          <w:lang w:val="it-IT"/>
        </w:rPr>
        <w:t>,</w:t>
      </w:r>
      <w:r w:rsidR="00B9387F" w:rsidRPr="1AB022FE">
        <w:rPr>
          <w:sz w:val="28"/>
          <w:szCs w:val="28"/>
          <w:lang w:val="it-IT"/>
        </w:rPr>
        <w:t xml:space="preserve"> </w:t>
      </w:r>
      <w:r w:rsidR="00107E66" w:rsidRPr="1AB022FE">
        <w:rPr>
          <w:sz w:val="28"/>
          <w:szCs w:val="28"/>
          <w:lang w:val="it-IT"/>
        </w:rPr>
        <w:t>una sua recente affermazione</w:t>
      </w:r>
      <w:r w:rsidR="2C1186EE" w:rsidRPr="1AB022FE">
        <w:rPr>
          <w:sz w:val="28"/>
          <w:szCs w:val="28"/>
          <w:lang w:val="it-IT"/>
        </w:rPr>
        <w:t>,</w:t>
      </w:r>
      <w:r w:rsidR="00107E66" w:rsidRPr="1AB022FE">
        <w:rPr>
          <w:sz w:val="28"/>
          <w:szCs w:val="28"/>
          <w:lang w:val="it-IT"/>
        </w:rPr>
        <w:t xml:space="preserve"> </w:t>
      </w:r>
      <w:r w:rsidR="00CA6C46" w:rsidRPr="1AB022FE">
        <w:rPr>
          <w:sz w:val="28"/>
          <w:szCs w:val="28"/>
          <w:lang w:val="it-IT"/>
        </w:rPr>
        <w:t xml:space="preserve">espressione del nostro essere e della nostra direzione di marcia: </w:t>
      </w:r>
      <w:r w:rsidR="175A6876" w:rsidRPr="1AB022FE">
        <w:rPr>
          <w:sz w:val="28"/>
          <w:szCs w:val="28"/>
          <w:lang w:val="it-IT"/>
        </w:rPr>
        <w:t>“</w:t>
      </w:r>
      <w:r w:rsidR="00CA6C46" w:rsidRPr="1AB022FE">
        <w:rPr>
          <w:sz w:val="28"/>
          <w:szCs w:val="28"/>
          <w:lang w:val="it-IT"/>
        </w:rPr>
        <w:t>Noi siamo quello che decidiamo di fare</w:t>
      </w:r>
      <w:r w:rsidR="490B5228" w:rsidRPr="1AB022FE">
        <w:rPr>
          <w:sz w:val="28"/>
          <w:szCs w:val="28"/>
          <w:lang w:val="it-IT"/>
        </w:rPr>
        <w:t>”</w:t>
      </w:r>
      <w:r w:rsidR="00C264AB" w:rsidRPr="1AB022FE">
        <w:rPr>
          <w:sz w:val="28"/>
          <w:szCs w:val="28"/>
          <w:lang w:val="it-IT"/>
        </w:rPr>
        <w:t>.</w:t>
      </w:r>
    </w:p>
    <w:p w14:paraId="65AC2C4A" w14:textId="15D233E4" w:rsidR="00C264AB" w:rsidRDefault="00C264AB" w:rsidP="6A7B6A5A">
      <w:pPr>
        <w:jc w:val="both"/>
        <w:rPr>
          <w:sz w:val="28"/>
          <w:szCs w:val="28"/>
          <w:lang w:val="it-IT"/>
        </w:rPr>
      </w:pPr>
      <w:r>
        <w:rPr>
          <w:sz w:val="28"/>
          <w:szCs w:val="28"/>
          <w:lang w:val="it-IT"/>
        </w:rPr>
        <w:t>Un sentito ringraziamento per la vostra ampia partecipazione.</w:t>
      </w:r>
    </w:p>
    <w:p w14:paraId="0C396DE9" w14:textId="77777777" w:rsidR="00284380" w:rsidRPr="008C593F" w:rsidRDefault="00284380" w:rsidP="6A7B6A5A">
      <w:pPr>
        <w:jc w:val="both"/>
        <w:rPr>
          <w:sz w:val="28"/>
          <w:szCs w:val="28"/>
          <w:lang w:val="it-IT"/>
        </w:rPr>
      </w:pPr>
    </w:p>
    <w:sectPr w:rsidR="00284380" w:rsidRPr="008C593F" w:rsidSect="004F5841">
      <w:footerReference w:type="default" r:id="rId8"/>
      <w:pgSz w:w="12240" w:h="15840"/>
      <w:pgMar w:top="1247" w:right="1361" w:bottom="1247"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F19199" w14:textId="77777777" w:rsidR="00996B88" w:rsidRDefault="00996B88" w:rsidP="003A504E">
      <w:pPr>
        <w:spacing w:after="0" w:line="240" w:lineRule="auto"/>
      </w:pPr>
      <w:r>
        <w:separator/>
      </w:r>
    </w:p>
  </w:endnote>
  <w:endnote w:type="continuationSeparator" w:id="0">
    <w:p w14:paraId="47F3473C" w14:textId="77777777" w:rsidR="00996B88" w:rsidRDefault="00996B88" w:rsidP="003A50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58224286"/>
      <w:docPartObj>
        <w:docPartGallery w:val="Page Numbers (Bottom of Page)"/>
        <w:docPartUnique/>
      </w:docPartObj>
    </w:sdtPr>
    <w:sdtContent>
      <w:p w14:paraId="48B24124" w14:textId="77777777" w:rsidR="003A504E" w:rsidRDefault="003A504E">
        <w:pPr>
          <w:pStyle w:val="Pidipagina"/>
          <w:jc w:val="center"/>
        </w:pPr>
        <w:r>
          <w:fldChar w:fldCharType="begin"/>
        </w:r>
        <w:r>
          <w:instrText>PAGE   \* MERGEFORMAT</w:instrText>
        </w:r>
        <w:r>
          <w:fldChar w:fldCharType="separate"/>
        </w:r>
        <w:r>
          <w:rPr>
            <w:lang w:val="it-IT"/>
          </w:rPr>
          <w:t>2</w:t>
        </w:r>
        <w:r>
          <w:fldChar w:fldCharType="end"/>
        </w:r>
      </w:p>
    </w:sdtContent>
  </w:sdt>
  <w:p w14:paraId="7979CBCE" w14:textId="77777777" w:rsidR="003A504E" w:rsidRDefault="003A504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48C456" w14:textId="77777777" w:rsidR="00996B88" w:rsidRDefault="00996B88" w:rsidP="003A504E">
      <w:pPr>
        <w:spacing w:after="0" w:line="240" w:lineRule="auto"/>
      </w:pPr>
      <w:r>
        <w:separator/>
      </w:r>
    </w:p>
  </w:footnote>
  <w:footnote w:type="continuationSeparator" w:id="0">
    <w:p w14:paraId="32938642" w14:textId="77777777" w:rsidR="00996B88" w:rsidRDefault="00996B88" w:rsidP="003A504E">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C7cZfqR9MtSVT1" int2:id="bvDdw0kx">
      <int2:state int2:value="Rejected" int2:type="spell"/>
    </int2:textHash>
    <int2:textHash int2:hashCode="lXmz2bCrYPGZUY" int2:id="18DRaMnj">
      <int2:state int2:value="Rejected" int2:type="spell"/>
    </int2:textHash>
    <int2:textHash int2:hashCode="nSwj6jGamSXTU5" int2:id="5zqrJLEo">
      <int2:state int2:value="Rejected" int2:type="spell"/>
    </int2:textHash>
    <int2:textHash int2:hashCode="1nFG8SRLVYr1h0" int2:id="6WkPaYj1">
      <int2:state int2:value="Rejected" int2:type="spell"/>
    </int2:textHash>
    <int2:textHash int2:hashCode="AtzcLamQGUp8z9" int2:id="7doz0Fps">
      <int2:state int2:value="Rejected" int2:type="spell"/>
    </int2:textHash>
    <int2:textHash int2:hashCode="iY26Zrfzj9t5ey" int2:id="8cqjXx3y">
      <int2:state int2:value="Rejected" int2:type="spell"/>
    </int2:textHash>
    <int2:textHash int2:hashCode="+07kh1NxkcQhY7" int2:id="8w2gt5td">
      <int2:state int2:value="Rejected" int2:type="spell"/>
    </int2:textHash>
    <int2:textHash int2:hashCode="XO/J7y6D0RFNuC" int2:id="BNRfMUfy">
      <int2:state int2:value="Rejected" int2:type="spell"/>
    </int2:textHash>
    <int2:textHash int2:hashCode="Im85GGeZjuZg5i" int2:id="E6SVHncY">
      <int2:state int2:value="Rejected" int2:type="spell"/>
    </int2:textHash>
    <int2:textHash int2:hashCode="ZVjTAOz7dg5ViS" int2:id="Fr3jobS1">
      <int2:state int2:value="Rejected" int2:type="spell"/>
    </int2:textHash>
    <int2:textHash int2:hashCode="uXzj1A2PUS9Hfd" int2:id="G6nYdi0v">
      <int2:state int2:value="Rejected" int2:type="spell"/>
    </int2:textHash>
    <int2:textHash int2:hashCode="P/9hjrzWuCB53G" int2:id="GQEeaPC0">
      <int2:state int2:value="Rejected" int2:type="spell"/>
    </int2:textHash>
    <int2:textHash int2:hashCode="9T9/2cRJ3GW/Qy" int2:id="JtKKFMCZ">
      <int2:state int2:value="Rejected" int2:type="spell"/>
    </int2:textHash>
    <int2:textHash int2:hashCode="oQ77WaKsixgH+4" int2:id="LPnuhDqi">
      <int2:state int2:value="Rejected" int2:type="spell"/>
    </int2:textHash>
    <int2:textHash int2:hashCode="PNUMUsCi1H2lX0" int2:id="NbVtyNsX">
      <int2:state int2:value="Rejected" int2:type="spell"/>
    </int2:textHash>
    <int2:textHash int2:hashCode="RS+cf3ZpRMZHpL" int2:id="TvU7GZRK">
      <int2:state int2:value="Rejected" int2:type="spell"/>
    </int2:textHash>
    <int2:textHash int2:hashCode="+nMBg0/I7WwoRU" int2:id="UxxFA75c">
      <int2:state int2:value="Rejected" int2:type="spell"/>
    </int2:textHash>
    <int2:textHash int2:hashCode="etJymYP0DDIihW" int2:id="VfYRkHMn">
      <int2:state int2:value="Rejected" int2:type="spell"/>
    </int2:textHash>
    <int2:textHash int2:hashCode="ZYJh/ggBHCJ82e" int2:id="WjowHZW0">
      <int2:state int2:value="Rejected" int2:type="spell"/>
    </int2:textHash>
    <int2:textHash int2:hashCode="fdmzOIEiXHrEHc" int2:id="XwxRDfIh">
      <int2:state int2:value="Rejected" int2:type="spell"/>
    </int2:textHash>
    <int2:textHash int2:hashCode="NLe1X0u9wpFKL4" int2:id="bMG10ghq">
      <int2:state int2:value="Rejected" int2:type="spell"/>
    </int2:textHash>
    <int2:textHash int2:hashCode="b7qtIkud4UyGUM" int2:id="bSb2rVEw">
      <int2:state int2:value="Rejected" int2:type="spell"/>
    </int2:textHash>
    <int2:textHash int2:hashCode="QHMOYrjkf7E6+t" int2:id="ilFYHuMq">
      <int2:state int2:value="Rejected" int2:type="spell"/>
    </int2:textHash>
    <int2:textHash int2:hashCode="UrU4yNeEs1zKZu" int2:id="j1NddOXz">
      <int2:state int2:value="Rejected" int2:type="spell"/>
    </int2:textHash>
    <int2:textHash int2:hashCode="8016rJg5dnBZM+" int2:id="jKzI13eR">
      <int2:state int2:value="Rejected" int2:type="spell"/>
    </int2:textHash>
    <int2:textHash int2:hashCode="v6dnyU34Gmj27q" int2:id="kTfUBAJl">
      <int2:state int2:value="Rejected" int2:type="spell"/>
    </int2:textHash>
    <int2:textHash int2:hashCode="afFEBfOpq2e5VW" int2:id="mtFANShj">
      <int2:state int2:value="Rejected" int2:type="spell"/>
    </int2:textHash>
    <int2:textHash int2:hashCode="Q1FP0p4EK69RaP" int2:id="pWK0xkhS">
      <int2:state int2:value="Rejected" int2:type="spell"/>
    </int2:textHash>
    <int2:textHash int2:hashCode="KVPQZQeW4bPge2" int2:id="qcYgrfgU">
      <int2:state int2:value="Rejected" int2:type="spell"/>
    </int2:textHash>
    <int2:textHash int2:hashCode="Nj6yJPb/jTxRY6" int2:id="qkPMUaQR">
      <int2:state int2:value="Rejected" int2:type="spell"/>
    </int2:textHash>
    <int2:textHash int2:hashCode="hJhEchQLhOObOp" int2:id="rV8V2nEb">
      <int2:state int2:value="Rejected" int2:type="spell"/>
    </int2:textHash>
    <int2:textHash int2:hashCode="4MfyyPTE02uzCC" int2:id="sfdMWG7T">
      <int2:state int2:value="Rejected" int2:type="spell"/>
    </int2:textHash>
    <int2:textHash int2:hashCode="AMQT+eqsDegvaY" int2:id="xOWdKH5Y">
      <int2:state int2:value="Rejected" int2:type="spell"/>
    </int2:textHash>
    <int2:textHash int2:hashCode="/N5lYxAywxhNqz" int2:id="zSV69sek">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abstractNum w:abstractNumId="9" w15:restartNumberingAfterBreak="0">
    <w:nsid w:val="43DF0BA5"/>
    <w:multiLevelType w:val="multilevel"/>
    <w:tmpl w:val="097E739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15:restartNumberingAfterBreak="0">
    <w:nsid w:val="465D2849"/>
    <w:multiLevelType w:val="hybridMultilevel"/>
    <w:tmpl w:val="72CC750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699F373F"/>
    <w:multiLevelType w:val="multilevel"/>
    <w:tmpl w:val="097E739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16cid:durableId="1125854141">
    <w:abstractNumId w:val="8"/>
  </w:num>
  <w:num w:numId="2" w16cid:durableId="1485076556">
    <w:abstractNumId w:val="1"/>
  </w:num>
  <w:num w:numId="3" w16cid:durableId="1498693380">
    <w:abstractNumId w:val="6"/>
  </w:num>
  <w:num w:numId="4" w16cid:durableId="1565752053">
    <w:abstractNumId w:val="4"/>
  </w:num>
  <w:num w:numId="5" w16cid:durableId="1805388248">
    <w:abstractNumId w:val="7"/>
  </w:num>
  <w:num w:numId="6" w16cid:durableId="1986276796">
    <w:abstractNumId w:val="0"/>
  </w:num>
  <w:num w:numId="7" w16cid:durableId="296687058">
    <w:abstractNumId w:val="3"/>
  </w:num>
  <w:num w:numId="8" w16cid:durableId="762143121">
    <w:abstractNumId w:val="5"/>
  </w:num>
  <w:num w:numId="9" w16cid:durableId="875703219">
    <w:abstractNumId w:val="2"/>
  </w:num>
  <w:num w:numId="10" w16cid:durableId="1918830763">
    <w:abstractNumId w:val="10"/>
  </w:num>
  <w:num w:numId="11" w16cid:durableId="1951163623">
    <w:abstractNumId w:val="9"/>
  </w:num>
  <w:num w:numId="12" w16cid:durableId="8154115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21FB"/>
    <w:rsid w:val="0000290E"/>
    <w:rsid w:val="000074FA"/>
    <w:rsid w:val="00007DB1"/>
    <w:rsid w:val="0001102D"/>
    <w:rsid w:val="000130D5"/>
    <w:rsid w:val="000140AF"/>
    <w:rsid w:val="00014E16"/>
    <w:rsid w:val="0001506D"/>
    <w:rsid w:val="000177E9"/>
    <w:rsid w:val="00017B6B"/>
    <w:rsid w:val="00017BC3"/>
    <w:rsid w:val="00020079"/>
    <w:rsid w:val="00021310"/>
    <w:rsid w:val="00023636"/>
    <w:rsid w:val="0002380F"/>
    <w:rsid w:val="00023855"/>
    <w:rsid w:val="00023B8A"/>
    <w:rsid w:val="00025BB0"/>
    <w:rsid w:val="0002634D"/>
    <w:rsid w:val="00026C3F"/>
    <w:rsid w:val="00027198"/>
    <w:rsid w:val="00027407"/>
    <w:rsid w:val="000321CD"/>
    <w:rsid w:val="00034616"/>
    <w:rsid w:val="00036910"/>
    <w:rsid w:val="00041386"/>
    <w:rsid w:val="000415D6"/>
    <w:rsid w:val="000422FF"/>
    <w:rsid w:val="000427D6"/>
    <w:rsid w:val="000439A0"/>
    <w:rsid w:val="00043A41"/>
    <w:rsid w:val="00043B87"/>
    <w:rsid w:val="0004531E"/>
    <w:rsid w:val="00047460"/>
    <w:rsid w:val="000508D8"/>
    <w:rsid w:val="000558FF"/>
    <w:rsid w:val="00056173"/>
    <w:rsid w:val="00056A62"/>
    <w:rsid w:val="000574A0"/>
    <w:rsid w:val="00057B17"/>
    <w:rsid w:val="0006063C"/>
    <w:rsid w:val="00060A83"/>
    <w:rsid w:val="00060C01"/>
    <w:rsid w:val="000610A1"/>
    <w:rsid w:val="000613D2"/>
    <w:rsid w:val="00061A25"/>
    <w:rsid w:val="0006296F"/>
    <w:rsid w:val="000643CE"/>
    <w:rsid w:val="0006490E"/>
    <w:rsid w:val="00066219"/>
    <w:rsid w:val="00067AFC"/>
    <w:rsid w:val="0007054D"/>
    <w:rsid w:val="00070731"/>
    <w:rsid w:val="00073F82"/>
    <w:rsid w:val="00077FA7"/>
    <w:rsid w:val="00080DC1"/>
    <w:rsid w:val="00083B51"/>
    <w:rsid w:val="00084CD7"/>
    <w:rsid w:val="00086E17"/>
    <w:rsid w:val="000874EA"/>
    <w:rsid w:val="00090F26"/>
    <w:rsid w:val="0009375D"/>
    <w:rsid w:val="00094BCC"/>
    <w:rsid w:val="00094D0A"/>
    <w:rsid w:val="00095503"/>
    <w:rsid w:val="0009567C"/>
    <w:rsid w:val="000975D3"/>
    <w:rsid w:val="000A022E"/>
    <w:rsid w:val="000A1305"/>
    <w:rsid w:val="000A2931"/>
    <w:rsid w:val="000A2F06"/>
    <w:rsid w:val="000A31C3"/>
    <w:rsid w:val="000A38B9"/>
    <w:rsid w:val="000A6AE2"/>
    <w:rsid w:val="000B08FC"/>
    <w:rsid w:val="000B09B6"/>
    <w:rsid w:val="000B10F7"/>
    <w:rsid w:val="000B21D6"/>
    <w:rsid w:val="000B2766"/>
    <w:rsid w:val="000B2F4F"/>
    <w:rsid w:val="000B3CD1"/>
    <w:rsid w:val="000B4095"/>
    <w:rsid w:val="000B7378"/>
    <w:rsid w:val="000C4B04"/>
    <w:rsid w:val="000C4D5C"/>
    <w:rsid w:val="000C534F"/>
    <w:rsid w:val="000C5AD1"/>
    <w:rsid w:val="000D1979"/>
    <w:rsid w:val="000D1F21"/>
    <w:rsid w:val="000D23F1"/>
    <w:rsid w:val="000D2866"/>
    <w:rsid w:val="000D2A67"/>
    <w:rsid w:val="000D38A7"/>
    <w:rsid w:val="000D661F"/>
    <w:rsid w:val="000D7D86"/>
    <w:rsid w:val="000D7F0A"/>
    <w:rsid w:val="000E03FE"/>
    <w:rsid w:val="000E33F2"/>
    <w:rsid w:val="000E3406"/>
    <w:rsid w:val="000E40BF"/>
    <w:rsid w:val="000E4848"/>
    <w:rsid w:val="000E56CC"/>
    <w:rsid w:val="000E5D73"/>
    <w:rsid w:val="000E6542"/>
    <w:rsid w:val="000E698D"/>
    <w:rsid w:val="000E7674"/>
    <w:rsid w:val="000E79C1"/>
    <w:rsid w:val="000F1303"/>
    <w:rsid w:val="000F1385"/>
    <w:rsid w:val="000F1846"/>
    <w:rsid w:val="000F20A3"/>
    <w:rsid w:val="000F21C1"/>
    <w:rsid w:val="000F22A4"/>
    <w:rsid w:val="000F303B"/>
    <w:rsid w:val="000F32E9"/>
    <w:rsid w:val="000F3BC2"/>
    <w:rsid w:val="000F46D6"/>
    <w:rsid w:val="000F6469"/>
    <w:rsid w:val="00103C97"/>
    <w:rsid w:val="00105D48"/>
    <w:rsid w:val="00107E66"/>
    <w:rsid w:val="00112C92"/>
    <w:rsid w:val="00114663"/>
    <w:rsid w:val="00115575"/>
    <w:rsid w:val="00115F40"/>
    <w:rsid w:val="001171B5"/>
    <w:rsid w:val="00117C5B"/>
    <w:rsid w:val="00117D1D"/>
    <w:rsid w:val="001200B4"/>
    <w:rsid w:val="00120A7C"/>
    <w:rsid w:val="0012278B"/>
    <w:rsid w:val="001238B7"/>
    <w:rsid w:val="0012639F"/>
    <w:rsid w:val="00126B1C"/>
    <w:rsid w:val="00130848"/>
    <w:rsid w:val="00130A23"/>
    <w:rsid w:val="00131F10"/>
    <w:rsid w:val="00131F1E"/>
    <w:rsid w:val="00132B39"/>
    <w:rsid w:val="00133F43"/>
    <w:rsid w:val="001346BD"/>
    <w:rsid w:val="00135684"/>
    <w:rsid w:val="00135DA6"/>
    <w:rsid w:val="00136E3A"/>
    <w:rsid w:val="00143220"/>
    <w:rsid w:val="001437DD"/>
    <w:rsid w:val="001439E8"/>
    <w:rsid w:val="001440AB"/>
    <w:rsid w:val="00144233"/>
    <w:rsid w:val="001445C4"/>
    <w:rsid w:val="00144E47"/>
    <w:rsid w:val="00144E84"/>
    <w:rsid w:val="00145873"/>
    <w:rsid w:val="00145EEC"/>
    <w:rsid w:val="0015028D"/>
    <w:rsid w:val="0015074B"/>
    <w:rsid w:val="00150863"/>
    <w:rsid w:val="001537AA"/>
    <w:rsid w:val="001538C5"/>
    <w:rsid w:val="0015446A"/>
    <w:rsid w:val="00157F92"/>
    <w:rsid w:val="00163E8A"/>
    <w:rsid w:val="00164136"/>
    <w:rsid w:val="00165BA4"/>
    <w:rsid w:val="00171257"/>
    <w:rsid w:val="001726A5"/>
    <w:rsid w:val="00172886"/>
    <w:rsid w:val="00172EC1"/>
    <w:rsid w:val="00174DE0"/>
    <w:rsid w:val="001756B4"/>
    <w:rsid w:val="0017573B"/>
    <w:rsid w:val="00175A82"/>
    <w:rsid w:val="0017759E"/>
    <w:rsid w:val="00177894"/>
    <w:rsid w:val="00177E3B"/>
    <w:rsid w:val="00185C82"/>
    <w:rsid w:val="00190665"/>
    <w:rsid w:val="00192714"/>
    <w:rsid w:val="001930FB"/>
    <w:rsid w:val="001962DD"/>
    <w:rsid w:val="001962F4"/>
    <w:rsid w:val="0019761A"/>
    <w:rsid w:val="001A144A"/>
    <w:rsid w:val="001A1840"/>
    <w:rsid w:val="001A2CA7"/>
    <w:rsid w:val="001A3EA9"/>
    <w:rsid w:val="001A4572"/>
    <w:rsid w:val="001A4F4C"/>
    <w:rsid w:val="001B1366"/>
    <w:rsid w:val="001B13E4"/>
    <w:rsid w:val="001B17D8"/>
    <w:rsid w:val="001B2AF2"/>
    <w:rsid w:val="001B722D"/>
    <w:rsid w:val="001B7BF9"/>
    <w:rsid w:val="001C127A"/>
    <w:rsid w:val="001C59CB"/>
    <w:rsid w:val="001C61FE"/>
    <w:rsid w:val="001C6318"/>
    <w:rsid w:val="001C7ECB"/>
    <w:rsid w:val="001D02DA"/>
    <w:rsid w:val="001D0385"/>
    <w:rsid w:val="001D1F22"/>
    <w:rsid w:val="001D38A7"/>
    <w:rsid w:val="001D6005"/>
    <w:rsid w:val="001D67AD"/>
    <w:rsid w:val="001E0367"/>
    <w:rsid w:val="001E5215"/>
    <w:rsid w:val="001E65AC"/>
    <w:rsid w:val="001E671E"/>
    <w:rsid w:val="001E7DF7"/>
    <w:rsid w:val="001F025D"/>
    <w:rsid w:val="001F0B05"/>
    <w:rsid w:val="001F0F8C"/>
    <w:rsid w:val="001F3D2C"/>
    <w:rsid w:val="001F3D37"/>
    <w:rsid w:val="001F7F22"/>
    <w:rsid w:val="00200378"/>
    <w:rsid w:val="00202226"/>
    <w:rsid w:val="002026CF"/>
    <w:rsid w:val="00204684"/>
    <w:rsid w:val="0020487D"/>
    <w:rsid w:val="0020505C"/>
    <w:rsid w:val="00205E54"/>
    <w:rsid w:val="00205F78"/>
    <w:rsid w:val="0020612B"/>
    <w:rsid w:val="0020659C"/>
    <w:rsid w:val="002133B8"/>
    <w:rsid w:val="002155A3"/>
    <w:rsid w:val="0021600E"/>
    <w:rsid w:val="002160E6"/>
    <w:rsid w:val="002168A3"/>
    <w:rsid w:val="00217B91"/>
    <w:rsid w:val="00220D1E"/>
    <w:rsid w:val="00223E24"/>
    <w:rsid w:val="002251B5"/>
    <w:rsid w:val="002251F9"/>
    <w:rsid w:val="00225834"/>
    <w:rsid w:val="00227D39"/>
    <w:rsid w:val="002309D8"/>
    <w:rsid w:val="002314CE"/>
    <w:rsid w:val="00232E04"/>
    <w:rsid w:val="00233ACF"/>
    <w:rsid w:val="002345E2"/>
    <w:rsid w:val="00234C2E"/>
    <w:rsid w:val="00235A22"/>
    <w:rsid w:val="00235DAA"/>
    <w:rsid w:val="002361E7"/>
    <w:rsid w:val="0023696C"/>
    <w:rsid w:val="00236D88"/>
    <w:rsid w:val="00240894"/>
    <w:rsid w:val="00242AB5"/>
    <w:rsid w:val="00242AB9"/>
    <w:rsid w:val="00243961"/>
    <w:rsid w:val="00245707"/>
    <w:rsid w:val="00246054"/>
    <w:rsid w:val="00254447"/>
    <w:rsid w:val="002546C3"/>
    <w:rsid w:val="00260ABD"/>
    <w:rsid w:val="0026159C"/>
    <w:rsid w:val="00262009"/>
    <w:rsid w:val="00263955"/>
    <w:rsid w:val="00267EF9"/>
    <w:rsid w:val="002711BD"/>
    <w:rsid w:val="002721E9"/>
    <w:rsid w:val="00274A9F"/>
    <w:rsid w:val="00275E1F"/>
    <w:rsid w:val="002761FF"/>
    <w:rsid w:val="002778BD"/>
    <w:rsid w:val="00280D3C"/>
    <w:rsid w:val="00280DA3"/>
    <w:rsid w:val="002819E9"/>
    <w:rsid w:val="00283B2C"/>
    <w:rsid w:val="00283FEA"/>
    <w:rsid w:val="00284380"/>
    <w:rsid w:val="002844B7"/>
    <w:rsid w:val="00284DA0"/>
    <w:rsid w:val="002851A9"/>
    <w:rsid w:val="00287DBA"/>
    <w:rsid w:val="00291375"/>
    <w:rsid w:val="002918A1"/>
    <w:rsid w:val="00294083"/>
    <w:rsid w:val="0029639D"/>
    <w:rsid w:val="002A0083"/>
    <w:rsid w:val="002A0254"/>
    <w:rsid w:val="002A26BD"/>
    <w:rsid w:val="002A292E"/>
    <w:rsid w:val="002A2972"/>
    <w:rsid w:val="002A2B14"/>
    <w:rsid w:val="002A5F9A"/>
    <w:rsid w:val="002A6674"/>
    <w:rsid w:val="002B0FF6"/>
    <w:rsid w:val="002B13CF"/>
    <w:rsid w:val="002B7040"/>
    <w:rsid w:val="002B7511"/>
    <w:rsid w:val="002B7B8B"/>
    <w:rsid w:val="002B7D61"/>
    <w:rsid w:val="002C0D42"/>
    <w:rsid w:val="002C1B1E"/>
    <w:rsid w:val="002C37F7"/>
    <w:rsid w:val="002C5F22"/>
    <w:rsid w:val="002C78A1"/>
    <w:rsid w:val="002C7B21"/>
    <w:rsid w:val="002D1AD4"/>
    <w:rsid w:val="002D21CE"/>
    <w:rsid w:val="002D265E"/>
    <w:rsid w:val="002D2B83"/>
    <w:rsid w:val="002D405E"/>
    <w:rsid w:val="002D48D3"/>
    <w:rsid w:val="002D622B"/>
    <w:rsid w:val="002D62C7"/>
    <w:rsid w:val="002E05E9"/>
    <w:rsid w:val="002E13BC"/>
    <w:rsid w:val="002E3990"/>
    <w:rsid w:val="002E7188"/>
    <w:rsid w:val="002E7625"/>
    <w:rsid w:val="002F0E1A"/>
    <w:rsid w:val="002F61B7"/>
    <w:rsid w:val="002F6BA3"/>
    <w:rsid w:val="003010D5"/>
    <w:rsid w:val="00303A8E"/>
    <w:rsid w:val="00304C5A"/>
    <w:rsid w:val="00305410"/>
    <w:rsid w:val="003065BE"/>
    <w:rsid w:val="0030776D"/>
    <w:rsid w:val="00307ED2"/>
    <w:rsid w:val="003108EB"/>
    <w:rsid w:val="00314104"/>
    <w:rsid w:val="0031454E"/>
    <w:rsid w:val="0031535B"/>
    <w:rsid w:val="00315A91"/>
    <w:rsid w:val="003173E3"/>
    <w:rsid w:val="003178D8"/>
    <w:rsid w:val="00320623"/>
    <w:rsid w:val="00320EF5"/>
    <w:rsid w:val="00321397"/>
    <w:rsid w:val="00326F90"/>
    <w:rsid w:val="00330E4B"/>
    <w:rsid w:val="00331478"/>
    <w:rsid w:val="003321B9"/>
    <w:rsid w:val="00333411"/>
    <w:rsid w:val="003344FF"/>
    <w:rsid w:val="003356D2"/>
    <w:rsid w:val="003356E9"/>
    <w:rsid w:val="003363BD"/>
    <w:rsid w:val="00337520"/>
    <w:rsid w:val="00340BBD"/>
    <w:rsid w:val="0034269D"/>
    <w:rsid w:val="00351B03"/>
    <w:rsid w:val="00353495"/>
    <w:rsid w:val="00354A56"/>
    <w:rsid w:val="00356594"/>
    <w:rsid w:val="00357C94"/>
    <w:rsid w:val="003600F9"/>
    <w:rsid w:val="00362A0E"/>
    <w:rsid w:val="00362F66"/>
    <w:rsid w:val="0036399C"/>
    <w:rsid w:val="00363C7C"/>
    <w:rsid w:val="00364007"/>
    <w:rsid w:val="003648FA"/>
    <w:rsid w:val="00364A85"/>
    <w:rsid w:val="00371766"/>
    <w:rsid w:val="0037209A"/>
    <w:rsid w:val="00372AB2"/>
    <w:rsid w:val="0037346B"/>
    <w:rsid w:val="003742DC"/>
    <w:rsid w:val="00374829"/>
    <w:rsid w:val="00374B75"/>
    <w:rsid w:val="0037552C"/>
    <w:rsid w:val="0037755F"/>
    <w:rsid w:val="0037777A"/>
    <w:rsid w:val="00380BF8"/>
    <w:rsid w:val="00381833"/>
    <w:rsid w:val="0038204A"/>
    <w:rsid w:val="003825FB"/>
    <w:rsid w:val="003835D8"/>
    <w:rsid w:val="00384637"/>
    <w:rsid w:val="00387554"/>
    <w:rsid w:val="00387C67"/>
    <w:rsid w:val="0039032A"/>
    <w:rsid w:val="003918FC"/>
    <w:rsid w:val="003937F6"/>
    <w:rsid w:val="00393B40"/>
    <w:rsid w:val="003941AF"/>
    <w:rsid w:val="003946A2"/>
    <w:rsid w:val="00394C72"/>
    <w:rsid w:val="00395DD4"/>
    <w:rsid w:val="003A0454"/>
    <w:rsid w:val="003A086F"/>
    <w:rsid w:val="003A34AE"/>
    <w:rsid w:val="003A4756"/>
    <w:rsid w:val="003A48E0"/>
    <w:rsid w:val="003A4D61"/>
    <w:rsid w:val="003A504E"/>
    <w:rsid w:val="003A61DB"/>
    <w:rsid w:val="003B18BD"/>
    <w:rsid w:val="003B26F1"/>
    <w:rsid w:val="003B419C"/>
    <w:rsid w:val="003B4EA2"/>
    <w:rsid w:val="003B5FD8"/>
    <w:rsid w:val="003B601D"/>
    <w:rsid w:val="003B6678"/>
    <w:rsid w:val="003B69BA"/>
    <w:rsid w:val="003B7617"/>
    <w:rsid w:val="003B7FB4"/>
    <w:rsid w:val="003C1773"/>
    <w:rsid w:val="003C24BD"/>
    <w:rsid w:val="003C2FC5"/>
    <w:rsid w:val="003C328B"/>
    <w:rsid w:val="003C4DCA"/>
    <w:rsid w:val="003C733B"/>
    <w:rsid w:val="003D081C"/>
    <w:rsid w:val="003D1B95"/>
    <w:rsid w:val="003D3170"/>
    <w:rsid w:val="003D3F26"/>
    <w:rsid w:val="003D5163"/>
    <w:rsid w:val="003D774D"/>
    <w:rsid w:val="003E10DE"/>
    <w:rsid w:val="003E152C"/>
    <w:rsid w:val="003E2089"/>
    <w:rsid w:val="003E2E2E"/>
    <w:rsid w:val="003E3505"/>
    <w:rsid w:val="003E7D57"/>
    <w:rsid w:val="003F0B09"/>
    <w:rsid w:val="003F1F9D"/>
    <w:rsid w:val="003F3CB2"/>
    <w:rsid w:val="003F4683"/>
    <w:rsid w:val="003F54F6"/>
    <w:rsid w:val="003F5D33"/>
    <w:rsid w:val="004012F4"/>
    <w:rsid w:val="004029CF"/>
    <w:rsid w:val="00404081"/>
    <w:rsid w:val="004046A1"/>
    <w:rsid w:val="004049FF"/>
    <w:rsid w:val="00404DE4"/>
    <w:rsid w:val="00405BD9"/>
    <w:rsid w:val="00405E28"/>
    <w:rsid w:val="00406B12"/>
    <w:rsid w:val="00411687"/>
    <w:rsid w:val="0041251B"/>
    <w:rsid w:val="004144CE"/>
    <w:rsid w:val="00420561"/>
    <w:rsid w:val="0042163A"/>
    <w:rsid w:val="0042236F"/>
    <w:rsid w:val="00425508"/>
    <w:rsid w:val="004261BE"/>
    <w:rsid w:val="00426585"/>
    <w:rsid w:val="0043124D"/>
    <w:rsid w:val="00434A8F"/>
    <w:rsid w:val="00435226"/>
    <w:rsid w:val="0043541C"/>
    <w:rsid w:val="00440A0A"/>
    <w:rsid w:val="00440F6F"/>
    <w:rsid w:val="00443137"/>
    <w:rsid w:val="00444BED"/>
    <w:rsid w:val="00446012"/>
    <w:rsid w:val="004511F7"/>
    <w:rsid w:val="00451C18"/>
    <w:rsid w:val="00452231"/>
    <w:rsid w:val="004544F1"/>
    <w:rsid w:val="004546A1"/>
    <w:rsid w:val="00454B09"/>
    <w:rsid w:val="00454D53"/>
    <w:rsid w:val="00455E85"/>
    <w:rsid w:val="00456A17"/>
    <w:rsid w:val="00460032"/>
    <w:rsid w:val="00460134"/>
    <w:rsid w:val="004607D4"/>
    <w:rsid w:val="004658AA"/>
    <w:rsid w:val="00465A0E"/>
    <w:rsid w:val="004672F9"/>
    <w:rsid w:val="00467A73"/>
    <w:rsid w:val="00470DD1"/>
    <w:rsid w:val="004720E8"/>
    <w:rsid w:val="00473B70"/>
    <w:rsid w:val="00475C35"/>
    <w:rsid w:val="00476A62"/>
    <w:rsid w:val="00476A8F"/>
    <w:rsid w:val="00477CDC"/>
    <w:rsid w:val="00480504"/>
    <w:rsid w:val="00483C29"/>
    <w:rsid w:val="0048400C"/>
    <w:rsid w:val="00484B2B"/>
    <w:rsid w:val="00485C0B"/>
    <w:rsid w:val="00490882"/>
    <w:rsid w:val="004908D5"/>
    <w:rsid w:val="00490979"/>
    <w:rsid w:val="00490AC2"/>
    <w:rsid w:val="0049174D"/>
    <w:rsid w:val="00491CEB"/>
    <w:rsid w:val="004949B3"/>
    <w:rsid w:val="004957F2"/>
    <w:rsid w:val="004965D7"/>
    <w:rsid w:val="00496744"/>
    <w:rsid w:val="004A278C"/>
    <w:rsid w:val="004A37F4"/>
    <w:rsid w:val="004A43C4"/>
    <w:rsid w:val="004B0A2D"/>
    <w:rsid w:val="004B1B26"/>
    <w:rsid w:val="004B2BAE"/>
    <w:rsid w:val="004B44ED"/>
    <w:rsid w:val="004C1D4A"/>
    <w:rsid w:val="004C4F3C"/>
    <w:rsid w:val="004C505E"/>
    <w:rsid w:val="004C6FC6"/>
    <w:rsid w:val="004D0887"/>
    <w:rsid w:val="004D1719"/>
    <w:rsid w:val="004D21E9"/>
    <w:rsid w:val="004D3C1D"/>
    <w:rsid w:val="004D4A9E"/>
    <w:rsid w:val="004D5CA1"/>
    <w:rsid w:val="004D6AA4"/>
    <w:rsid w:val="004D6EF8"/>
    <w:rsid w:val="004D7ED8"/>
    <w:rsid w:val="004E1048"/>
    <w:rsid w:val="004E1175"/>
    <w:rsid w:val="004E267A"/>
    <w:rsid w:val="004E4001"/>
    <w:rsid w:val="004E423A"/>
    <w:rsid w:val="004E54D3"/>
    <w:rsid w:val="004E6FB2"/>
    <w:rsid w:val="004F3BD0"/>
    <w:rsid w:val="004F4C08"/>
    <w:rsid w:val="004F573E"/>
    <w:rsid w:val="004F5841"/>
    <w:rsid w:val="004F59E2"/>
    <w:rsid w:val="0050147D"/>
    <w:rsid w:val="0050253D"/>
    <w:rsid w:val="00504EBD"/>
    <w:rsid w:val="00507EBB"/>
    <w:rsid w:val="00510372"/>
    <w:rsid w:val="005111FD"/>
    <w:rsid w:val="00513923"/>
    <w:rsid w:val="005169B9"/>
    <w:rsid w:val="0051703A"/>
    <w:rsid w:val="00520DA4"/>
    <w:rsid w:val="00520E3D"/>
    <w:rsid w:val="00520EED"/>
    <w:rsid w:val="00522AC6"/>
    <w:rsid w:val="00522D69"/>
    <w:rsid w:val="00523666"/>
    <w:rsid w:val="00524E86"/>
    <w:rsid w:val="00525226"/>
    <w:rsid w:val="00526B03"/>
    <w:rsid w:val="00526E8F"/>
    <w:rsid w:val="005278B6"/>
    <w:rsid w:val="00527D6A"/>
    <w:rsid w:val="005301A8"/>
    <w:rsid w:val="00530820"/>
    <w:rsid w:val="005315FD"/>
    <w:rsid w:val="005324E3"/>
    <w:rsid w:val="005349F3"/>
    <w:rsid w:val="00534E4C"/>
    <w:rsid w:val="00535345"/>
    <w:rsid w:val="0053546B"/>
    <w:rsid w:val="0053662C"/>
    <w:rsid w:val="00536D8E"/>
    <w:rsid w:val="00537468"/>
    <w:rsid w:val="00544E15"/>
    <w:rsid w:val="0054539A"/>
    <w:rsid w:val="00545D72"/>
    <w:rsid w:val="00545ECD"/>
    <w:rsid w:val="00546E42"/>
    <w:rsid w:val="00547916"/>
    <w:rsid w:val="005507A2"/>
    <w:rsid w:val="00550C66"/>
    <w:rsid w:val="0055242A"/>
    <w:rsid w:val="005535D1"/>
    <w:rsid w:val="005542AA"/>
    <w:rsid w:val="00556A9F"/>
    <w:rsid w:val="005575BE"/>
    <w:rsid w:val="00560481"/>
    <w:rsid w:val="00561DDF"/>
    <w:rsid w:val="00561E2C"/>
    <w:rsid w:val="00562048"/>
    <w:rsid w:val="0056320F"/>
    <w:rsid w:val="00565B9F"/>
    <w:rsid w:val="00567359"/>
    <w:rsid w:val="00570260"/>
    <w:rsid w:val="00573117"/>
    <w:rsid w:val="00581267"/>
    <w:rsid w:val="0058229C"/>
    <w:rsid w:val="00585CF5"/>
    <w:rsid w:val="00586722"/>
    <w:rsid w:val="005909E0"/>
    <w:rsid w:val="005939EA"/>
    <w:rsid w:val="0059433B"/>
    <w:rsid w:val="00596C8D"/>
    <w:rsid w:val="00596F63"/>
    <w:rsid w:val="005971F9"/>
    <w:rsid w:val="005A025C"/>
    <w:rsid w:val="005A0F1F"/>
    <w:rsid w:val="005A1C55"/>
    <w:rsid w:val="005A250A"/>
    <w:rsid w:val="005A3F08"/>
    <w:rsid w:val="005A536E"/>
    <w:rsid w:val="005A5E68"/>
    <w:rsid w:val="005A5FBD"/>
    <w:rsid w:val="005A7B7A"/>
    <w:rsid w:val="005B0C1B"/>
    <w:rsid w:val="005B32C1"/>
    <w:rsid w:val="005B3881"/>
    <w:rsid w:val="005B45AA"/>
    <w:rsid w:val="005B4B30"/>
    <w:rsid w:val="005B4B66"/>
    <w:rsid w:val="005B4F54"/>
    <w:rsid w:val="005B5ACE"/>
    <w:rsid w:val="005B636A"/>
    <w:rsid w:val="005B6F45"/>
    <w:rsid w:val="005B721E"/>
    <w:rsid w:val="005B74B9"/>
    <w:rsid w:val="005B7DE7"/>
    <w:rsid w:val="005C0D09"/>
    <w:rsid w:val="005C4348"/>
    <w:rsid w:val="005C471F"/>
    <w:rsid w:val="005C472C"/>
    <w:rsid w:val="005C4954"/>
    <w:rsid w:val="005C5538"/>
    <w:rsid w:val="005C5542"/>
    <w:rsid w:val="005C6873"/>
    <w:rsid w:val="005C6F50"/>
    <w:rsid w:val="005C7CD7"/>
    <w:rsid w:val="005C7D51"/>
    <w:rsid w:val="005D1ADE"/>
    <w:rsid w:val="005E2050"/>
    <w:rsid w:val="005E48A3"/>
    <w:rsid w:val="005E4AE6"/>
    <w:rsid w:val="005E75EF"/>
    <w:rsid w:val="005F0463"/>
    <w:rsid w:val="005F0C9B"/>
    <w:rsid w:val="005F231E"/>
    <w:rsid w:val="005F2E48"/>
    <w:rsid w:val="005F3D1A"/>
    <w:rsid w:val="005F535E"/>
    <w:rsid w:val="005F5477"/>
    <w:rsid w:val="005F62F2"/>
    <w:rsid w:val="005F7236"/>
    <w:rsid w:val="005F75E2"/>
    <w:rsid w:val="00601531"/>
    <w:rsid w:val="0060378A"/>
    <w:rsid w:val="0060523D"/>
    <w:rsid w:val="006068E9"/>
    <w:rsid w:val="00607297"/>
    <w:rsid w:val="0060754F"/>
    <w:rsid w:val="006121AC"/>
    <w:rsid w:val="006143F7"/>
    <w:rsid w:val="0061461A"/>
    <w:rsid w:val="006200A8"/>
    <w:rsid w:val="00620CC4"/>
    <w:rsid w:val="0062471C"/>
    <w:rsid w:val="00626F31"/>
    <w:rsid w:val="00627A71"/>
    <w:rsid w:val="0063115F"/>
    <w:rsid w:val="00631703"/>
    <w:rsid w:val="0063214E"/>
    <w:rsid w:val="00632D5E"/>
    <w:rsid w:val="00633727"/>
    <w:rsid w:val="00635438"/>
    <w:rsid w:val="00636070"/>
    <w:rsid w:val="006360C1"/>
    <w:rsid w:val="00636D45"/>
    <w:rsid w:val="00637691"/>
    <w:rsid w:val="00637AC6"/>
    <w:rsid w:val="006403EF"/>
    <w:rsid w:val="00640FAC"/>
    <w:rsid w:val="00641524"/>
    <w:rsid w:val="00642030"/>
    <w:rsid w:val="0064271A"/>
    <w:rsid w:val="00642D9B"/>
    <w:rsid w:val="006431CA"/>
    <w:rsid w:val="00643729"/>
    <w:rsid w:val="00651B07"/>
    <w:rsid w:val="00651F09"/>
    <w:rsid w:val="00653246"/>
    <w:rsid w:val="00655419"/>
    <w:rsid w:val="00655A86"/>
    <w:rsid w:val="00655DC9"/>
    <w:rsid w:val="00656FF4"/>
    <w:rsid w:val="0066017F"/>
    <w:rsid w:val="00660E9C"/>
    <w:rsid w:val="00661BEE"/>
    <w:rsid w:val="00664CF8"/>
    <w:rsid w:val="006654D0"/>
    <w:rsid w:val="00665B39"/>
    <w:rsid w:val="00666137"/>
    <w:rsid w:val="00666428"/>
    <w:rsid w:val="0066698F"/>
    <w:rsid w:val="00667784"/>
    <w:rsid w:val="006717D9"/>
    <w:rsid w:val="006718BB"/>
    <w:rsid w:val="00672209"/>
    <w:rsid w:val="006742E5"/>
    <w:rsid w:val="00676C74"/>
    <w:rsid w:val="0068029D"/>
    <w:rsid w:val="00680CE8"/>
    <w:rsid w:val="0068212C"/>
    <w:rsid w:val="0068216F"/>
    <w:rsid w:val="0068265A"/>
    <w:rsid w:val="006836EF"/>
    <w:rsid w:val="00684681"/>
    <w:rsid w:val="00685043"/>
    <w:rsid w:val="00686216"/>
    <w:rsid w:val="00686C00"/>
    <w:rsid w:val="00687E7D"/>
    <w:rsid w:val="0069213E"/>
    <w:rsid w:val="006973DE"/>
    <w:rsid w:val="006976ED"/>
    <w:rsid w:val="006A5628"/>
    <w:rsid w:val="006A5A68"/>
    <w:rsid w:val="006A617A"/>
    <w:rsid w:val="006B11F9"/>
    <w:rsid w:val="006B1424"/>
    <w:rsid w:val="006B1707"/>
    <w:rsid w:val="006B2946"/>
    <w:rsid w:val="006B61D3"/>
    <w:rsid w:val="006B745A"/>
    <w:rsid w:val="006C103C"/>
    <w:rsid w:val="006C13B0"/>
    <w:rsid w:val="006C4182"/>
    <w:rsid w:val="006C68EA"/>
    <w:rsid w:val="006C721C"/>
    <w:rsid w:val="006D0052"/>
    <w:rsid w:val="006D35FD"/>
    <w:rsid w:val="006D3968"/>
    <w:rsid w:val="006D440A"/>
    <w:rsid w:val="006D5AF4"/>
    <w:rsid w:val="006D6AF9"/>
    <w:rsid w:val="006D6C37"/>
    <w:rsid w:val="006D7484"/>
    <w:rsid w:val="006E2715"/>
    <w:rsid w:val="006E3A10"/>
    <w:rsid w:val="006E4D29"/>
    <w:rsid w:val="006E4DDD"/>
    <w:rsid w:val="006E55C9"/>
    <w:rsid w:val="006E5D24"/>
    <w:rsid w:val="006E6FF6"/>
    <w:rsid w:val="006F01E4"/>
    <w:rsid w:val="006F02C0"/>
    <w:rsid w:val="006F2244"/>
    <w:rsid w:val="006F59C3"/>
    <w:rsid w:val="006F7E77"/>
    <w:rsid w:val="0070027A"/>
    <w:rsid w:val="0070058D"/>
    <w:rsid w:val="00700C14"/>
    <w:rsid w:val="00701CC6"/>
    <w:rsid w:val="0070296C"/>
    <w:rsid w:val="00703401"/>
    <w:rsid w:val="007039FD"/>
    <w:rsid w:val="0070401A"/>
    <w:rsid w:val="00705AFC"/>
    <w:rsid w:val="00705D54"/>
    <w:rsid w:val="00705EAE"/>
    <w:rsid w:val="00706251"/>
    <w:rsid w:val="00706314"/>
    <w:rsid w:val="00706A28"/>
    <w:rsid w:val="007076C2"/>
    <w:rsid w:val="00707FA6"/>
    <w:rsid w:val="007113F8"/>
    <w:rsid w:val="007116FC"/>
    <w:rsid w:val="007118AC"/>
    <w:rsid w:val="007121FF"/>
    <w:rsid w:val="00712B6E"/>
    <w:rsid w:val="00715409"/>
    <w:rsid w:val="00722D06"/>
    <w:rsid w:val="00723161"/>
    <w:rsid w:val="00724358"/>
    <w:rsid w:val="00726656"/>
    <w:rsid w:val="00726C55"/>
    <w:rsid w:val="007271B0"/>
    <w:rsid w:val="0073169A"/>
    <w:rsid w:val="00732916"/>
    <w:rsid w:val="007329E6"/>
    <w:rsid w:val="007364C1"/>
    <w:rsid w:val="007368AE"/>
    <w:rsid w:val="00742AC1"/>
    <w:rsid w:val="00742F15"/>
    <w:rsid w:val="007434EE"/>
    <w:rsid w:val="007443CC"/>
    <w:rsid w:val="00747B39"/>
    <w:rsid w:val="00751752"/>
    <w:rsid w:val="00751CCE"/>
    <w:rsid w:val="00753BAC"/>
    <w:rsid w:val="007548E2"/>
    <w:rsid w:val="00755079"/>
    <w:rsid w:val="00756972"/>
    <w:rsid w:val="007572F0"/>
    <w:rsid w:val="00761271"/>
    <w:rsid w:val="00764613"/>
    <w:rsid w:val="00764C94"/>
    <w:rsid w:val="00764D62"/>
    <w:rsid w:val="0076523B"/>
    <w:rsid w:val="007659EB"/>
    <w:rsid w:val="007673F7"/>
    <w:rsid w:val="007700DA"/>
    <w:rsid w:val="00770C27"/>
    <w:rsid w:val="00770DCD"/>
    <w:rsid w:val="00771776"/>
    <w:rsid w:val="0077211A"/>
    <w:rsid w:val="00773BFC"/>
    <w:rsid w:val="00777071"/>
    <w:rsid w:val="00777E50"/>
    <w:rsid w:val="007826FD"/>
    <w:rsid w:val="007828FC"/>
    <w:rsid w:val="00782FDF"/>
    <w:rsid w:val="0078322A"/>
    <w:rsid w:val="007839C3"/>
    <w:rsid w:val="00784ED4"/>
    <w:rsid w:val="00784F02"/>
    <w:rsid w:val="00785C43"/>
    <w:rsid w:val="00787BF2"/>
    <w:rsid w:val="007905C6"/>
    <w:rsid w:val="0079239E"/>
    <w:rsid w:val="00792E11"/>
    <w:rsid w:val="00795E90"/>
    <w:rsid w:val="00795F0A"/>
    <w:rsid w:val="007A0CD3"/>
    <w:rsid w:val="007A155A"/>
    <w:rsid w:val="007A18C3"/>
    <w:rsid w:val="007A1D6E"/>
    <w:rsid w:val="007A224B"/>
    <w:rsid w:val="007A2928"/>
    <w:rsid w:val="007A2B7F"/>
    <w:rsid w:val="007A373A"/>
    <w:rsid w:val="007A3E52"/>
    <w:rsid w:val="007A565B"/>
    <w:rsid w:val="007A58CF"/>
    <w:rsid w:val="007A60EB"/>
    <w:rsid w:val="007A7204"/>
    <w:rsid w:val="007A7D49"/>
    <w:rsid w:val="007B036C"/>
    <w:rsid w:val="007B0897"/>
    <w:rsid w:val="007B1B19"/>
    <w:rsid w:val="007B1BC8"/>
    <w:rsid w:val="007B368A"/>
    <w:rsid w:val="007B386B"/>
    <w:rsid w:val="007B4459"/>
    <w:rsid w:val="007B4F33"/>
    <w:rsid w:val="007B586D"/>
    <w:rsid w:val="007B59ED"/>
    <w:rsid w:val="007C0C4E"/>
    <w:rsid w:val="007C0F97"/>
    <w:rsid w:val="007C2812"/>
    <w:rsid w:val="007C2B85"/>
    <w:rsid w:val="007C36D9"/>
    <w:rsid w:val="007C4856"/>
    <w:rsid w:val="007C500F"/>
    <w:rsid w:val="007C67B6"/>
    <w:rsid w:val="007D01BE"/>
    <w:rsid w:val="007D0C6D"/>
    <w:rsid w:val="007D1503"/>
    <w:rsid w:val="007D71B8"/>
    <w:rsid w:val="007E08BE"/>
    <w:rsid w:val="007E0CD9"/>
    <w:rsid w:val="007E0CDE"/>
    <w:rsid w:val="007E1F70"/>
    <w:rsid w:val="007E223A"/>
    <w:rsid w:val="007E2EE5"/>
    <w:rsid w:val="007E333D"/>
    <w:rsid w:val="007E447C"/>
    <w:rsid w:val="007E44EB"/>
    <w:rsid w:val="007E61BF"/>
    <w:rsid w:val="007E7080"/>
    <w:rsid w:val="007F183F"/>
    <w:rsid w:val="007F1DFE"/>
    <w:rsid w:val="007F33FB"/>
    <w:rsid w:val="007F40C9"/>
    <w:rsid w:val="007F54C8"/>
    <w:rsid w:val="007F5AE4"/>
    <w:rsid w:val="007F60E8"/>
    <w:rsid w:val="007F7B89"/>
    <w:rsid w:val="008013F0"/>
    <w:rsid w:val="00801415"/>
    <w:rsid w:val="00801B0E"/>
    <w:rsid w:val="00803A69"/>
    <w:rsid w:val="00805494"/>
    <w:rsid w:val="008055DB"/>
    <w:rsid w:val="00806F5D"/>
    <w:rsid w:val="00807C55"/>
    <w:rsid w:val="008107E4"/>
    <w:rsid w:val="00811AEA"/>
    <w:rsid w:val="00812A0F"/>
    <w:rsid w:val="00812F7B"/>
    <w:rsid w:val="008133CD"/>
    <w:rsid w:val="008150C6"/>
    <w:rsid w:val="0081519A"/>
    <w:rsid w:val="008151E2"/>
    <w:rsid w:val="0081553A"/>
    <w:rsid w:val="00816E2E"/>
    <w:rsid w:val="00820CDB"/>
    <w:rsid w:val="0082507E"/>
    <w:rsid w:val="00825CCE"/>
    <w:rsid w:val="00826DFC"/>
    <w:rsid w:val="0083132D"/>
    <w:rsid w:val="00832A06"/>
    <w:rsid w:val="00833E1F"/>
    <w:rsid w:val="00833FA4"/>
    <w:rsid w:val="00834121"/>
    <w:rsid w:val="00834423"/>
    <w:rsid w:val="00834D98"/>
    <w:rsid w:val="0083663A"/>
    <w:rsid w:val="00836E88"/>
    <w:rsid w:val="00837148"/>
    <w:rsid w:val="00837B1C"/>
    <w:rsid w:val="00840025"/>
    <w:rsid w:val="00840880"/>
    <w:rsid w:val="0084289D"/>
    <w:rsid w:val="00842DDA"/>
    <w:rsid w:val="00843725"/>
    <w:rsid w:val="00850C6F"/>
    <w:rsid w:val="0085249B"/>
    <w:rsid w:val="0085337C"/>
    <w:rsid w:val="00855AD7"/>
    <w:rsid w:val="00855C8B"/>
    <w:rsid w:val="00856637"/>
    <w:rsid w:val="00861A4D"/>
    <w:rsid w:val="00862805"/>
    <w:rsid w:val="00864E32"/>
    <w:rsid w:val="0086505B"/>
    <w:rsid w:val="00871229"/>
    <w:rsid w:val="00871C3F"/>
    <w:rsid w:val="00872F53"/>
    <w:rsid w:val="0087325B"/>
    <w:rsid w:val="00882132"/>
    <w:rsid w:val="00882DF2"/>
    <w:rsid w:val="0088377A"/>
    <w:rsid w:val="00884C7C"/>
    <w:rsid w:val="0088547D"/>
    <w:rsid w:val="008859DE"/>
    <w:rsid w:val="00885AC8"/>
    <w:rsid w:val="0089069D"/>
    <w:rsid w:val="00892DCB"/>
    <w:rsid w:val="00893178"/>
    <w:rsid w:val="00893785"/>
    <w:rsid w:val="008943F5"/>
    <w:rsid w:val="00894C9C"/>
    <w:rsid w:val="00895067"/>
    <w:rsid w:val="0089705B"/>
    <w:rsid w:val="00897147"/>
    <w:rsid w:val="008A0AF2"/>
    <w:rsid w:val="008A0B4E"/>
    <w:rsid w:val="008A15DD"/>
    <w:rsid w:val="008A179D"/>
    <w:rsid w:val="008A1E84"/>
    <w:rsid w:val="008A2132"/>
    <w:rsid w:val="008A4087"/>
    <w:rsid w:val="008A4405"/>
    <w:rsid w:val="008A49E1"/>
    <w:rsid w:val="008A5FB1"/>
    <w:rsid w:val="008B2964"/>
    <w:rsid w:val="008B2CE6"/>
    <w:rsid w:val="008B30B4"/>
    <w:rsid w:val="008B447B"/>
    <w:rsid w:val="008B58A5"/>
    <w:rsid w:val="008B683E"/>
    <w:rsid w:val="008B7AF6"/>
    <w:rsid w:val="008C0106"/>
    <w:rsid w:val="008C2FE1"/>
    <w:rsid w:val="008C353A"/>
    <w:rsid w:val="008C5452"/>
    <w:rsid w:val="008C593F"/>
    <w:rsid w:val="008C6053"/>
    <w:rsid w:val="008C7325"/>
    <w:rsid w:val="008D1FC2"/>
    <w:rsid w:val="008D20C2"/>
    <w:rsid w:val="008D3873"/>
    <w:rsid w:val="008D56CD"/>
    <w:rsid w:val="008D5AED"/>
    <w:rsid w:val="008D6C5C"/>
    <w:rsid w:val="008D70A9"/>
    <w:rsid w:val="008E0801"/>
    <w:rsid w:val="008E09B3"/>
    <w:rsid w:val="008E1302"/>
    <w:rsid w:val="008E1AD3"/>
    <w:rsid w:val="008E3CB0"/>
    <w:rsid w:val="008E412D"/>
    <w:rsid w:val="008E4C65"/>
    <w:rsid w:val="008E4D5C"/>
    <w:rsid w:val="008E6618"/>
    <w:rsid w:val="008E6F21"/>
    <w:rsid w:val="008E7834"/>
    <w:rsid w:val="008F093F"/>
    <w:rsid w:val="008F1852"/>
    <w:rsid w:val="008F248F"/>
    <w:rsid w:val="008F3238"/>
    <w:rsid w:val="008F33D0"/>
    <w:rsid w:val="008F5830"/>
    <w:rsid w:val="008F6DF9"/>
    <w:rsid w:val="00901E30"/>
    <w:rsid w:val="00902856"/>
    <w:rsid w:val="00903558"/>
    <w:rsid w:val="0090355C"/>
    <w:rsid w:val="00903B43"/>
    <w:rsid w:val="009050A2"/>
    <w:rsid w:val="0090552B"/>
    <w:rsid w:val="00906092"/>
    <w:rsid w:val="009065E6"/>
    <w:rsid w:val="00906D8A"/>
    <w:rsid w:val="00911A83"/>
    <w:rsid w:val="0091276D"/>
    <w:rsid w:val="00917BC1"/>
    <w:rsid w:val="009243A1"/>
    <w:rsid w:val="00924585"/>
    <w:rsid w:val="00926901"/>
    <w:rsid w:val="00930830"/>
    <w:rsid w:val="0093121C"/>
    <w:rsid w:val="009312E0"/>
    <w:rsid w:val="00931CB8"/>
    <w:rsid w:val="009320C5"/>
    <w:rsid w:val="0093293E"/>
    <w:rsid w:val="00933030"/>
    <w:rsid w:val="00933EFC"/>
    <w:rsid w:val="00934945"/>
    <w:rsid w:val="009363D8"/>
    <w:rsid w:val="00936897"/>
    <w:rsid w:val="00937457"/>
    <w:rsid w:val="00940FA4"/>
    <w:rsid w:val="00941283"/>
    <w:rsid w:val="00942BC9"/>
    <w:rsid w:val="009479A9"/>
    <w:rsid w:val="00951009"/>
    <w:rsid w:val="00952494"/>
    <w:rsid w:val="00953BAA"/>
    <w:rsid w:val="009559C5"/>
    <w:rsid w:val="00955D7E"/>
    <w:rsid w:val="00961F08"/>
    <w:rsid w:val="00964D14"/>
    <w:rsid w:val="00964FE2"/>
    <w:rsid w:val="00965434"/>
    <w:rsid w:val="00965852"/>
    <w:rsid w:val="00965FAA"/>
    <w:rsid w:val="009672FB"/>
    <w:rsid w:val="0096730B"/>
    <w:rsid w:val="00970648"/>
    <w:rsid w:val="00970B74"/>
    <w:rsid w:val="009717ED"/>
    <w:rsid w:val="00971B01"/>
    <w:rsid w:val="00972764"/>
    <w:rsid w:val="00972931"/>
    <w:rsid w:val="0097480B"/>
    <w:rsid w:val="00974E2E"/>
    <w:rsid w:val="009751A1"/>
    <w:rsid w:val="00975B41"/>
    <w:rsid w:val="00975E3E"/>
    <w:rsid w:val="00977ECB"/>
    <w:rsid w:val="009804B7"/>
    <w:rsid w:val="00982423"/>
    <w:rsid w:val="00982554"/>
    <w:rsid w:val="009828A3"/>
    <w:rsid w:val="00983220"/>
    <w:rsid w:val="00985812"/>
    <w:rsid w:val="009863AC"/>
    <w:rsid w:val="00986B4A"/>
    <w:rsid w:val="00990220"/>
    <w:rsid w:val="009904F3"/>
    <w:rsid w:val="00991097"/>
    <w:rsid w:val="009914A7"/>
    <w:rsid w:val="0099339A"/>
    <w:rsid w:val="009938BB"/>
    <w:rsid w:val="00993AC6"/>
    <w:rsid w:val="00994768"/>
    <w:rsid w:val="00994C2C"/>
    <w:rsid w:val="00995452"/>
    <w:rsid w:val="00996B88"/>
    <w:rsid w:val="00997346"/>
    <w:rsid w:val="00997539"/>
    <w:rsid w:val="0099798F"/>
    <w:rsid w:val="009A009E"/>
    <w:rsid w:val="009A143B"/>
    <w:rsid w:val="009A16AA"/>
    <w:rsid w:val="009A2412"/>
    <w:rsid w:val="009A3D07"/>
    <w:rsid w:val="009A4C61"/>
    <w:rsid w:val="009A4F9A"/>
    <w:rsid w:val="009A65FB"/>
    <w:rsid w:val="009A772D"/>
    <w:rsid w:val="009B0B09"/>
    <w:rsid w:val="009B0CB3"/>
    <w:rsid w:val="009B2F3D"/>
    <w:rsid w:val="009B30E7"/>
    <w:rsid w:val="009B57C7"/>
    <w:rsid w:val="009B741A"/>
    <w:rsid w:val="009B7482"/>
    <w:rsid w:val="009B7778"/>
    <w:rsid w:val="009C0010"/>
    <w:rsid w:val="009C031D"/>
    <w:rsid w:val="009C1A9F"/>
    <w:rsid w:val="009C347E"/>
    <w:rsid w:val="009C38F6"/>
    <w:rsid w:val="009C5820"/>
    <w:rsid w:val="009D01B3"/>
    <w:rsid w:val="009D12C8"/>
    <w:rsid w:val="009D1691"/>
    <w:rsid w:val="009D3FA1"/>
    <w:rsid w:val="009D42CF"/>
    <w:rsid w:val="009D45BC"/>
    <w:rsid w:val="009D4DE8"/>
    <w:rsid w:val="009D6D65"/>
    <w:rsid w:val="009E1CA0"/>
    <w:rsid w:val="009E289D"/>
    <w:rsid w:val="009E349E"/>
    <w:rsid w:val="009E47CC"/>
    <w:rsid w:val="009E5FE4"/>
    <w:rsid w:val="009E6611"/>
    <w:rsid w:val="009E6ACD"/>
    <w:rsid w:val="009F0260"/>
    <w:rsid w:val="009F1D38"/>
    <w:rsid w:val="009F4889"/>
    <w:rsid w:val="009F4CD6"/>
    <w:rsid w:val="009F5BF0"/>
    <w:rsid w:val="009F6BB3"/>
    <w:rsid w:val="009F7519"/>
    <w:rsid w:val="00A01594"/>
    <w:rsid w:val="00A01FB7"/>
    <w:rsid w:val="00A031AF"/>
    <w:rsid w:val="00A04CEF"/>
    <w:rsid w:val="00A05D44"/>
    <w:rsid w:val="00A06395"/>
    <w:rsid w:val="00A06AC8"/>
    <w:rsid w:val="00A06F79"/>
    <w:rsid w:val="00A106B2"/>
    <w:rsid w:val="00A10AF6"/>
    <w:rsid w:val="00A10D4E"/>
    <w:rsid w:val="00A11B3F"/>
    <w:rsid w:val="00A11E31"/>
    <w:rsid w:val="00A12662"/>
    <w:rsid w:val="00A15434"/>
    <w:rsid w:val="00A158B3"/>
    <w:rsid w:val="00A165C0"/>
    <w:rsid w:val="00A169DA"/>
    <w:rsid w:val="00A20AD4"/>
    <w:rsid w:val="00A20B11"/>
    <w:rsid w:val="00A21EE2"/>
    <w:rsid w:val="00A238A4"/>
    <w:rsid w:val="00A26C46"/>
    <w:rsid w:val="00A26E96"/>
    <w:rsid w:val="00A32C6B"/>
    <w:rsid w:val="00A37163"/>
    <w:rsid w:val="00A37C35"/>
    <w:rsid w:val="00A41CF1"/>
    <w:rsid w:val="00A42A15"/>
    <w:rsid w:val="00A44D3A"/>
    <w:rsid w:val="00A46B88"/>
    <w:rsid w:val="00A50D56"/>
    <w:rsid w:val="00A52521"/>
    <w:rsid w:val="00A54AB1"/>
    <w:rsid w:val="00A54AC2"/>
    <w:rsid w:val="00A55CA5"/>
    <w:rsid w:val="00A5734B"/>
    <w:rsid w:val="00A5792B"/>
    <w:rsid w:val="00A649B5"/>
    <w:rsid w:val="00A652A5"/>
    <w:rsid w:val="00A6638C"/>
    <w:rsid w:val="00A71AC3"/>
    <w:rsid w:val="00A72956"/>
    <w:rsid w:val="00A73F51"/>
    <w:rsid w:val="00A74E8F"/>
    <w:rsid w:val="00A80FF0"/>
    <w:rsid w:val="00A8304F"/>
    <w:rsid w:val="00A83BC6"/>
    <w:rsid w:val="00A84637"/>
    <w:rsid w:val="00A852F3"/>
    <w:rsid w:val="00A86F94"/>
    <w:rsid w:val="00A87CBD"/>
    <w:rsid w:val="00A87E47"/>
    <w:rsid w:val="00A905B7"/>
    <w:rsid w:val="00A90F47"/>
    <w:rsid w:val="00A92DB9"/>
    <w:rsid w:val="00A9639B"/>
    <w:rsid w:val="00A96ED1"/>
    <w:rsid w:val="00A97A44"/>
    <w:rsid w:val="00AA0142"/>
    <w:rsid w:val="00AA1D8D"/>
    <w:rsid w:val="00AA1F0C"/>
    <w:rsid w:val="00AA3CAA"/>
    <w:rsid w:val="00AA7E41"/>
    <w:rsid w:val="00AB0262"/>
    <w:rsid w:val="00AB0285"/>
    <w:rsid w:val="00AB0C1F"/>
    <w:rsid w:val="00AB0EC3"/>
    <w:rsid w:val="00AB3193"/>
    <w:rsid w:val="00AB330B"/>
    <w:rsid w:val="00AB4518"/>
    <w:rsid w:val="00AB4A64"/>
    <w:rsid w:val="00AB73CD"/>
    <w:rsid w:val="00AB7DD6"/>
    <w:rsid w:val="00AC0218"/>
    <w:rsid w:val="00AC0F97"/>
    <w:rsid w:val="00AC4717"/>
    <w:rsid w:val="00AD04D0"/>
    <w:rsid w:val="00AD0D51"/>
    <w:rsid w:val="00AD2CCC"/>
    <w:rsid w:val="00AD51BF"/>
    <w:rsid w:val="00AD632B"/>
    <w:rsid w:val="00AD67A4"/>
    <w:rsid w:val="00AD7D99"/>
    <w:rsid w:val="00AE0896"/>
    <w:rsid w:val="00AE0B2F"/>
    <w:rsid w:val="00AE1659"/>
    <w:rsid w:val="00AE305B"/>
    <w:rsid w:val="00AE48DA"/>
    <w:rsid w:val="00AE6830"/>
    <w:rsid w:val="00AE6B7E"/>
    <w:rsid w:val="00AE6E04"/>
    <w:rsid w:val="00AE77A6"/>
    <w:rsid w:val="00AF04EC"/>
    <w:rsid w:val="00AF0ED0"/>
    <w:rsid w:val="00AF481C"/>
    <w:rsid w:val="00AF4EE1"/>
    <w:rsid w:val="00AF5D0C"/>
    <w:rsid w:val="00AF7B40"/>
    <w:rsid w:val="00B00EB9"/>
    <w:rsid w:val="00B0123B"/>
    <w:rsid w:val="00B02E98"/>
    <w:rsid w:val="00B035EF"/>
    <w:rsid w:val="00B04072"/>
    <w:rsid w:val="00B047EF"/>
    <w:rsid w:val="00B10CEA"/>
    <w:rsid w:val="00B12FD2"/>
    <w:rsid w:val="00B13436"/>
    <w:rsid w:val="00B1452F"/>
    <w:rsid w:val="00B20572"/>
    <w:rsid w:val="00B211B9"/>
    <w:rsid w:val="00B24B53"/>
    <w:rsid w:val="00B26DB6"/>
    <w:rsid w:val="00B273D1"/>
    <w:rsid w:val="00B30E88"/>
    <w:rsid w:val="00B31743"/>
    <w:rsid w:val="00B34926"/>
    <w:rsid w:val="00B34C32"/>
    <w:rsid w:val="00B40B4D"/>
    <w:rsid w:val="00B41731"/>
    <w:rsid w:val="00B41795"/>
    <w:rsid w:val="00B41867"/>
    <w:rsid w:val="00B4425C"/>
    <w:rsid w:val="00B4532E"/>
    <w:rsid w:val="00B455D8"/>
    <w:rsid w:val="00B47730"/>
    <w:rsid w:val="00B47AA4"/>
    <w:rsid w:val="00B5129B"/>
    <w:rsid w:val="00B548E8"/>
    <w:rsid w:val="00B54A8A"/>
    <w:rsid w:val="00B56ACE"/>
    <w:rsid w:val="00B57DD4"/>
    <w:rsid w:val="00B62267"/>
    <w:rsid w:val="00B629CA"/>
    <w:rsid w:val="00B6520E"/>
    <w:rsid w:val="00B6653E"/>
    <w:rsid w:val="00B66998"/>
    <w:rsid w:val="00B66EF1"/>
    <w:rsid w:val="00B671B3"/>
    <w:rsid w:val="00B70B4A"/>
    <w:rsid w:val="00B71FE9"/>
    <w:rsid w:val="00B730B9"/>
    <w:rsid w:val="00B73113"/>
    <w:rsid w:val="00B7511C"/>
    <w:rsid w:val="00B76CE4"/>
    <w:rsid w:val="00B772DE"/>
    <w:rsid w:val="00B80755"/>
    <w:rsid w:val="00B81D2B"/>
    <w:rsid w:val="00B85664"/>
    <w:rsid w:val="00B92EBA"/>
    <w:rsid w:val="00B933E0"/>
    <w:rsid w:val="00B9387F"/>
    <w:rsid w:val="00B95406"/>
    <w:rsid w:val="00B95DE8"/>
    <w:rsid w:val="00B95FBE"/>
    <w:rsid w:val="00B96D8C"/>
    <w:rsid w:val="00B96E36"/>
    <w:rsid w:val="00B97698"/>
    <w:rsid w:val="00BA0007"/>
    <w:rsid w:val="00BA0AEF"/>
    <w:rsid w:val="00BA19BD"/>
    <w:rsid w:val="00BA3313"/>
    <w:rsid w:val="00BA3BF7"/>
    <w:rsid w:val="00BA4A63"/>
    <w:rsid w:val="00BA5602"/>
    <w:rsid w:val="00BA6A5D"/>
    <w:rsid w:val="00BA7123"/>
    <w:rsid w:val="00BA73D6"/>
    <w:rsid w:val="00BB048B"/>
    <w:rsid w:val="00BB1F3A"/>
    <w:rsid w:val="00BB2DDB"/>
    <w:rsid w:val="00BB3FEF"/>
    <w:rsid w:val="00BB64D5"/>
    <w:rsid w:val="00BB7A22"/>
    <w:rsid w:val="00BC0125"/>
    <w:rsid w:val="00BC082C"/>
    <w:rsid w:val="00BC2756"/>
    <w:rsid w:val="00BC277C"/>
    <w:rsid w:val="00BC297C"/>
    <w:rsid w:val="00BC2E8F"/>
    <w:rsid w:val="00BC650B"/>
    <w:rsid w:val="00BC72FA"/>
    <w:rsid w:val="00BD3018"/>
    <w:rsid w:val="00BD3B1A"/>
    <w:rsid w:val="00BD6CF4"/>
    <w:rsid w:val="00BD7843"/>
    <w:rsid w:val="00BE03AA"/>
    <w:rsid w:val="00BE0E33"/>
    <w:rsid w:val="00BE1AD4"/>
    <w:rsid w:val="00BE2308"/>
    <w:rsid w:val="00BE5D7C"/>
    <w:rsid w:val="00BE7F9C"/>
    <w:rsid w:val="00BF0378"/>
    <w:rsid w:val="00BF0CFD"/>
    <w:rsid w:val="00BF2BA9"/>
    <w:rsid w:val="00BF55EE"/>
    <w:rsid w:val="00BF575C"/>
    <w:rsid w:val="00BF6E02"/>
    <w:rsid w:val="00C010E3"/>
    <w:rsid w:val="00C019FB"/>
    <w:rsid w:val="00C026A0"/>
    <w:rsid w:val="00C02AA3"/>
    <w:rsid w:val="00C04180"/>
    <w:rsid w:val="00C042CA"/>
    <w:rsid w:val="00C0487A"/>
    <w:rsid w:val="00C04BF1"/>
    <w:rsid w:val="00C052DD"/>
    <w:rsid w:val="00C05779"/>
    <w:rsid w:val="00C072BA"/>
    <w:rsid w:val="00C11289"/>
    <w:rsid w:val="00C11D68"/>
    <w:rsid w:val="00C122E3"/>
    <w:rsid w:val="00C12614"/>
    <w:rsid w:val="00C13D6B"/>
    <w:rsid w:val="00C1455A"/>
    <w:rsid w:val="00C16FFB"/>
    <w:rsid w:val="00C20A16"/>
    <w:rsid w:val="00C2123A"/>
    <w:rsid w:val="00C22228"/>
    <w:rsid w:val="00C22FC5"/>
    <w:rsid w:val="00C23416"/>
    <w:rsid w:val="00C264AB"/>
    <w:rsid w:val="00C33B51"/>
    <w:rsid w:val="00C35963"/>
    <w:rsid w:val="00C415AC"/>
    <w:rsid w:val="00C42F73"/>
    <w:rsid w:val="00C433D0"/>
    <w:rsid w:val="00C467EB"/>
    <w:rsid w:val="00C4685D"/>
    <w:rsid w:val="00C468EA"/>
    <w:rsid w:val="00C47BDA"/>
    <w:rsid w:val="00C50096"/>
    <w:rsid w:val="00C5377B"/>
    <w:rsid w:val="00C53AE3"/>
    <w:rsid w:val="00C53AE9"/>
    <w:rsid w:val="00C5500E"/>
    <w:rsid w:val="00C5512B"/>
    <w:rsid w:val="00C609C1"/>
    <w:rsid w:val="00C61DE5"/>
    <w:rsid w:val="00C630B1"/>
    <w:rsid w:val="00C63313"/>
    <w:rsid w:val="00C6341C"/>
    <w:rsid w:val="00C64A73"/>
    <w:rsid w:val="00C674C9"/>
    <w:rsid w:val="00C705FC"/>
    <w:rsid w:val="00C71CF4"/>
    <w:rsid w:val="00C73B2E"/>
    <w:rsid w:val="00C7576D"/>
    <w:rsid w:val="00C82023"/>
    <w:rsid w:val="00C8386B"/>
    <w:rsid w:val="00C86A3F"/>
    <w:rsid w:val="00C902AE"/>
    <w:rsid w:val="00C95F6E"/>
    <w:rsid w:val="00CA11BD"/>
    <w:rsid w:val="00CA1B80"/>
    <w:rsid w:val="00CA29F5"/>
    <w:rsid w:val="00CA3227"/>
    <w:rsid w:val="00CA3F59"/>
    <w:rsid w:val="00CA6C46"/>
    <w:rsid w:val="00CA7451"/>
    <w:rsid w:val="00CB0664"/>
    <w:rsid w:val="00CB24FA"/>
    <w:rsid w:val="00CB2B8A"/>
    <w:rsid w:val="00CB4522"/>
    <w:rsid w:val="00CB5253"/>
    <w:rsid w:val="00CB54BB"/>
    <w:rsid w:val="00CB7DE7"/>
    <w:rsid w:val="00CC0245"/>
    <w:rsid w:val="00CC1166"/>
    <w:rsid w:val="00CC1D7B"/>
    <w:rsid w:val="00CC27F6"/>
    <w:rsid w:val="00CC2BFA"/>
    <w:rsid w:val="00CC454D"/>
    <w:rsid w:val="00CC4D0A"/>
    <w:rsid w:val="00CC628B"/>
    <w:rsid w:val="00CC78D1"/>
    <w:rsid w:val="00CC7A5C"/>
    <w:rsid w:val="00CD0D8B"/>
    <w:rsid w:val="00CD11AB"/>
    <w:rsid w:val="00CD276E"/>
    <w:rsid w:val="00CD2AE2"/>
    <w:rsid w:val="00CD302E"/>
    <w:rsid w:val="00CD3463"/>
    <w:rsid w:val="00CD696E"/>
    <w:rsid w:val="00CD6CF1"/>
    <w:rsid w:val="00CD73F1"/>
    <w:rsid w:val="00CD77A7"/>
    <w:rsid w:val="00CE0201"/>
    <w:rsid w:val="00CE18D0"/>
    <w:rsid w:val="00CE1A72"/>
    <w:rsid w:val="00CE27AA"/>
    <w:rsid w:val="00CE2CB7"/>
    <w:rsid w:val="00CE3111"/>
    <w:rsid w:val="00CE4121"/>
    <w:rsid w:val="00CE4E88"/>
    <w:rsid w:val="00CE5A8E"/>
    <w:rsid w:val="00CE7B51"/>
    <w:rsid w:val="00CF19EE"/>
    <w:rsid w:val="00CF2362"/>
    <w:rsid w:val="00CF2756"/>
    <w:rsid w:val="00CF315B"/>
    <w:rsid w:val="00CF5747"/>
    <w:rsid w:val="00CF5AE8"/>
    <w:rsid w:val="00CF6710"/>
    <w:rsid w:val="00CF7AF5"/>
    <w:rsid w:val="00D049BF"/>
    <w:rsid w:val="00D04BE9"/>
    <w:rsid w:val="00D118C8"/>
    <w:rsid w:val="00D12789"/>
    <w:rsid w:val="00D12C22"/>
    <w:rsid w:val="00D15BCF"/>
    <w:rsid w:val="00D16482"/>
    <w:rsid w:val="00D16A40"/>
    <w:rsid w:val="00D2188E"/>
    <w:rsid w:val="00D21BB5"/>
    <w:rsid w:val="00D21DE7"/>
    <w:rsid w:val="00D21E28"/>
    <w:rsid w:val="00D23D84"/>
    <w:rsid w:val="00D2485D"/>
    <w:rsid w:val="00D251CC"/>
    <w:rsid w:val="00D25741"/>
    <w:rsid w:val="00D32256"/>
    <w:rsid w:val="00D3325F"/>
    <w:rsid w:val="00D3356C"/>
    <w:rsid w:val="00D35077"/>
    <w:rsid w:val="00D3628F"/>
    <w:rsid w:val="00D375B9"/>
    <w:rsid w:val="00D40343"/>
    <w:rsid w:val="00D403A6"/>
    <w:rsid w:val="00D40C8D"/>
    <w:rsid w:val="00D40F84"/>
    <w:rsid w:val="00D410F4"/>
    <w:rsid w:val="00D41BF3"/>
    <w:rsid w:val="00D4725E"/>
    <w:rsid w:val="00D47EA8"/>
    <w:rsid w:val="00D55139"/>
    <w:rsid w:val="00D5585C"/>
    <w:rsid w:val="00D55975"/>
    <w:rsid w:val="00D55E5C"/>
    <w:rsid w:val="00D56F51"/>
    <w:rsid w:val="00D6207D"/>
    <w:rsid w:val="00D624F4"/>
    <w:rsid w:val="00D6268C"/>
    <w:rsid w:val="00D64598"/>
    <w:rsid w:val="00D6600B"/>
    <w:rsid w:val="00D70A77"/>
    <w:rsid w:val="00D745E7"/>
    <w:rsid w:val="00D75060"/>
    <w:rsid w:val="00D75117"/>
    <w:rsid w:val="00D7767C"/>
    <w:rsid w:val="00D817D0"/>
    <w:rsid w:val="00D81BA0"/>
    <w:rsid w:val="00D822CF"/>
    <w:rsid w:val="00D82531"/>
    <w:rsid w:val="00D82AC1"/>
    <w:rsid w:val="00D83697"/>
    <w:rsid w:val="00D84048"/>
    <w:rsid w:val="00D843C2"/>
    <w:rsid w:val="00D86AA4"/>
    <w:rsid w:val="00D86F26"/>
    <w:rsid w:val="00D904CA"/>
    <w:rsid w:val="00D915B6"/>
    <w:rsid w:val="00D92E8F"/>
    <w:rsid w:val="00D93495"/>
    <w:rsid w:val="00D940F3"/>
    <w:rsid w:val="00D967D8"/>
    <w:rsid w:val="00DA068C"/>
    <w:rsid w:val="00DA1F40"/>
    <w:rsid w:val="00DA33EB"/>
    <w:rsid w:val="00DA4D48"/>
    <w:rsid w:val="00DA5831"/>
    <w:rsid w:val="00DA718F"/>
    <w:rsid w:val="00DB0696"/>
    <w:rsid w:val="00DB18C3"/>
    <w:rsid w:val="00DB1A02"/>
    <w:rsid w:val="00DB5780"/>
    <w:rsid w:val="00DB5947"/>
    <w:rsid w:val="00DB63BD"/>
    <w:rsid w:val="00DB6649"/>
    <w:rsid w:val="00DB6E64"/>
    <w:rsid w:val="00DC12D8"/>
    <w:rsid w:val="00DC18AD"/>
    <w:rsid w:val="00DC297C"/>
    <w:rsid w:val="00DC41B6"/>
    <w:rsid w:val="00DC6082"/>
    <w:rsid w:val="00DC6088"/>
    <w:rsid w:val="00DC6336"/>
    <w:rsid w:val="00DC78DB"/>
    <w:rsid w:val="00DC7D57"/>
    <w:rsid w:val="00DD052C"/>
    <w:rsid w:val="00DD068F"/>
    <w:rsid w:val="00DD581F"/>
    <w:rsid w:val="00DD61B7"/>
    <w:rsid w:val="00DD68CC"/>
    <w:rsid w:val="00DD7818"/>
    <w:rsid w:val="00DD7C8E"/>
    <w:rsid w:val="00DD7CB4"/>
    <w:rsid w:val="00DE1377"/>
    <w:rsid w:val="00DE25FF"/>
    <w:rsid w:val="00DE4635"/>
    <w:rsid w:val="00DE4762"/>
    <w:rsid w:val="00DE4FC6"/>
    <w:rsid w:val="00DE59D9"/>
    <w:rsid w:val="00DE6979"/>
    <w:rsid w:val="00DE71C4"/>
    <w:rsid w:val="00DE7B60"/>
    <w:rsid w:val="00DF1666"/>
    <w:rsid w:val="00DF1AEA"/>
    <w:rsid w:val="00DF1BC6"/>
    <w:rsid w:val="00DF2803"/>
    <w:rsid w:val="00DF2807"/>
    <w:rsid w:val="00DF289B"/>
    <w:rsid w:val="00DF2E27"/>
    <w:rsid w:val="00DF667D"/>
    <w:rsid w:val="00DF6A65"/>
    <w:rsid w:val="00DF7160"/>
    <w:rsid w:val="00E0009D"/>
    <w:rsid w:val="00E00B17"/>
    <w:rsid w:val="00E03D44"/>
    <w:rsid w:val="00E04319"/>
    <w:rsid w:val="00E06239"/>
    <w:rsid w:val="00E0644B"/>
    <w:rsid w:val="00E06723"/>
    <w:rsid w:val="00E10788"/>
    <w:rsid w:val="00E1149A"/>
    <w:rsid w:val="00E119C9"/>
    <w:rsid w:val="00E130DE"/>
    <w:rsid w:val="00E14550"/>
    <w:rsid w:val="00E158F6"/>
    <w:rsid w:val="00E17716"/>
    <w:rsid w:val="00E17B8B"/>
    <w:rsid w:val="00E20C88"/>
    <w:rsid w:val="00E215C4"/>
    <w:rsid w:val="00E21DD0"/>
    <w:rsid w:val="00E239C5"/>
    <w:rsid w:val="00E246DB"/>
    <w:rsid w:val="00E30582"/>
    <w:rsid w:val="00E31046"/>
    <w:rsid w:val="00E31499"/>
    <w:rsid w:val="00E31EEA"/>
    <w:rsid w:val="00E333F3"/>
    <w:rsid w:val="00E3499A"/>
    <w:rsid w:val="00E36259"/>
    <w:rsid w:val="00E37569"/>
    <w:rsid w:val="00E41194"/>
    <w:rsid w:val="00E4206E"/>
    <w:rsid w:val="00E42209"/>
    <w:rsid w:val="00E424E1"/>
    <w:rsid w:val="00E425F9"/>
    <w:rsid w:val="00E518F5"/>
    <w:rsid w:val="00E53458"/>
    <w:rsid w:val="00E551B1"/>
    <w:rsid w:val="00E60077"/>
    <w:rsid w:val="00E600EB"/>
    <w:rsid w:val="00E60808"/>
    <w:rsid w:val="00E6178B"/>
    <w:rsid w:val="00E642A3"/>
    <w:rsid w:val="00E6481C"/>
    <w:rsid w:val="00E67271"/>
    <w:rsid w:val="00E7102A"/>
    <w:rsid w:val="00E80763"/>
    <w:rsid w:val="00E81044"/>
    <w:rsid w:val="00E82249"/>
    <w:rsid w:val="00E85057"/>
    <w:rsid w:val="00E85773"/>
    <w:rsid w:val="00E90092"/>
    <w:rsid w:val="00E9080D"/>
    <w:rsid w:val="00E91E06"/>
    <w:rsid w:val="00E92D5C"/>
    <w:rsid w:val="00E94764"/>
    <w:rsid w:val="00E94A3A"/>
    <w:rsid w:val="00E95625"/>
    <w:rsid w:val="00E95800"/>
    <w:rsid w:val="00E95D0D"/>
    <w:rsid w:val="00EA0EF4"/>
    <w:rsid w:val="00EA181B"/>
    <w:rsid w:val="00EA1846"/>
    <w:rsid w:val="00EA26B1"/>
    <w:rsid w:val="00EA2E3B"/>
    <w:rsid w:val="00EA7085"/>
    <w:rsid w:val="00EB016C"/>
    <w:rsid w:val="00EB2DBF"/>
    <w:rsid w:val="00EB37C1"/>
    <w:rsid w:val="00EB6C68"/>
    <w:rsid w:val="00EB797A"/>
    <w:rsid w:val="00EB7C8E"/>
    <w:rsid w:val="00EC2138"/>
    <w:rsid w:val="00EC241F"/>
    <w:rsid w:val="00EC303C"/>
    <w:rsid w:val="00EC3707"/>
    <w:rsid w:val="00EC706B"/>
    <w:rsid w:val="00ED04EF"/>
    <w:rsid w:val="00ED25B6"/>
    <w:rsid w:val="00ED3589"/>
    <w:rsid w:val="00ED363A"/>
    <w:rsid w:val="00ED3CF6"/>
    <w:rsid w:val="00ED5B60"/>
    <w:rsid w:val="00ED7296"/>
    <w:rsid w:val="00ED7FAB"/>
    <w:rsid w:val="00EE19CA"/>
    <w:rsid w:val="00EE3C1F"/>
    <w:rsid w:val="00EE5393"/>
    <w:rsid w:val="00EE59E7"/>
    <w:rsid w:val="00EE7036"/>
    <w:rsid w:val="00EE7813"/>
    <w:rsid w:val="00EE7B83"/>
    <w:rsid w:val="00EF0A41"/>
    <w:rsid w:val="00EF10B3"/>
    <w:rsid w:val="00EF3011"/>
    <w:rsid w:val="00EF3FD8"/>
    <w:rsid w:val="00EF4D7B"/>
    <w:rsid w:val="00EF53D0"/>
    <w:rsid w:val="00EF53F6"/>
    <w:rsid w:val="00EF621C"/>
    <w:rsid w:val="00EF7495"/>
    <w:rsid w:val="00F074D1"/>
    <w:rsid w:val="00F07794"/>
    <w:rsid w:val="00F10C33"/>
    <w:rsid w:val="00F12B05"/>
    <w:rsid w:val="00F147C7"/>
    <w:rsid w:val="00F171D5"/>
    <w:rsid w:val="00F1768A"/>
    <w:rsid w:val="00F177FF"/>
    <w:rsid w:val="00F2021A"/>
    <w:rsid w:val="00F2193B"/>
    <w:rsid w:val="00F219A4"/>
    <w:rsid w:val="00F21B66"/>
    <w:rsid w:val="00F24A44"/>
    <w:rsid w:val="00F250C0"/>
    <w:rsid w:val="00F251E7"/>
    <w:rsid w:val="00F2550D"/>
    <w:rsid w:val="00F26584"/>
    <w:rsid w:val="00F2694C"/>
    <w:rsid w:val="00F27DCD"/>
    <w:rsid w:val="00F31B25"/>
    <w:rsid w:val="00F32B3D"/>
    <w:rsid w:val="00F34DBB"/>
    <w:rsid w:val="00F35AD5"/>
    <w:rsid w:val="00F40C49"/>
    <w:rsid w:val="00F41CCB"/>
    <w:rsid w:val="00F420FB"/>
    <w:rsid w:val="00F442EB"/>
    <w:rsid w:val="00F44C5E"/>
    <w:rsid w:val="00F50E3A"/>
    <w:rsid w:val="00F51061"/>
    <w:rsid w:val="00F51437"/>
    <w:rsid w:val="00F51AB2"/>
    <w:rsid w:val="00F53859"/>
    <w:rsid w:val="00F54402"/>
    <w:rsid w:val="00F552CC"/>
    <w:rsid w:val="00F5643C"/>
    <w:rsid w:val="00F56618"/>
    <w:rsid w:val="00F56933"/>
    <w:rsid w:val="00F56D2C"/>
    <w:rsid w:val="00F60DD4"/>
    <w:rsid w:val="00F62C7B"/>
    <w:rsid w:val="00F62E99"/>
    <w:rsid w:val="00F632A6"/>
    <w:rsid w:val="00F655C2"/>
    <w:rsid w:val="00F65A98"/>
    <w:rsid w:val="00F662B0"/>
    <w:rsid w:val="00F6729B"/>
    <w:rsid w:val="00F716D3"/>
    <w:rsid w:val="00F71F90"/>
    <w:rsid w:val="00F72B86"/>
    <w:rsid w:val="00F731E3"/>
    <w:rsid w:val="00F75310"/>
    <w:rsid w:val="00F754A2"/>
    <w:rsid w:val="00F754E1"/>
    <w:rsid w:val="00F76462"/>
    <w:rsid w:val="00F76A3B"/>
    <w:rsid w:val="00F80B3C"/>
    <w:rsid w:val="00F81095"/>
    <w:rsid w:val="00F81591"/>
    <w:rsid w:val="00F8214E"/>
    <w:rsid w:val="00F8376F"/>
    <w:rsid w:val="00F90258"/>
    <w:rsid w:val="00F91B21"/>
    <w:rsid w:val="00F91F55"/>
    <w:rsid w:val="00F92101"/>
    <w:rsid w:val="00F9214C"/>
    <w:rsid w:val="00F9452E"/>
    <w:rsid w:val="00F94DAB"/>
    <w:rsid w:val="00F95418"/>
    <w:rsid w:val="00F9551A"/>
    <w:rsid w:val="00F9583C"/>
    <w:rsid w:val="00FA1C5B"/>
    <w:rsid w:val="00FA1C62"/>
    <w:rsid w:val="00FA210D"/>
    <w:rsid w:val="00FA2B45"/>
    <w:rsid w:val="00FA2C0B"/>
    <w:rsid w:val="00FA45CF"/>
    <w:rsid w:val="00FA48A6"/>
    <w:rsid w:val="00FA578F"/>
    <w:rsid w:val="00FA69C2"/>
    <w:rsid w:val="00FA7902"/>
    <w:rsid w:val="00FB21E5"/>
    <w:rsid w:val="00FB21F0"/>
    <w:rsid w:val="00FB339B"/>
    <w:rsid w:val="00FB580C"/>
    <w:rsid w:val="00FC00B3"/>
    <w:rsid w:val="00FC3514"/>
    <w:rsid w:val="00FC36D2"/>
    <w:rsid w:val="00FC3E33"/>
    <w:rsid w:val="00FC4E58"/>
    <w:rsid w:val="00FC693F"/>
    <w:rsid w:val="00FD68CA"/>
    <w:rsid w:val="00FE0B12"/>
    <w:rsid w:val="00FE2C4A"/>
    <w:rsid w:val="00FE62B1"/>
    <w:rsid w:val="00FE6BB6"/>
    <w:rsid w:val="00FF00F4"/>
    <w:rsid w:val="00FF19CB"/>
    <w:rsid w:val="00FF213C"/>
    <w:rsid w:val="00FF34AD"/>
    <w:rsid w:val="00FF3D30"/>
    <w:rsid w:val="00FF5647"/>
    <w:rsid w:val="00FF588E"/>
    <w:rsid w:val="00FF59D6"/>
    <w:rsid w:val="00FF5B9F"/>
    <w:rsid w:val="00FF6B76"/>
    <w:rsid w:val="00FF7C8A"/>
    <w:rsid w:val="0148E5DD"/>
    <w:rsid w:val="0174D736"/>
    <w:rsid w:val="01AD63FB"/>
    <w:rsid w:val="025D1D9F"/>
    <w:rsid w:val="0278FAFE"/>
    <w:rsid w:val="027D3D86"/>
    <w:rsid w:val="02945186"/>
    <w:rsid w:val="02B6A5EA"/>
    <w:rsid w:val="02CB9CDE"/>
    <w:rsid w:val="03085E8D"/>
    <w:rsid w:val="031F395F"/>
    <w:rsid w:val="0341F05E"/>
    <w:rsid w:val="03EC1591"/>
    <w:rsid w:val="043A755C"/>
    <w:rsid w:val="04703B32"/>
    <w:rsid w:val="058B6553"/>
    <w:rsid w:val="05C27DEE"/>
    <w:rsid w:val="05C44B4A"/>
    <w:rsid w:val="05F34FE4"/>
    <w:rsid w:val="07967D80"/>
    <w:rsid w:val="083B0F51"/>
    <w:rsid w:val="0899FA8C"/>
    <w:rsid w:val="09B7693D"/>
    <w:rsid w:val="0A273D4D"/>
    <w:rsid w:val="0BAA6A1F"/>
    <w:rsid w:val="0C5E2171"/>
    <w:rsid w:val="0CF47717"/>
    <w:rsid w:val="0D0A8808"/>
    <w:rsid w:val="0D9C1153"/>
    <w:rsid w:val="0DCE57D0"/>
    <w:rsid w:val="0E4B3B7B"/>
    <w:rsid w:val="0E83B042"/>
    <w:rsid w:val="0EFF5882"/>
    <w:rsid w:val="0FB07266"/>
    <w:rsid w:val="0FE49219"/>
    <w:rsid w:val="0FE6A893"/>
    <w:rsid w:val="11C347E1"/>
    <w:rsid w:val="11EEC203"/>
    <w:rsid w:val="13309836"/>
    <w:rsid w:val="1340FD2D"/>
    <w:rsid w:val="139900E6"/>
    <w:rsid w:val="13D140FA"/>
    <w:rsid w:val="141BCDB2"/>
    <w:rsid w:val="1433CD26"/>
    <w:rsid w:val="155AE42F"/>
    <w:rsid w:val="16A9D215"/>
    <w:rsid w:val="17310F00"/>
    <w:rsid w:val="175646A6"/>
    <w:rsid w:val="175A6876"/>
    <w:rsid w:val="17A60FE7"/>
    <w:rsid w:val="180EEB5C"/>
    <w:rsid w:val="1830FDFD"/>
    <w:rsid w:val="1920AC3C"/>
    <w:rsid w:val="197BC69C"/>
    <w:rsid w:val="198283F8"/>
    <w:rsid w:val="1A1A7990"/>
    <w:rsid w:val="1A8D95A4"/>
    <w:rsid w:val="1AB022FE"/>
    <w:rsid w:val="1BDE7586"/>
    <w:rsid w:val="1C7AD782"/>
    <w:rsid w:val="1C80C5BF"/>
    <w:rsid w:val="1CE842B7"/>
    <w:rsid w:val="1D7F3266"/>
    <w:rsid w:val="1DD9EBAA"/>
    <w:rsid w:val="1E82DDC6"/>
    <w:rsid w:val="1EE2180B"/>
    <w:rsid w:val="1F113028"/>
    <w:rsid w:val="1F1BF2C8"/>
    <w:rsid w:val="1FA27AC6"/>
    <w:rsid w:val="204AEAB5"/>
    <w:rsid w:val="224C9665"/>
    <w:rsid w:val="22549129"/>
    <w:rsid w:val="22851369"/>
    <w:rsid w:val="25E9767F"/>
    <w:rsid w:val="2647D51D"/>
    <w:rsid w:val="2671D293"/>
    <w:rsid w:val="268217FB"/>
    <w:rsid w:val="26EB522C"/>
    <w:rsid w:val="28427CE5"/>
    <w:rsid w:val="28AB8230"/>
    <w:rsid w:val="28AFBCEF"/>
    <w:rsid w:val="298B93F5"/>
    <w:rsid w:val="29BA6C68"/>
    <w:rsid w:val="2A0559E2"/>
    <w:rsid w:val="2A154098"/>
    <w:rsid w:val="2A1D4326"/>
    <w:rsid w:val="2AA6D9FE"/>
    <w:rsid w:val="2AAF7F1A"/>
    <w:rsid w:val="2B084271"/>
    <w:rsid w:val="2B0B4DEE"/>
    <w:rsid w:val="2B534303"/>
    <w:rsid w:val="2C1186EE"/>
    <w:rsid w:val="2C2FA83E"/>
    <w:rsid w:val="2C3EAEF6"/>
    <w:rsid w:val="2CEA4B0D"/>
    <w:rsid w:val="2D6DC56F"/>
    <w:rsid w:val="2DC4B395"/>
    <w:rsid w:val="2DDD6441"/>
    <w:rsid w:val="2E176CE5"/>
    <w:rsid w:val="2E9DF9E8"/>
    <w:rsid w:val="3010494B"/>
    <w:rsid w:val="3011A388"/>
    <w:rsid w:val="3014FF67"/>
    <w:rsid w:val="30236A51"/>
    <w:rsid w:val="3095AAC2"/>
    <w:rsid w:val="31C28FF9"/>
    <w:rsid w:val="3252A9DE"/>
    <w:rsid w:val="33C146F4"/>
    <w:rsid w:val="340B86CA"/>
    <w:rsid w:val="34BD1B1C"/>
    <w:rsid w:val="34EC150F"/>
    <w:rsid w:val="36D09A79"/>
    <w:rsid w:val="36E2D68E"/>
    <w:rsid w:val="371B1B90"/>
    <w:rsid w:val="389ECEA9"/>
    <w:rsid w:val="39250FB9"/>
    <w:rsid w:val="392922B4"/>
    <w:rsid w:val="39A5CF52"/>
    <w:rsid w:val="3ACDAB1D"/>
    <w:rsid w:val="3B1F2B09"/>
    <w:rsid w:val="3C811BA7"/>
    <w:rsid w:val="3C902A38"/>
    <w:rsid w:val="3DA7445E"/>
    <w:rsid w:val="3DCF5646"/>
    <w:rsid w:val="3E11960F"/>
    <w:rsid w:val="3E2357FE"/>
    <w:rsid w:val="405B84EF"/>
    <w:rsid w:val="405D7EAD"/>
    <w:rsid w:val="40BD57EB"/>
    <w:rsid w:val="41C1F0F9"/>
    <w:rsid w:val="42B62888"/>
    <w:rsid w:val="4306F27D"/>
    <w:rsid w:val="435BBB9B"/>
    <w:rsid w:val="44D368F9"/>
    <w:rsid w:val="45EC70FF"/>
    <w:rsid w:val="463B2364"/>
    <w:rsid w:val="4747FFF1"/>
    <w:rsid w:val="483E9C0F"/>
    <w:rsid w:val="48466B91"/>
    <w:rsid w:val="490B5228"/>
    <w:rsid w:val="496516C0"/>
    <w:rsid w:val="4991905C"/>
    <w:rsid w:val="49E1F14A"/>
    <w:rsid w:val="4A8D9C5C"/>
    <w:rsid w:val="4AFDE24D"/>
    <w:rsid w:val="4B18BCD5"/>
    <w:rsid w:val="4BC1CDE2"/>
    <w:rsid w:val="4D688E78"/>
    <w:rsid w:val="4DBB582C"/>
    <w:rsid w:val="4E8B3CFC"/>
    <w:rsid w:val="4F9C68E2"/>
    <w:rsid w:val="507A44C1"/>
    <w:rsid w:val="52009FF1"/>
    <w:rsid w:val="5226FA3A"/>
    <w:rsid w:val="53B50B5A"/>
    <w:rsid w:val="546A5652"/>
    <w:rsid w:val="5521764F"/>
    <w:rsid w:val="55332463"/>
    <w:rsid w:val="5552EDDF"/>
    <w:rsid w:val="55AC4F36"/>
    <w:rsid w:val="55F016DB"/>
    <w:rsid w:val="560293E1"/>
    <w:rsid w:val="5645923B"/>
    <w:rsid w:val="5705CBD1"/>
    <w:rsid w:val="575D151B"/>
    <w:rsid w:val="579892B2"/>
    <w:rsid w:val="58B668AE"/>
    <w:rsid w:val="58CB818A"/>
    <w:rsid w:val="5907CFA3"/>
    <w:rsid w:val="59F0B1C3"/>
    <w:rsid w:val="5A4E4D4E"/>
    <w:rsid w:val="5DBD0B2D"/>
    <w:rsid w:val="5DEE7672"/>
    <w:rsid w:val="5E508FAE"/>
    <w:rsid w:val="5E8E7179"/>
    <w:rsid w:val="5EC3A91D"/>
    <w:rsid w:val="5EFB32A6"/>
    <w:rsid w:val="5F057339"/>
    <w:rsid w:val="5F91D04A"/>
    <w:rsid w:val="5FD72C1D"/>
    <w:rsid w:val="61A4B64F"/>
    <w:rsid w:val="61F165BA"/>
    <w:rsid w:val="6230C06E"/>
    <w:rsid w:val="628B4B4E"/>
    <w:rsid w:val="62AF1E0E"/>
    <w:rsid w:val="63037517"/>
    <w:rsid w:val="6319A690"/>
    <w:rsid w:val="634A8D75"/>
    <w:rsid w:val="64838FCD"/>
    <w:rsid w:val="658811E4"/>
    <w:rsid w:val="660F0ADA"/>
    <w:rsid w:val="665E23C6"/>
    <w:rsid w:val="66B1D015"/>
    <w:rsid w:val="67125357"/>
    <w:rsid w:val="67D0A64F"/>
    <w:rsid w:val="680C4705"/>
    <w:rsid w:val="68AA7402"/>
    <w:rsid w:val="6914DBB5"/>
    <w:rsid w:val="695E8755"/>
    <w:rsid w:val="6A7B6A5A"/>
    <w:rsid w:val="6A91A919"/>
    <w:rsid w:val="6AC0507B"/>
    <w:rsid w:val="6B5EF1F4"/>
    <w:rsid w:val="6C4F3735"/>
    <w:rsid w:val="6D70F4E3"/>
    <w:rsid w:val="6DCFD196"/>
    <w:rsid w:val="6E0F2883"/>
    <w:rsid w:val="6E78E499"/>
    <w:rsid w:val="6EFC4200"/>
    <w:rsid w:val="6FE8C926"/>
    <w:rsid w:val="70719443"/>
    <w:rsid w:val="716FF383"/>
    <w:rsid w:val="72BA0B8C"/>
    <w:rsid w:val="733014FF"/>
    <w:rsid w:val="73403055"/>
    <w:rsid w:val="736E4203"/>
    <w:rsid w:val="74776C87"/>
    <w:rsid w:val="7551443B"/>
    <w:rsid w:val="7576998C"/>
    <w:rsid w:val="75892F9F"/>
    <w:rsid w:val="75EDC8DB"/>
    <w:rsid w:val="75F1E604"/>
    <w:rsid w:val="76050352"/>
    <w:rsid w:val="7627E91C"/>
    <w:rsid w:val="766D6D3A"/>
    <w:rsid w:val="76B3BB24"/>
    <w:rsid w:val="76CC46B3"/>
    <w:rsid w:val="76D77A68"/>
    <w:rsid w:val="77BF16B2"/>
    <w:rsid w:val="7970F6C2"/>
    <w:rsid w:val="797617DF"/>
    <w:rsid w:val="7B97EF59"/>
    <w:rsid w:val="7BC1BD6B"/>
    <w:rsid w:val="7BCFFD53"/>
    <w:rsid w:val="7E0F37B0"/>
    <w:rsid w:val="7E71DD9D"/>
    <w:rsid w:val="7F218A6E"/>
    <w:rsid w:val="7F42DE6D"/>
    <w:rsid w:val="7FD0E065"/>
    <w:rsid w:val="7FD5802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43B6C9"/>
  <w14:defaultImageDpi w14:val="330"/>
  <w15:docId w15:val="{C7AF7DDB-FAC0-4B3F-9224-453528C6C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rPr>
      <w:rFonts w:ascii="Aptos" w:eastAsia="Aptos" w:hAnsi="Aptos"/>
      <w:sz w:val="23"/>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1"/>
    <w:uiPriority w:val="99"/>
    <w:unhideWhenUsed/>
    <w:rsid w:val="00E618BF"/>
    <w:pPr>
      <w:tabs>
        <w:tab w:val="center" w:pos="4680"/>
        <w:tab w:val="right" w:pos="9360"/>
      </w:tabs>
      <w:spacing w:after="0" w:line="240" w:lineRule="auto"/>
    </w:pPr>
  </w:style>
  <w:style w:type="character" w:customStyle="1" w:styleId="PidipaginaCarattere1">
    <w:name w:val="Piè di pagina Carattere1"/>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3"/>
      </w:numPr>
      <w:contextualSpacing/>
    </w:pPr>
  </w:style>
  <w:style w:type="paragraph" w:styleId="Puntoelenco3">
    <w:name w:val="List Bullet 3"/>
    <w:basedOn w:val="Normale"/>
    <w:uiPriority w:val="99"/>
    <w:unhideWhenUsed/>
    <w:rsid w:val="00326F90"/>
    <w:pPr>
      <w:numPr>
        <w:numId w:val="8"/>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7"/>
      </w:numPr>
      <w:contextualSpacing/>
    </w:pPr>
  </w:style>
  <w:style w:type="paragraph" w:styleId="Numeroelenco3">
    <w:name w:val="List Number 3"/>
    <w:basedOn w:val="Normale"/>
    <w:uiPriority w:val="99"/>
    <w:unhideWhenUsed/>
    <w:rsid w:val="0029639D"/>
    <w:pPr>
      <w:numPr>
        <w:numId w:val="9"/>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PidipaginaCarattere">
    <w:name w:val="Piè di pagina Carattere"/>
    <w:basedOn w:val="Carpredefinitoparagrafo"/>
    <w:uiPriority w:val="99"/>
    <w:rsid w:val="003A50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20/10/relationships/intelligence" Target="intelligence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91F6CD-7FF7-44CE-AEB7-E5C531380F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355</TotalTime>
  <Pages>16</Pages>
  <Words>4425</Words>
  <Characters>25225</Characters>
  <Application>Microsoft Office Word</Application>
  <DocSecurity>0</DocSecurity>
  <Lines>210</Lines>
  <Paragraphs>59</Paragraphs>
  <ScaleCrop>false</ScaleCrop>
  <Manager/>
  <Company/>
  <LinksUpToDate>false</LinksUpToDate>
  <CharactersWithSpaces>29591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Trascrizione testo manoscritto A-I</dc:title>
  <dc:subject>Trascrizione da immagini manoscritte</dc:subject>
  <dc:creator>python-docx</dc:creator>
  <cp:keywords/>
  <dc:description>generated by python-docx</dc:description>
  <cp:lastModifiedBy>Nicola Cervellati</cp:lastModifiedBy>
  <cp:revision>1123</cp:revision>
  <cp:lastPrinted>2026-09-28T10:13:00Z</cp:lastPrinted>
  <dcterms:created xsi:type="dcterms:W3CDTF">2026-09-19T14:04:00Z</dcterms:created>
  <dcterms:modified xsi:type="dcterms:W3CDTF">2026-09-28T15:41:00Z</dcterms:modified>
  <cp:category/>
</cp:coreProperties>
</file>